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DF9ED1" w14:textId="77777777" w:rsidR="00170580" w:rsidRPr="0080624C" w:rsidRDefault="00000000">
      <w:pPr>
        <w:spacing w:before="1040"/>
        <w:jc w:val="center"/>
        <w:rPr>
          <w:rFonts w:ascii="Times New Roman" w:hAnsi="Times New Roman" w:cs="Times New Roman"/>
          <w:lang w:val="pl-PL"/>
        </w:rPr>
      </w:pPr>
      <w:r w:rsidRPr="0080624C">
        <w:rPr>
          <w:rFonts w:ascii="Times New Roman" w:hAnsi="Times New Roman" w:cs="Times New Roman"/>
          <w:b/>
          <w:sz w:val="52"/>
          <w:lang w:val="pl-PL"/>
        </w:rPr>
        <w:t>PLAN PRACY</w:t>
      </w:r>
    </w:p>
    <w:p w14:paraId="69DC9A01" w14:textId="77777777" w:rsidR="00170580" w:rsidRPr="0080624C" w:rsidRDefault="00000000">
      <w:pPr>
        <w:jc w:val="center"/>
        <w:rPr>
          <w:rFonts w:ascii="Times New Roman" w:hAnsi="Times New Roman" w:cs="Times New Roman"/>
          <w:lang w:val="pl-PL"/>
        </w:rPr>
      </w:pPr>
      <w:r w:rsidRPr="0080624C">
        <w:rPr>
          <w:rFonts w:ascii="Times New Roman" w:hAnsi="Times New Roman" w:cs="Times New Roman"/>
          <w:b/>
          <w:sz w:val="34"/>
          <w:lang w:val="pl-PL"/>
        </w:rPr>
        <w:t>SZKOŁY PODSTAWOWEJ ………………………………………</w:t>
      </w:r>
    </w:p>
    <w:p w14:paraId="4F0D0FA6" w14:textId="77777777" w:rsidR="00170580" w:rsidRPr="0080624C" w:rsidRDefault="00000000">
      <w:pPr>
        <w:jc w:val="center"/>
        <w:rPr>
          <w:rFonts w:ascii="Times New Roman" w:hAnsi="Times New Roman" w:cs="Times New Roman"/>
          <w:lang w:val="pl-PL"/>
        </w:rPr>
      </w:pPr>
      <w:r w:rsidRPr="0080624C">
        <w:rPr>
          <w:rFonts w:ascii="Times New Roman" w:hAnsi="Times New Roman" w:cs="Times New Roman"/>
          <w:sz w:val="30"/>
          <w:lang w:val="pl-PL"/>
        </w:rPr>
        <w:t>w ………………………………………</w:t>
      </w:r>
    </w:p>
    <w:p w14:paraId="431E33BD" w14:textId="77777777" w:rsidR="00170580" w:rsidRPr="0080624C" w:rsidRDefault="00000000">
      <w:pPr>
        <w:spacing w:before="360"/>
        <w:jc w:val="center"/>
        <w:rPr>
          <w:rFonts w:ascii="Times New Roman" w:hAnsi="Times New Roman" w:cs="Times New Roman"/>
          <w:lang w:val="pl-PL"/>
        </w:rPr>
      </w:pPr>
      <w:r w:rsidRPr="0080624C">
        <w:rPr>
          <w:rFonts w:ascii="Times New Roman" w:hAnsi="Times New Roman" w:cs="Times New Roman"/>
          <w:b/>
          <w:sz w:val="36"/>
          <w:lang w:val="pl-PL"/>
        </w:rPr>
        <w:t>na rok szkolny 2026/2027</w:t>
      </w:r>
    </w:p>
    <w:p w14:paraId="78B3AABB" w14:textId="77777777" w:rsidR="00170580" w:rsidRPr="0080624C" w:rsidRDefault="00000000">
      <w:pPr>
        <w:spacing w:before="140"/>
        <w:jc w:val="center"/>
        <w:rPr>
          <w:rFonts w:ascii="Times New Roman" w:hAnsi="Times New Roman" w:cs="Times New Roman"/>
          <w:lang w:val="pl-PL"/>
        </w:rPr>
      </w:pPr>
      <w:r w:rsidRPr="0080624C">
        <w:rPr>
          <w:rFonts w:ascii="Times New Roman" w:hAnsi="Times New Roman" w:cs="Times New Roman"/>
          <w:b/>
          <w:sz w:val="20"/>
          <w:lang w:val="pl-PL"/>
        </w:rPr>
        <w:t>WZÓR DLA PUBLICZNEJ SZKOŁY PODSTAWOWEJ</w:t>
      </w:r>
    </w:p>
    <w:p w14:paraId="1FA9B64E" w14:textId="77777777" w:rsidR="00170580" w:rsidRPr="0080624C" w:rsidRDefault="00000000">
      <w:pPr>
        <w:spacing w:before="440"/>
        <w:jc w:val="center"/>
        <w:rPr>
          <w:rFonts w:ascii="Times New Roman" w:hAnsi="Times New Roman" w:cs="Times New Roman"/>
          <w:lang w:val="pl-PL"/>
        </w:rPr>
      </w:pPr>
      <w:r w:rsidRPr="0080624C">
        <w:rPr>
          <w:rFonts w:ascii="Times New Roman" w:hAnsi="Times New Roman" w:cs="Times New Roman"/>
          <w:lang w:val="pl-PL"/>
        </w:rPr>
        <w:t>────────────────────────────────────────</w:t>
      </w:r>
    </w:p>
    <w:p w14:paraId="068DF540" w14:textId="77777777" w:rsidR="00170580" w:rsidRPr="0080624C" w:rsidRDefault="00000000">
      <w:pPr>
        <w:spacing w:before="1160"/>
        <w:jc w:val="center"/>
        <w:rPr>
          <w:rFonts w:ascii="Times New Roman" w:hAnsi="Times New Roman" w:cs="Times New Roman"/>
          <w:lang w:val="pl-PL"/>
        </w:rPr>
      </w:pPr>
      <w:r w:rsidRPr="0080624C">
        <w:rPr>
          <w:rFonts w:ascii="Times New Roman" w:hAnsi="Times New Roman" w:cs="Times New Roman"/>
          <w:sz w:val="20"/>
          <w:lang w:val="pl-PL"/>
        </w:rPr>
        <w:t>Plan zatwierdzony uchwałą Rady Pedagogicznej</w:t>
      </w:r>
      <w:r w:rsidRPr="0080624C">
        <w:rPr>
          <w:rFonts w:ascii="Times New Roman" w:hAnsi="Times New Roman" w:cs="Times New Roman"/>
          <w:sz w:val="20"/>
          <w:lang w:val="pl-PL"/>
        </w:rPr>
        <w:br/>
        <w:t>nr …………… z dnia ……………………… 2026 r.</w:t>
      </w:r>
    </w:p>
    <w:p w14:paraId="0F0655EB" w14:textId="77777777" w:rsidR="00170580" w:rsidRPr="0080624C" w:rsidRDefault="00000000">
      <w:pPr>
        <w:rPr>
          <w:rFonts w:ascii="Times New Roman" w:hAnsi="Times New Roman" w:cs="Times New Roman"/>
          <w:lang w:val="pl-PL"/>
        </w:rPr>
      </w:pPr>
      <w:r w:rsidRPr="0080624C">
        <w:rPr>
          <w:rFonts w:ascii="Times New Roman" w:hAnsi="Times New Roman" w:cs="Times New Roman"/>
          <w:lang w:val="pl-PL"/>
        </w:rPr>
        <w:br w:type="page"/>
      </w:r>
    </w:p>
    <w:p w14:paraId="011ADEA8" w14:textId="77777777" w:rsidR="00170580" w:rsidRPr="0080624C" w:rsidRDefault="00000000">
      <w:pPr>
        <w:pStyle w:val="Nagwek1"/>
        <w:rPr>
          <w:rFonts w:ascii="Times New Roman" w:hAnsi="Times New Roman" w:cs="Times New Roman"/>
          <w:color w:val="auto"/>
          <w:lang w:val="pl-PL"/>
        </w:rPr>
      </w:pPr>
      <w:r w:rsidRPr="0080624C">
        <w:rPr>
          <w:rFonts w:ascii="Times New Roman" w:hAnsi="Times New Roman" w:cs="Times New Roman"/>
          <w:color w:val="auto"/>
          <w:lang w:val="pl-PL"/>
        </w:rPr>
        <w:lastRenderedPageBreak/>
        <w:t>Podstawa opracowania i aktualne podstawy prawne</w:t>
      </w:r>
    </w:p>
    <w:p w14:paraId="7EDC950A" w14:textId="77777777" w:rsidR="00170580" w:rsidRPr="0080624C" w:rsidRDefault="00000000">
      <w:pPr>
        <w:jc w:val="both"/>
        <w:rPr>
          <w:rFonts w:ascii="Times New Roman" w:hAnsi="Times New Roman" w:cs="Times New Roman"/>
          <w:lang w:val="pl-PL"/>
        </w:rPr>
      </w:pPr>
      <w:r w:rsidRPr="0080624C">
        <w:rPr>
          <w:rFonts w:ascii="Times New Roman" w:hAnsi="Times New Roman" w:cs="Times New Roman"/>
          <w:lang w:val="pl-PL"/>
        </w:rPr>
        <w:t>Plan pracy stanowi uszczegółowienie zadań dydaktycznych, wychowawczych, opiekuńczych i organizacyjnych szkoły na rok szkolny 2026/2027. Opracowano go na podstawie załączonego wzoru planu pracy szkoły podstawowej, kierunków polityki oświatowej państwa, nowej podstawy programowej oraz wyników i wniosków ze sprawowanego nadzoru pedagogicznego za rok szkolny 2025/2026.</w:t>
      </w:r>
    </w:p>
    <w:p w14:paraId="6F4EA1CF" w14:textId="77777777" w:rsidR="00170580" w:rsidRPr="0080624C" w:rsidRDefault="00000000">
      <w:pPr>
        <w:pStyle w:val="Listapunktowana"/>
        <w:rPr>
          <w:rFonts w:ascii="Times New Roman" w:hAnsi="Times New Roman" w:cs="Times New Roman"/>
          <w:lang w:val="pl-PL"/>
        </w:rPr>
      </w:pPr>
      <w:r w:rsidRPr="0080624C">
        <w:rPr>
          <w:rFonts w:ascii="Times New Roman" w:hAnsi="Times New Roman" w:cs="Times New Roman"/>
          <w:lang w:val="pl-PL"/>
        </w:rPr>
        <w:t xml:space="preserve">Ustawa z dnia 14 grudnia 2016 r. – Prawo oświatowe (tekst jednolity: Dz.U. z 2026 r. poz. 820, z </w:t>
      </w:r>
      <w:proofErr w:type="spellStart"/>
      <w:r w:rsidRPr="0080624C">
        <w:rPr>
          <w:rFonts w:ascii="Times New Roman" w:hAnsi="Times New Roman" w:cs="Times New Roman"/>
          <w:lang w:val="pl-PL"/>
        </w:rPr>
        <w:t>późn</w:t>
      </w:r>
      <w:proofErr w:type="spellEnd"/>
      <w:r w:rsidRPr="0080624C">
        <w:rPr>
          <w:rFonts w:ascii="Times New Roman" w:hAnsi="Times New Roman" w:cs="Times New Roman"/>
          <w:lang w:val="pl-PL"/>
        </w:rPr>
        <w:t>. zm.), w szczególności art. 1, art. 26, art. 47, art. 60 ust. 3 pkt 1, art. 68–70, art. 98, art. 109 i art. 110.</w:t>
      </w:r>
    </w:p>
    <w:p w14:paraId="36A26D46" w14:textId="77777777" w:rsidR="00170580" w:rsidRPr="0080624C" w:rsidRDefault="00000000">
      <w:pPr>
        <w:pStyle w:val="Listapunktowana"/>
        <w:rPr>
          <w:rFonts w:ascii="Times New Roman" w:hAnsi="Times New Roman" w:cs="Times New Roman"/>
          <w:lang w:val="pl-PL"/>
        </w:rPr>
      </w:pPr>
      <w:r w:rsidRPr="0080624C">
        <w:rPr>
          <w:rFonts w:ascii="Times New Roman" w:hAnsi="Times New Roman" w:cs="Times New Roman"/>
          <w:lang w:val="pl-PL"/>
        </w:rPr>
        <w:t xml:space="preserve">Ustawa z dnia 7 września 1991 r. o systemie oświaty (tekst jednolity: Dz.U. z 2025 r. poz. 881, z </w:t>
      </w:r>
      <w:proofErr w:type="spellStart"/>
      <w:r w:rsidRPr="0080624C">
        <w:rPr>
          <w:rFonts w:ascii="Times New Roman" w:hAnsi="Times New Roman" w:cs="Times New Roman"/>
          <w:lang w:val="pl-PL"/>
        </w:rPr>
        <w:t>późn</w:t>
      </w:r>
      <w:proofErr w:type="spellEnd"/>
      <w:r w:rsidRPr="0080624C">
        <w:rPr>
          <w:rFonts w:ascii="Times New Roman" w:hAnsi="Times New Roman" w:cs="Times New Roman"/>
          <w:lang w:val="pl-PL"/>
        </w:rPr>
        <w:t>. zm.), w szczególności przepisy rozdziału 3a dotyczące oceniania, klasyfikowania, promowania i egzaminu ósmoklasisty.</w:t>
      </w:r>
    </w:p>
    <w:p w14:paraId="1046DFA3" w14:textId="77777777" w:rsidR="00170580" w:rsidRPr="0080624C" w:rsidRDefault="00000000">
      <w:pPr>
        <w:pStyle w:val="Listapunktowana"/>
        <w:rPr>
          <w:rFonts w:ascii="Times New Roman" w:hAnsi="Times New Roman" w:cs="Times New Roman"/>
          <w:lang w:val="pl-PL"/>
        </w:rPr>
      </w:pPr>
      <w:r w:rsidRPr="0080624C">
        <w:rPr>
          <w:rFonts w:ascii="Times New Roman" w:hAnsi="Times New Roman" w:cs="Times New Roman"/>
          <w:lang w:val="pl-PL"/>
        </w:rPr>
        <w:t>Rozporządzenie Ministra Edukacji z dnia 11 marca 2026 r. w sprawie podstawy programowej wychowania przedszkolnego oraz podstawy programowej kształcenia ogólnego dla szkoły podstawowej, w tym dla uczniów z niepełnosprawnością intelektualną w stopniu umiarkowanym lub znacznym (Dz.U. z 2026 r. poz. 378), zmienione rozporządzeniem Ministra Edukacji z dnia 8 lipca 2026 r. (Dz.U. z 2026 r. poz. 958).</w:t>
      </w:r>
    </w:p>
    <w:p w14:paraId="09FE3574" w14:textId="77777777" w:rsidR="00170580" w:rsidRPr="0080624C" w:rsidRDefault="00000000">
      <w:pPr>
        <w:pStyle w:val="Listapunktowana"/>
        <w:rPr>
          <w:rFonts w:ascii="Times New Roman" w:hAnsi="Times New Roman" w:cs="Times New Roman"/>
          <w:lang w:val="pl-PL"/>
        </w:rPr>
      </w:pPr>
      <w:r w:rsidRPr="0080624C">
        <w:rPr>
          <w:rFonts w:ascii="Times New Roman" w:hAnsi="Times New Roman" w:cs="Times New Roman"/>
          <w:lang w:val="pl-PL"/>
        </w:rPr>
        <w:t xml:space="preserve">Rozporządzenie Ministra Edukacji z dnia 20 maja 2024 r. w sprawie ramowych planów nauczania dla publicznych szkół (Dz.U. z 2024 r. poz. 781, z </w:t>
      </w:r>
      <w:proofErr w:type="spellStart"/>
      <w:r w:rsidRPr="0080624C">
        <w:rPr>
          <w:rFonts w:ascii="Times New Roman" w:hAnsi="Times New Roman" w:cs="Times New Roman"/>
          <w:lang w:val="pl-PL"/>
        </w:rPr>
        <w:t>późn</w:t>
      </w:r>
      <w:proofErr w:type="spellEnd"/>
      <w:r w:rsidRPr="0080624C">
        <w:rPr>
          <w:rFonts w:ascii="Times New Roman" w:hAnsi="Times New Roman" w:cs="Times New Roman"/>
          <w:lang w:val="pl-PL"/>
        </w:rPr>
        <w:t>. zm., w tym Dz.U. z 2025 r. poz. 363 oraz Dz.U. z 2026 r. poz. 380).</w:t>
      </w:r>
    </w:p>
    <w:p w14:paraId="78555052" w14:textId="77777777" w:rsidR="00170580" w:rsidRPr="0080624C" w:rsidRDefault="00000000">
      <w:pPr>
        <w:pStyle w:val="Listapunktowana"/>
        <w:rPr>
          <w:rFonts w:ascii="Times New Roman" w:hAnsi="Times New Roman" w:cs="Times New Roman"/>
          <w:lang w:val="pl-PL"/>
        </w:rPr>
      </w:pPr>
      <w:r w:rsidRPr="0080624C">
        <w:rPr>
          <w:rFonts w:ascii="Times New Roman" w:hAnsi="Times New Roman" w:cs="Times New Roman"/>
          <w:lang w:val="pl-PL"/>
        </w:rPr>
        <w:t>Rozporządzenie Ministra Edukacji Narodowej z dnia 11 sierpnia 2017 r. w sprawie organizacji roku szkolnego (tekst jednolity: Dz.U. z 2023 r. poz. 1211).</w:t>
      </w:r>
    </w:p>
    <w:p w14:paraId="7BF747EE" w14:textId="77777777" w:rsidR="00170580" w:rsidRPr="0080624C" w:rsidRDefault="00000000">
      <w:pPr>
        <w:pStyle w:val="Listapunktowana"/>
        <w:rPr>
          <w:rFonts w:ascii="Times New Roman" w:hAnsi="Times New Roman" w:cs="Times New Roman"/>
          <w:lang w:val="pl-PL"/>
        </w:rPr>
      </w:pPr>
      <w:r w:rsidRPr="0080624C">
        <w:rPr>
          <w:rFonts w:ascii="Times New Roman" w:hAnsi="Times New Roman" w:cs="Times New Roman"/>
          <w:lang w:val="pl-PL"/>
        </w:rPr>
        <w:t>Rozporządzenie Ministra Edukacji Narodowej z dnia 25 sierpnia 2017 r. w sprawie nadzoru pedagogicznego (tekst jednolity: Dz.U. z 2024 r. poz. 15).</w:t>
      </w:r>
    </w:p>
    <w:p w14:paraId="588F7643" w14:textId="77777777" w:rsidR="00170580" w:rsidRPr="0080624C" w:rsidRDefault="00000000">
      <w:pPr>
        <w:pStyle w:val="Listapunktowana"/>
        <w:rPr>
          <w:rFonts w:ascii="Times New Roman" w:hAnsi="Times New Roman" w:cs="Times New Roman"/>
          <w:lang w:val="pl-PL"/>
        </w:rPr>
      </w:pPr>
      <w:r w:rsidRPr="0080624C">
        <w:rPr>
          <w:rFonts w:ascii="Times New Roman" w:hAnsi="Times New Roman" w:cs="Times New Roman"/>
          <w:lang w:val="pl-PL"/>
        </w:rPr>
        <w:t xml:space="preserve">Rozporządzenie Ministra Edukacji Narodowej z dnia 28 lutego 2019 r. w sprawie szczegółowej organizacji publicznych szkół i publicznych przedszkoli (tekst jednolity: Dz.U. z 2023 r. poz. 2736, z </w:t>
      </w:r>
      <w:proofErr w:type="spellStart"/>
      <w:r w:rsidRPr="0080624C">
        <w:rPr>
          <w:rFonts w:ascii="Times New Roman" w:hAnsi="Times New Roman" w:cs="Times New Roman"/>
          <w:lang w:val="pl-PL"/>
        </w:rPr>
        <w:t>późn</w:t>
      </w:r>
      <w:proofErr w:type="spellEnd"/>
      <w:r w:rsidRPr="0080624C">
        <w:rPr>
          <w:rFonts w:ascii="Times New Roman" w:hAnsi="Times New Roman" w:cs="Times New Roman"/>
          <w:lang w:val="pl-PL"/>
        </w:rPr>
        <w:t>. zm.).</w:t>
      </w:r>
    </w:p>
    <w:p w14:paraId="12B8CB79" w14:textId="77777777" w:rsidR="00170580" w:rsidRPr="0080624C" w:rsidRDefault="00000000">
      <w:pPr>
        <w:pStyle w:val="Listapunktowana"/>
        <w:rPr>
          <w:rFonts w:ascii="Times New Roman" w:hAnsi="Times New Roman" w:cs="Times New Roman"/>
          <w:lang w:val="pl-PL"/>
        </w:rPr>
      </w:pPr>
      <w:r w:rsidRPr="0080624C">
        <w:rPr>
          <w:rFonts w:ascii="Times New Roman" w:hAnsi="Times New Roman" w:cs="Times New Roman"/>
          <w:lang w:val="pl-PL"/>
        </w:rPr>
        <w:t xml:space="preserve">Rozporządzenie Ministra Edukacji Narodowej z dnia 22 lutego 2019 r. w sprawie oceniania, klasyfikowania i promowania uczniów i słuchaczy w szkołach publicznych (tekst jednolity: Dz.U. z 2023 r. poz. 2572, z </w:t>
      </w:r>
      <w:proofErr w:type="spellStart"/>
      <w:r w:rsidRPr="0080624C">
        <w:rPr>
          <w:rFonts w:ascii="Times New Roman" w:hAnsi="Times New Roman" w:cs="Times New Roman"/>
          <w:lang w:val="pl-PL"/>
        </w:rPr>
        <w:t>późn</w:t>
      </w:r>
      <w:proofErr w:type="spellEnd"/>
      <w:r w:rsidRPr="0080624C">
        <w:rPr>
          <w:rFonts w:ascii="Times New Roman" w:hAnsi="Times New Roman" w:cs="Times New Roman"/>
          <w:lang w:val="pl-PL"/>
        </w:rPr>
        <w:t>. zm.).</w:t>
      </w:r>
    </w:p>
    <w:p w14:paraId="5662A058" w14:textId="77777777" w:rsidR="00170580" w:rsidRPr="0080624C" w:rsidRDefault="00000000">
      <w:pPr>
        <w:pStyle w:val="Listapunktowana"/>
        <w:rPr>
          <w:rFonts w:ascii="Times New Roman" w:hAnsi="Times New Roman" w:cs="Times New Roman"/>
          <w:lang w:val="pl-PL"/>
        </w:rPr>
      </w:pPr>
      <w:r w:rsidRPr="0080624C">
        <w:rPr>
          <w:rFonts w:ascii="Times New Roman" w:hAnsi="Times New Roman" w:cs="Times New Roman"/>
          <w:lang w:val="pl-PL"/>
        </w:rPr>
        <w:t>Rozporządzenie Ministra Edukacji Narodowej z dnia 9 sierpnia 2017 r. w sprawie zasad organizacji i udzielania pomocy psychologiczno-pedagogicznej w publicznych przedszkolach, szkołach i placówkach (tekst jednolity: Dz.U. z 2023 r. poz. 1798).</w:t>
      </w:r>
    </w:p>
    <w:p w14:paraId="20AE436F" w14:textId="77777777" w:rsidR="00170580" w:rsidRPr="0080624C" w:rsidRDefault="00000000">
      <w:pPr>
        <w:pStyle w:val="Listapunktowana"/>
        <w:rPr>
          <w:rFonts w:ascii="Times New Roman" w:hAnsi="Times New Roman" w:cs="Times New Roman"/>
          <w:lang w:val="pl-PL"/>
        </w:rPr>
      </w:pPr>
      <w:r w:rsidRPr="0080624C">
        <w:rPr>
          <w:rFonts w:ascii="Times New Roman" w:hAnsi="Times New Roman" w:cs="Times New Roman"/>
          <w:lang w:val="pl-PL"/>
        </w:rPr>
        <w:t xml:space="preserve">Rozporządzenie Ministra Edukacji Narodowej z dnia 9 sierpnia 2017 r. w sprawie warunków organizowania kształcenia, wychowania i opieki dla dzieci i młodzieży niepełnosprawnych, niedostosowanych społecznie i zagrożonych niedostosowaniem społecznym (tekst jednolity: Dz.U. z 2020 r. poz. 1309, z </w:t>
      </w:r>
      <w:proofErr w:type="spellStart"/>
      <w:r w:rsidRPr="0080624C">
        <w:rPr>
          <w:rFonts w:ascii="Times New Roman" w:hAnsi="Times New Roman" w:cs="Times New Roman"/>
          <w:lang w:val="pl-PL"/>
        </w:rPr>
        <w:t>późn</w:t>
      </w:r>
      <w:proofErr w:type="spellEnd"/>
      <w:r w:rsidRPr="0080624C">
        <w:rPr>
          <w:rFonts w:ascii="Times New Roman" w:hAnsi="Times New Roman" w:cs="Times New Roman"/>
          <w:lang w:val="pl-PL"/>
        </w:rPr>
        <w:t>. zm.).</w:t>
      </w:r>
    </w:p>
    <w:p w14:paraId="585DCFA4" w14:textId="77777777" w:rsidR="00170580" w:rsidRPr="0080624C" w:rsidRDefault="00000000">
      <w:pPr>
        <w:pStyle w:val="Listapunktowana"/>
        <w:rPr>
          <w:rFonts w:ascii="Times New Roman" w:hAnsi="Times New Roman" w:cs="Times New Roman"/>
          <w:lang w:val="pl-PL"/>
        </w:rPr>
      </w:pPr>
      <w:r w:rsidRPr="0080624C">
        <w:rPr>
          <w:rFonts w:ascii="Times New Roman" w:hAnsi="Times New Roman" w:cs="Times New Roman"/>
          <w:lang w:val="pl-PL"/>
        </w:rPr>
        <w:t>Rozporządzenie Ministra Edukacji Narodowej z dnia 25 sierpnia 2017 r. w sprawie sposobu prowadzenia przez publiczne przedszkola, szkoły i placówki dokumentacji przebiegu nauczania, działalności wychowawczej i opiekuńczej oraz rodzajów tej dokumentacji (tekst jednolity: Dz.U. z 2024 r. poz. 50).</w:t>
      </w:r>
    </w:p>
    <w:p w14:paraId="21F3AA03" w14:textId="77777777" w:rsidR="00170580" w:rsidRPr="0080624C" w:rsidRDefault="00000000">
      <w:pPr>
        <w:pStyle w:val="Listapunktowana"/>
        <w:rPr>
          <w:rFonts w:ascii="Times New Roman" w:hAnsi="Times New Roman" w:cs="Times New Roman"/>
          <w:lang w:val="pl-PL"/>
        </w:rPr>
      </w:pPr>
      <w:r w:rsidRPr="0080624C">
        <w:rPr>
          <w:rFonts w:ascii="Times New Roman" w:hAnsi="Times New Roman" w:cs="Times New Roman"/>
          <w:lang w:val="pl-PL"/>
        </w:rPr>
        <w:t>Rozporządzenie Ministra Edukacji z dnia 17 lipca 2026 r. w sprawie sposobu nauczania szkolnego oraz zakresu treści dotyczących wiedzy o życiu seksualnym człowieka, o zasadach świadomego i odpowiedzialnego rodzicielstwa, o wartości rodziny, życia w fazie prenatalnej oraz metodach i środkach świadomej prokreacji zawartych w podstawie programowej kształcenia ogólnego (Dz.U. z 2026 r. poz. 966).</w:t>
      </w:r>
    </w:p>
    <w:p w14:paraId="1BCDE9FE" w14:textId="77777777" w:rsidR="00170580" w:rsidRPr="0080624C" w:rsidRDefault="00000000">
      <w:pPr>
        <w:pStyle w:val="Listapunktowana"/>
        <w:rPr>
          <w:rFonts w:ascii="Times New Roman" w:hAnsi="Times New Roman" w:cs="Times New Roman"/>
          <w:lang w:val="pl-PL"/>
        </w:rPr>
      </w:pPr>
      <w:r w:rsidRPr="0080624C">
        <w:rPr>
          <w:rFonts w:ascii="Times New Roman" w:hAnsi="Times New Roman" w:cs="Times New Roman"/>
          <w:lang w:val="pl-PL"/>
        </w:rPr>
        <w:t xml:space="preserve">Rozporządzenie Ministra Edukacji i Nauki z dnia 2 sierpnia 2022 r. w sprawie szczegółowych warunków i sposobu przeprowadzania egzaminu ósmoklasisty (Dz.U. z 2022 r. poz. 1636, z </w:t>
      </w:r>
      <w:proofErr w:type="spellStart"/>
      <w:r w:rsidRPr="0080624C">
        <w:rPr>
          <w:rFonts w:ascii="Times New Roman" w:hAnsi="Times New Roman" w:cs="Times New Roman"/>
          <w:lang w:val="pl-PL"/>
        </w:rPr>
        <w:t>późn</w:t>
      </w:r>
      <w:proofErr w:type="spellEnd"/>
      <w:r w:rsidRPr="0080624C">
        <w:rPr>
          <w:rFonts w:ascii="Times New Roman" w:hAnsi="Times New Roman" w:cs="Times New Roman"/>
          <w:lang w:val="pl-PL"/>
        </w:rPr>
        <w:t>. zm.).</w:t>
      </w:r>
    </w:p>
    <w:p w14:paraId="459671E4" w14:textId="77777777" w:rsidR="00170580" w:rsidRPr="0080624C" w:rsidRDefault="00000000">
      <w:pPr>
        <w:pStyle w:val="Listapunktowana"/>
        <w:rPr>
          <w:rFonts w:ascii="Times New Roman" w:hAnsi="Times New Roman" w:cs="Times New Roman"/>
          <w:lang w:val="pl-PL"/>
        </w:rPr>
      </w:pPr>
      <w:r w:rsidRPr="0080624C">
        <w:rPr>
          <w:rFonts w:ascii="Times New Roman" w:hAnsi="Times New Roman" w:cs="Times New Roman"/>
          <w:lang w:val="pl-PL"/>
        </w:rPr>
        <w:t>Podstawowe kierunki realizacji polityki oświatowej państwa w roku szkolnym 2026/2027, ustalone przez Ministra Edukacji 26 maja 2026 r. na podstawie art. 60 ust. 3 pkt 1 Prawa oświatowego.</w:t>
      </w:r>
    </w:p>
    <w:p w14:paraId="379C0FA5" w14:textId="77777777" w:rsidR="00170580" w:rsidRPr="0080624C" w:rsidRDefault="00000000">
      <w:pPr>
        <w:pStyle w:val="Listapunktowana"/>
        <w:rPr>
          <w:rFonts w:ascii="Times New Roman" w:hAnsi="Times New Roman" w:cs="Times New Roman"/>
          <w:lang w:val="pl-PL"/>
        </w:rPr>
      </w:pPr>
      <w:r w:rsidRPr="0080624C">
        <w:rPr>
          <w:rFonts w:ascii="Times New Roman" w:hAnsi="Times New Roman" w:cs="Times New Roman"/>
          <w:lang w:val="pl-PL"/>
        </w:rPr>
        <w:t>Wyniki i wnioski ze sprawowanego nadzoru pedagogicznego w szkole podstawowej za rok szkolny 2025/2026 oraz sposób ich wykorzystania ustalony przez Radę Pedagogiczną.</w:t>
      </w:r>
    </w:p>
    <w:p w14:paraId="14EBB69E" w14:textId="77777777" w:rsidR="00170580" w:rsidRPr="0080624C" w:rsidRDefault="00170580">
      <w:pPr>
        <w:spacing w:after="0"/>
        <w:rPr>
          <w:rFonts w:ascii="Times New Roman" w:hAnsi="Times New Roman" w:cs="Times New Roman"/>
          <w:lang w:val="pl-PL"/>
        </w:rPr>
      </w:pPr>
    </w:p>
    <w:p w14:paraId="31C99115" w14:textId="77777777" w:rsidR="00170580" w:rsidRPr="0080624C" w:rsidRDefault="00000000">
      <w:pPr>
        <w:pStyle w:val="Nagwek2"/>
        <w:rPr>
          <w:rFonts w:ascii="Times New Roman" w:hAnsi="Times New Roman" w:cs="Times New Roman"/>
          <w:color w:val="auto"/>
          <w:lang w:val="pl-PL"/>
        </w:rPr>
      </w:pPr>
      <w:r w:rsidRPr="0080624C">
        <w:rPr>
          <w:rFonts w:ascii="Times New Roman" w:hAnsi="Times New Roman" w:cs="Times New Roman"/>
          <w:color w:val="auto"/>
          <w:lang w:val="pl-PL"/>
        </w:rPr>
        <w:t>Najważniejsze założenia organizacyjne roku 2026/2027</w:t>
      </w:r>
    </w:p>
    <w:p w14:paraId="1CCFA9A0" w14:textId="77777777" w:rsidR="00170580" w:rsidRPr="0080624C" w:rsidRDefault="00000000">
      <w:pPr>
        <w:pStyle w:val="Listapunktowana"/>
        <w:rPr>
          <w:rFonts w:ascii="Times New Roman" w:hAnsi="Times New Roman" w:cs="Times New Roman"/>
          <w:lang w:val="pl-PL"/>
        </w:rPr>
      </w:pPr>
      <w:r w:rsidRPr="0080624C">
        <w:rPr>
          <w:rFonts w:ascii="Times New Roman" w:hAnsi="Times New Roman" w:cs="Times New Roman"/>
          <w:lang w:val="pl-PL"/>
        </w:rPr>
        <w:t xml:space="preserve">Nową podstawę programową stosuje się od 1 września 2026 r. w klasach I </w:t>
      </w:r>
      <w:proofErr w:type="spellStart"/>
      <w:r w:rsidRPr="0080624C">
        <w:rPr>
          <w:rFonts w:ascii="Times New Roman" w:hAnsi="Times New Roman" w:cs="Times New Roman"/>
          <w:lang w:val="pl-PL"/>
        </w:rPr>
        <w:t>i</w:t>
      </w:r>
      <w:proofErr w:type="spellEnd"/>
      <w:r w:rsidRPr="0080624C">
        <w:rPr>
          <w:rFonts w:ascii="Times New Roman" w:hAnsi="Times New Roman" w:cs="Times New Roman"/>
          <w:lang w:val="pl-PL"/>
        </w:rPr>
        <w:t xml:space="preserve"> IV, a dotychczasową podstawę – w klasach II, III oraz V–VIII, z wyjątkami wynikającymi z przepisów przejściowych dotyczących edukacji zdrowotnej i edukacji zdrowotnej – zdrowia seksualnego.</w:t>
      </w:r>
    </w:p>
    <w:p w14:paraId="65AB0E2E" w14:textId="77777777" w:rsidR="00170580" w:rsidRPr="0080624C" w:rsidRDefault="00000000">
      <w:pPr>
        <w:pStyle w:val="Listapunktowana"/>
        <w:rPr>
          <w:rFonts w:ascii="Times New Roman" w:hAnsi="Times New Roman" w:cs="Times New Roman"/>
          <w:lang w:val="pl-PL"/>
        </w:rPr>
      </w:pPr>
      <w:r w:rsidRPr="0080624C">
        <w:rPr>
          <w:rFonts w:ascii="Times New Roman" w:hAnsi="Times New Roman" w:cs="Times New Roman"/>
          <w:lang w:val="pl-PL"/>
        </w:rPr>
        <w:t>W klasach IV–VIII realizuje się obowiązkową edukację zdrowotną; zajęcia „edukacja zdrowotna – zdrowie seksualne” są nieobowiązkowe i wymagają organizacji zgodnej z rozporządzeniem z 17 lipca 2026 r., w tym spotkania informacyjnego i obsługi pisemnych rezygnacji.</w:t>
      </w:r>
    </w:p>
    <w:p w14:paraId="6E4BD73F" w14:textId="77777777" w:rsidR="00170580" w:rsidRPr="0080624C" w:rsidRDefault="00000000">
      <w:pPr>
        <w:pStyle w:val="Listapunktowana"/>
        <w:rPr>
          <w:rFonts w:ascii="Times New Roman" w:hAnsi="Times New Roman" w:cs="Times New Roman"/>
          <w:lang w:val="pl-PL"/>
        </w:rPr>
      </w:pPr>
      <w:r w:rsidRPr="0080624C">
        <w:rPr>
          <w:rFonts w:ascii="Times New Roman" w:hAnsi="Times New Roman" w:cs="Times New Roman"/>
          <w:lang w:val="pl-PL"/>
        </w:rPr>
        <w:t>W klasie IV nowa podstawa i ramowy plan wprowadzają m.in. przyrodę oraz zajęcia praktyczno-techniczne; plany nauczania, programy, podręczniki i tygodniowy rozkład zajęć muszą być spójne z przepisami przejściowymi.</w:t>
      </w:r>
    </w:p>
    <w:p w14:paraId="6E8D723C" w14:textId="77777777" w:rsidR="00170580" w:rsidRPr="0080624C" w:rsidRDefault="00000000">
      <w:pPr>
        <w:pStyle w:val="Listapunktowana"/>
        <w:rPr>
          <w:rFonts w:ascii="Times New Roman" w:hAnsi="Times New Roman" w:cs="Times New Roman"/>
          <w:lang w:val="pl-PL"/>
        </w:rPr>
      </w:pPr>
      <w:r w:rsidRPr="0080624C">
        <w:rPr>
          <w:rFonts w:ascii="Times New Roman" w:hAnsi="Times New Roman" w:cs="Times New Roman"/>
          <w:lang w:val="pl-PL"/>
        </w:rPr>
        <w:t>W roku 2026/2027 tydzień projektowy może zostać zorganizowany fakultatywnie w klasach IV–VIII. Decyzja powinna być poprzedzona oceną możliwości organizacyjnych i poinformowaniem uczniów oraz rodziców.</w:t>
      </w:r>
    </w:p>
    <w:p w14:paraId="43646CCB" w14:textId="77777777" w:rsidR="00170580" w:rsidRPr="0080624C" w:rsidRDefault="00000000">
      <w:pPr>
        <w:pStyle w:val="Listapunktowana"/>
        <w:rPr>
          <w:rFonts w:ascii="Times New Roman" w:hAnsi="Times New Roman" w:cs="Times New Roman"/>
          <w:lang w:val="pl-PL"/>
        </w:rPr>
      </w:pPr>
      <w:r w:rsidRPr="0080624C">
        <w:rPr>
          <w:rFonts w:ascii="Times New Roman" w:hAnsi="Times New Roman" w:cs="Times New Roman"/>
          <w:lang w:val="pl-PL"/>
        </w:rPr>
        <w:t>Egzamin ósmoklasisty odbywa się w terminie ogłoszonym przez dyrektora CKE do 20 sierpnia 2026 r.; kalendarium szkoły należy uzupełnić po wydaniu komunikatu.</w:t>
      </w:r>
    </w:p>
    <w:p w14:paraId="7EAE9177" w14:textId="77777777" w:rsidR="00170580" w:rsidRPr="0080624C" w:rsidRDefault="00000000">
      <w:pPr>
        <w:pStyle w:val="Nagwek1"/>
        <w:rPr>
          <w:rFonts w:ascii="Times New Roman" w:hAnsi="Times New Roman" w:cs="Times New Roman"/>
          <w:color w:val="auto"/>
          <w:lang w:val="pl-PL"/>
        </w:rPr>
      </w:pPr>
      <w:r w:rsidRPr="0080624C">
        <w:rPr>
          <w:rFonts w:ascii="Times New Roman" w:hAnsi="Times New Roman" w:cs="Times New Roman"/>
          <w:color w:val="auto"/>
          <w:lang w:val="pl-PL"/>
        </w:rPr>
        <w:t>Priorytety szkoły na rok szkolny 2026/2027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3"/>
        <w:gridCol w:w="3402"/>
        <w:gridCol w:w="5953"/>
      </w:tblGrid>
      <w:tr w:rsidR="0080624C" w:rsidRPr="0080624C" w14:paraId="2A6EA22B" w14:textId="77777777" w:rsidTr="00835DD5">
        <w:trPr>
          <w:tblHeader/>
          <w:jc w:val="center"/>
        </w:trPr>
        <w:tc>
          <w:tcPr>
            <w:tcW w:w="453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0A0F8DC0" w14:textId="77777777" w:rsidR="00170580" w:rsidRPr="0080624C" w:rsidRDefault="00000000">
            <w:pPr>
              <w:jc w:val="center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b/>
                <w:sz w:val="16"/>
                <w:lang w:val="pl-PL"/>
              </w:rPr>
              <w:t>Lp.</w:t>
            </w:r>
          </w:p>
        </w:tc>
        <w:tc>
          <w:tcPr>
            <w:tcW w:w="3402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11BDBA9F" w14:textId="77777777" w:rsidR="00170580" w:rsidRPr="0080624C" w:rsidRDefault="00000000">
            <w:pPr>
              <w:jc w:val="center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b/>
                <w:sz w:val="16"/>
                <w:lang w:val="pl-PL"/>
              </w:rPr>
              <w:t>Priorytet</w:t>
            </w:r>
          </w:p>
        </w:tc>
        <w:tc>
          <w:tcPr>
            <w:tcW w:w="5953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36AD1E42" w14:textId="77777777" w:rsidR="00170580" w:rsidRPr="0080624C" w:rsidRDefault="00000000">
            <w:pPr>
              <w:jc w:val="center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b/>
                <w:sz w:val="16"/>
                <w:lang w:val="pl-PL"/>
              </w:rPr>
              <w:t>Zakres praktyczny</w:t>
            </w:r>
          </w:p>
        </w:tc>
      </w:tr>
      <w:tr w:rsidR="0080624C" w:rsidRPr="0080624C" w14:paraId="31618115" w14:textId="77777777" w:rsidTr="00835DD5">
        <w:trPr>
          <w:cantSplit/>
          <w:jc w:val="center"/>
        </w:trPr>
        <w:tc>
          <w:tcPr>
            <w:tcW w:w="453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71501D71" w14:textId="77777777" w:rsidR="00170580" w:rsidRPr="0080624C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6"/>
                <w:lang w:val="pl-PL"/>
              </w:rPr>
              <w:t>1</w:t>
            </w:r>
          </w:p>
        </w:tc>
        <w:tc>
          <w:tcPr>
            <w:tcW w:w="3402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29865F61" w14:textId="77777777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6"/>
                <w:lang w:val="pl-PL"/>
              </w:rPr>
              <w:t xml:space="preserve">Bezpieczne i zgodne z prawem wdrożenie Reformy26. Kompas Jutra w klasach I </w:t>
            </w:r>
            <w:proofErr w:type="spellStart"/>
            <w:r w:rsidRPr="0080624C">
              <w:rPr>
                <w:rFonts w:ascii="Times New Roman" w:hAnsi="Times New Roman" w:cs="Times New Roman"/>
                <w:sz w:val="16"/>
                <w:lang w:val="pl-PL"/>
              </w:rPr>
              <w:t>i</w:t>
            </w:r>
            <w:proofErr w:type="spellEnd"/>
            <w:r w:rsidRPr="0080624C">
              <w:rPr>
                <w:rFonts w:ascii="Times New Roman" w:hAnsi="Times New Roman" w:cs="Times New Roman"/>
                <w:sz w:val="16"/>
                <w:lang w:val="pl-PL"/>
              </w:rPr>
              <w:t xml:space="preserve"> IV.</w:t>
            </w:r>
          </w:p>
        </w:tc>
        <w:tc>
          <w:tcPr>
            <w:tcW w:w="5953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2305D24C" w14:textId="77777777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6"/>
                <w:lang w:val="pl-PL"/>
              </w:rPr>
              <w:t>Programy, plany, warunki realizacji, podręczniki, doświadczenia edukacyjne i monitorowanie postępów.</w:t>
            </w:r>
          </w:p>
        </w:tc>
      </w:tr>
      <w:tr w:rsidR="0080624C" w:rsidRPr="0080624C" w14:paraId="6AEBA638" w14:textId="77777777" w:rsidTr="00835DD5">
        <w:trPr>
          <w:cantSplit/>
          <w:jc w:val="center"/>
        </w:trPr>
        <w:tc>
          <w:tcPr>
            <w:tcW w:w="453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04A1C372" w14:textId="77777777" w:rsidR="00170580" w:rsidRPr="0080624C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6"/>
                <w:lang w:val="pl-PL"/>
              </w:rPr>
              <w:t>2</w:t>
            </w:r>
          </w:p>
        </w:tc>
        <w:tc>
          <w:tcPr>
            <w:tcW w:w="3402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4CD3A476" w14:textId="77777777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6"/>
                <w:lang w:val="pl-PL"/>
              </w:rPr>
              <w:t>Poprawa jakości oceniania i informacji zwrotnej.</w:t>
            </w:r>
          </w:p>
        </w:tc>
        <w:tc>
          <w:tcPr>
            <w:tcW w:w="5953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6E59179C" w14:textId="77777777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6"/>
                <w:lang w:val="pl-PL"/>
              </w:rPr>
              <w:t>Jednolity standard: mocne strony, obszar do poprawy, sposób poprawy i wskazówki do dalszego uczenia się.</w:t>
            </w:r>
          </w:p>
        </w:tc>
      </w:tr>
      <w:tr w:rsidR="0080624C" w:rsidRPr="0080624C" w14:paraId="28AE991A" w14:textId="77777777" w:rsidTr="00835DD5">
        <w:trPr>
          <w:cantSplit/>
          <w:jc w:val="center"/>
        </w:trPr>
        <w:tc>
          <w:tcPr>
            <w:tcW w:w="453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6D549792" w14:textId="77777777" w:rsidR="00170580" w:rsidRPr="0080624C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6"/>
                <w:lang w:val="pl-PL"/>
              </w:rPr>
              <w:lastRenderedPageBreak/>
              <w:t>3</w:t>
            </w:r>
          </w:p>
        </w:tc>
        <w:tc>
          <w:tcPr>
            <w:tcW w:w="3402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6147A529" w14:textId="77777777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6"/>
                <w:lang w:val="pl-PL"/>
              </w:rPr>
              <w:t>Wzmocnienie kompetencji fundamentalnych i wyników egzaminacyjnych.</w:t>
            </w:r>
          </w:p>
        </w:tc>
        <w:tc>
          <w:tcPr>
            <w:tcW w:w="5953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1498101B" w14:textId="77777777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6"/>
                <w:lang w:val="pl-PL"/>
              </w:rPr>
              <w:t>Język polski, matematyka, języki obce, kompetencje cyfrowe i ruchowe; zadania tekstowe, problemowe i praktyczne.</w:t>
            </w:r>
          </w:p>
        </w:tc>
      </w:tr>
      <w:tr w:rsidR="0080624C" w:rsidRPr="0080624C" w14:paraId="5C6BDDA2" w14:textId="77777777" w:rsidTr="00835DD5">
        <w:trPr>
          <w:cantSplit/>
          <w:jc w:val="center"/>
        </w:trPr>
        <w:tc>
          <w:tcPr>
            <w:tcW w:w="453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4D344440" w14:textId="77777777" w:rsidR="00170580" w:rsidRPr="0080624C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6"/>
                <w:lang w:val="pl-PL"/>
              </w:rPr>
              <w:t>4</w:t>
            </w:r>
          </w:p>
        </w:tc>
        <w:tc>
          <w:tcPr>
            <w:tcW w:w="3402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692B21DD" w14:textId="77777777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6"/>
                <w:lang w:val="pl-PL"/>
              </w:rPr>
              <w:t>Dobrostan, bezpieczeństwo i odporność społeczna.</w:t>
            </w:r>
          </w:p>
        </w:tc>
        <w:tc>
          <w:tcPr>
            <w:tcW w:w="5953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36BF1A97" w14:textId="77777777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6"/>
                <w:lang w:val="pl-PL"/>
              </w:rPr>
              <w:t>Profilaktyka przemocy, cyberprzemocy, wykluczenia, uzależnień behawioralnych oraz wsparcie w kryzysach.</w:t>
            </w:r>
          </w:p>
        </w:tc>
      </w:tr>
      <w:tr w:rsidR="0080624C" w:rsidRPr="0080624C" w14:paraId="6BA310D9" w14:textId="77777777" w:rsidTr="00835DD5">
        <w:trPr>
          <w:cantSplit/>
          <w:jc w:val="center"/>
        </w:trPr>
        <w:tc>
          <w:tcPr>
            <w:tcW w:w="453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31227455" w14:textId="77777777" w:rsidR="00170580" w:rsidRPr="0080624C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6"/>
                <w:lang w:val="pl-PL"/>
              </w:rPr>
              <w:t>5</w:t>
            </w:r>
          </w:p>
        </w:tc>
        <w:tc>
          <w:tcPr>
            <w:tcW w:w="3402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11D5AA9D" w14:textId="77777777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6"/>
                <w:lang w:val="pl-PL"/>
              </w:rPr>
              <w:t>Skuteczna pomoc psychologiczno-pedagogiczna i edukacja włączająca.</w:t>
            </w:r>
          </w:p>
        </w:tc>
        <w:tc>
          <w:tcPr>
            <w:tcW w:w="5953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4CFEF252" w14:textId="77777777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6"/>
                <w:lang w:val="pl-PL"/>
              </w:rPr>
              <w:t>Pełny udział nauczycieli, diagnoza funkcjonalna, ocena efektów, współpraca z rodzicami i indywidualizacja.</w:t>
            </w:r>
          </w:p>
        </w:tc>
      </w:tr>
      <w:tr w:rsidR="0080624C" w:rsidRPr="0080624C" w14:paraId="42D8CCE6" w14:textId="77777777" w:rsidTr="00835DD5">
        <w:trPr>
          <w:cantSplit/>
          <w:jc w:val="center"/>
        </w:trPr>
        <w:tc>
          <w:tcPr>
            <w:tcW w:w="453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69CA4599" w14:textId="77777777" w:rsidR="00170580" w:rsidRPr="0080624C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6"/>
                <w:lang w:val="pl-PL"/>
              </w:rPr>
              <w:t>6</w:t>
            </w:r>
          </w:p>
        </w:tc>
        <w:tc>
          <w:tcPr>
            <w:tcW w:w="3402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0FDCE6A9" w14:textId="77777777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6"/>
                <w:lang w:val="pl-PL"/>
              </w:rPr>
              <w:t>Higiena cyfrowa, aktywność off-</w:t>
            </w:r>
            <w:proofErr w:type="spellStart"/>
            <w:r w:rsidRPr="0080624C">
              <w:rPr>
                <w:rFonts w:ascii="Times New Roman" w:hAnsi="Times New Roman" w:cs="Times New Roman"/>
                <w:sz w:val="16"/>
                <w:lang w:val="pl-PL"/>
              </w:rPr>
              <w:t>line</w:t>
            </w:r>
            <w:proofErr w:type="spellEnd"/>
            <w:r w:rsidRPr="0080624C">
              <w:rPr>
                <w:rFonts w:ascii="Times New Roman" w:hAnsi="Times New Roman" w:cs="Times New Roman"/>
                <w:sz w:val="16"/>
                <w:lang w:val="pl-PL"/>
              </w:rPr>
              <w:t xml:space="preserve"> i odpowiedzialne korzystanie z AI.</w:t>
            </w:r>
          </w:p>
        </w:tc>
        <w:tc>
          <w:tcPr>
            <w:tcW w:w="5953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2889A056" w14:textId="77777777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6"/>
                <w:lang w:val="pl-PL"/>
              </w:rPr>
              <w:t xml:space="preserve">Bezpieczeństwo, prywatność, prawa autorskie, dezinformacja, </w:t>
            </w:r>
            <w:proofErr w:type="spellStart"/>
            <w:r w:rsidRPr="0080624C">
              <w:rPr>
                <w:rFonts w:ascii="Times New Roman" w:hAnsi="Times New Roman" w:cs="Times New Roman"/>
                <w:sz w:val="16"/>
                <w:lang w:val="pl-PL"/>
              </w:rPr>
              <w:t>deepfake</w:t>
            </w:r>
            <w:proofErr w:type="spellEnd"/>
            <w:r w:rsidRPr="0080624C">
              <w:rPr>
                <w:rFonts w:ascii="Times New Roman" w:hAnsi="Times New Roman" w:cs="Times New Roman"/>
                <w:sz w:val="16"/>
                <w:lang w:val="pl-PL"/>
              </w:rPr>
              <w:t>, ZPE i szkolne zasady AI.</w:t>
            </w:r>
          </w:p>
        </w:tc>
      </w:tr>
      <w:tr w:rsidR="0080624C" w:rsidRPr="0080624C" w14:paraId="01BE8825" w14:textId="77777777" w:rsidTr="00835DD5">
        <w:trPr>
          <w:cantSplit/>
          <w:jc w:val="center"/>
        </w:trPr>
        <w:tc>
          <w:tcPr>
            <w:tcW w:w="453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12395C3D" w14:textId="77777777" w:rsidR="00170580" w:rsidRPr="0080624C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6"/>
                <w:lang w:val="pl-PL"/>
              </w:rPr>
              <w:t>7</w:t>
            </w:r>
          </w:p>
        </w:tc>
        <w:tc>
          <w:tcPr>
            <w:tcW w:w="3402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3D944AFB" w14:textId="77777777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6"/>
                <w:lang w:val="pl-PL"/>
              </w:rPr>
              <w:t>Sprawczość ucznia, edukacja obywatelska i praca projektowa.</w:t>
            </w:r>
          </w:p>
        </w:tc>
        <w:tc>
          <w:tcPr>
            <w:tcW w:w="5953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7D0D4936" w14:textId="77777777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6"/>
                <w:lang w:val="pl-PL"/>
              </w:rPr>
              <w:t>Samorządność, wolontariat, debaty, projekty społeczne i realne współdecydowanie.</w:t>
            </w:r>
          </w:p>
        </w:tc>
      </w:tr>
      <w:tr w:rsidR="00566CCE" w:rsidRPr="0080624C" w14:paraId="52A10ED3" w14:textId="77777777" w:rsidTr="00835DD5">
        <w:trPr>
          <w:cantSplit/>
          <w:jc w:val="center"/>
        </w:trPr>
        <w:tc>
          <w:tcPr>
            <w:tcW w:w="453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057999BC" w14:textId="77777777" w:rsidR="00170580" w:rsidRPr="0080624C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6"/>
                <w:lang w:val="pl-PL"/>
              </w:rPr>
              <w:t>8</w:t>
            </w:r>
          </w:p>
        </w:tc>
        <w:tc>
          <w:tcPr>
            <w:tcW w:w="3402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250B6DCF" w14:textId="77777777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6"/>
                <w:lang w:val="pl-PL"/>
              </w:rPr>
              <w:t>Zdrowie i orientacja edukacyjno-zawodowa.</w:t>
            </w:r>
          </w:p>
        </w:tc>
        <w:tc>
          <w:tcPr>
            <w:tcW w:w="5953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4280649F" w14:textId="77777777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6"/>
                <w:lang w:val="pl-PL"/>
              </w:rPr>
              <w:t>Obowiązkowa edukacja zdrowotna, pierwsza pomoc, aktywność fizyczna oraz procesowe doradztwo w klasach VII–VIII.</w:t>
            </w:r>
          </w:p>
        </w:tc>
      </w:tr>
    </w:tbl>
    <w:p w14:paraId="07C29BC2" w14:textId="77777777" w:rsidR="00170580" w:rsidRPr="0080624C" w:rsidRDefault="00170580">
      <w:pPr>
        <w:spacing w:after="0"/>
        <w:rPr>
          <w:rFonts w:ascii="Times New Roman" w:hAnsi="Times New Roman" w:cs="Times New Roman"/>
          <w:lang w:val="pl-PL"/>
        </w:rPr>
      </w:pPr>
    </w:p>
    <w:p w14:paraId="4FDE128E" w14:textId="77777777" w:rsidR="00170580" w:rsidRPr="0080624C" w:rsidRDefault="00000000">
      <w:pPr>
        <w:pStyle w:val="Nagwek1"/>
        <w:rPr>
          <w:rFonts w:ascii="Times New Roman" w:hAnsi="Times New Roman" w:cs="Times New Roman"/>
          <w:color w:val="auto"/>
          <w:lang w:val="pl-PL"/>
        </w:rPr>
      </w:pPr>
      <w:r w:rsidRPr="0080624C">
        <w:rPr>
          <w:rFonts w:ascii="Times New Roman" w:hAnsi="Times New Roman" w:cs="Times New Roman"/>
          <w:color w:val="auto"/>
          <w:lang w:val="pl-PL"/>
        </w:rPr>
        <w:t>I. Powiązanie kierunków polityki oświatowej państwa z zadaniami szkoły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38"/>
        <w:gridCol w:w="4649"/>
        <w:gridCol w:w="2721"/>
      </w:tblGrid>
      <w:tr w:rsidR="0080624C" w:rsidRPr="0080624C" w14:paraId="5376AA18" w14:textId="77777777" w:rsidTr="00835DD5">
        <w:trPr>
          <w:tblHeader/>
          <w:jc w:val="center"/>
        </w:trPr>
        <w:tc>
          <w:tcPr>
            <w:tcW w:w="2438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157AAA74" w14:textId="77777777" w:rsidR="00170580" w:rsidRPr="0080624C" w:rsidRDefault="00000000">
            <w:pPr>
              <w:jc w:val="center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b/>
                <w:sz w:val="14"/>
                <w:lang w:val="pl-PL"/>
              </w:rPr>
              <w:t>Kierunek</w:t>
            </w:r>
          </w:p>
        </w:tc>
        <w:tc>
          <w:tcPr>
            <w:tcW w:w="4649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1DE9E7F4" w14:textId="77777777" w:rsidR="00170580" w:rsidRPr="0080624C" w:rsidRDefault="00000000">
            <w:pPr>
              <w:jc w:val="center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b/>
                <w:sz w:val="14"/>
                <w:lang w:val="pl-PL"/>
              </w:rPr>
              <w:t>Działania szkoły</w:t>
            </w:r>
          </w:p>
        </w:tc>
        <w:tc>
          <w:tcPr>
            <w:tcW w:w="2721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31743DE1" w14:textId="77777777" w:rsidR="00170580" w:rsidRPr="0080624C" w:rsidRDefault="00000000">
            <w:pPr>
              <w:jc w:val="center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b/>
                <w:sz w:val="14"/>
                <w:lang w:val="pl-PL"/>
              </w:rPr>
              <w:t>Mierniki / dowody</w:t>
            </w:r>
          </w:p>
        </w:tc>
      </w:tr>
      <w:tr w:rsidR="0080624C" w:rsidRPr="0080624C" w14:paraId="539B1859" w14:textId="77777777" w:rsidTr="00835DD5">
        <w:trPr>
          <w:cantSplit/>
          <w:jc w:val="center"/>
        </w:trPr>
        <w:tc>
          <w:tcPr>
            <w:tcW w:w="2438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0A682DE5" w14:textId="77777777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4"/>
                <w:lang w:val="pl-PL"/>
              </w:rPr>
              <w:t>1. Wdrażanie Reformy26. Kompas Jutra</w:t>
            </w:r>
          </w:p>
        </w:tc>
        <w:tc>
          <w:tcPr>
            <w:tcW w:w="4649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59B54F21" w14:textId="77777777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4"/>
                <w:lang w:val="pl-PL"/>
              </w:rPr>
              <w:t xml:space="preserve">Audyt gotowości klas I </w:t>
            </w:r>
            <w:proofErr w:type="spellStart"/>
            <w:r w:rsidRPr="0080624C">
              <w:rPr>
                <w:rFonts w:ascii="Times New Roman" w:hAnsi="Times New Roman" w:cs="Times New Roman"/>
                <w:sz w:val="14"/>
                <w:lang w:val="pl-PL"/>
              </w:rPr>
              <w:t>i</w:t>
            </w:r>
            <w:proofErr w:type="spellEnd"/>
            <w:r w:rsidRPr="0080624C">
              <w:rPr>
                <w:rFonts w:ascii="Times New Roman" w:hAnsi="Times New Roman" w:cs="Times New Roman"/>
                <w:sz w:val="14"/>
                <w:lang w:val="pl-PL"/>
              </w:rPr>
              <w:t xml:space="preserve"> IV; szkolenia; dopuszczenie programów; aktualizacja planów, statutów i oceniania; monitoring warunków realizacji.</w:t>
            </w:r>
          </w:p>
        </w:tc>
        <w:tc>
          <w:tcPr>
            <w:tcW w:w="2721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1BA993E2" w14:textId="77777777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4"/>
                <w:lang w:val="pl-PL"/>
              </w:rPr>
              <w:t>100% programów zweryfikowanych; harmonogram monitorowania; minimum 2 obserwacje wdrożeniowe w każdej grupie nauczycieli.</w:t>
            </w:r>
          </w:p>
        </w:tc>
      </w:tr>
      <w:tr w:rsidR="0080624C" w:rsidRPr="0080624C" w14:paraId="72C18DD7" w14:textId="77777777" w:rsidTr="00835DD5">
        <w:trPr>
          <w:cantSplit/>
          <w:jc w:val="center"/>
        </w:trPr>
        <w:tc>
          <w:tcPr>
            <w:tcW w:w="2438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0001E09C" w14:textId="77777777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4"/>
                <w:lang w:val="pl-PL"/>
              </w:rPr>
              <w:t>2. Odporność społeczna, patriotyzm, obywatelskość i bezpieczeństwo</w:t>
            </w:r>
          </w:p>
        </w:tc>
        <w:tc>
          <w:tcPr>
            <w:tcW w:w="4649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63125EB7" w14:textId="77777777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4"/>
                <w:lang w:val="pl-PL"/>
              </w:rPr>
              <w:t>Debaty, projekty lokalne, wolontariat, samorząd uczniowski, ceremoniał, edukacja obronna w godzinach wychowawczych, ćwiczenia ewakuacyjne.</w:t>
            </w:r>
          </w:p>
        </w:tc>
        <w:tc>
          <w:tcPr>
            <w:tcW w:w="2721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52C88C77" w14:textId="748428BC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4"/>
                <w:lang w:val="pl-PL"/>
              </w:rPr>
              <w:t xml:space="preserve">Każda klasa realizuje działanie obywatelskie; minimum 1 konsultacja uczniowska w </w:t>
            </w:r>
            <w:r w:rsidR="00E3574A" w:rsidRPr="0080624C">
              <w:rPr>
                <w:rFonts w:ascii="Times New Roman" w:hAnsi="Times New Roman" w:cs="Times New Roman"/>
                <w:sz w:val="14"/>
                <w:lang w:val="pl-PL"/>
              </w:rPr>
              <w:t>okresie</w:t>
            </w:r>
            <w:r w:rsidRPr="0080624C">
              <w:rPr>
                <w:rFonts w:ascii="Times New Roman" w:hAnsi="Times New Roman" w:cs="Times New Roman"/>
                <w:sz w:val="14"/>
                <w:lang w:val="pl-PL"/>
              </w:rPr>
              <w:t>; analiza bezpieczeństwa.</w:t>
            </w:r>
          </w:p>
        </w:tc>
      </w:tr>
      <w:tr w:rsidR="0080624C" w:rsidRPr="0080624C" w14:paraId="2E10A0F0" w14:textId="77777777" w:rsidTr="00835DD5">
        <w:trPr>
          <w:cantSplit/>
          <w:jc w:val="center"/>
        </w:trPr>
        <w:tc>
          <w:tcPr>
            <w:tcW w:w="2438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066B5E6E" w14:textId="77777777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4"/>
                <w:lang w:val="pl-PL"/>
              </w:rPr>
              <w:t>3. Edukacja zdrowotna, ruch i pierwsza pomoc</w:t>
            </w:r>
          </w:p>
        </w:tc>
        <w:tc>
          <w:tcPr>
            <w:tcW w:w="4649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60125609" w14:textId="77777777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4"/>
                <w:lang w:val="pl-PL"/>
              </w:rPr>
              <w:t>Organizacja obowiązkowego przedmiotu, działania dla rodziców, aktywne przerwy, program ruchowy, pierwsza pomoc, monitorowanie frekwencji na WF.</w:t>
            </w:r>
          </w:p>
        </w:tc>
        <w:tc>
          <w:tcPr>
            <w:tcW w:w="2721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3A7B7A53" w14:textId="77777777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4"/>
                <w:lang w:val="pl-PL"/>
              </w:rPr>
              <w:t>Realizacja godzin; minimum 1 praktyczne ćwiczenie pierwszej pomocy na etap edukacyjny; analiza zwolnień z WF.</w:t>
            </w:r>
          </w:p>
        </w:tc>
      </w:tr>
      <w:tr w:rsidR="0080624C" w:rsidRPr="0080624C" w14:paraId="6EDE616B" w14:textId="77777777" w:rsidTr="00835DD5">
        <w:trPr>
          <w:cantSplit/>
          <w:jc w:val="center"/>
        </w:trPr>
        <w:tc>
          <w:tcPr>
            <w:tcW w:w="2438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4EFAE869" w14:textId="77777777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4"/>
                <w:lang w:val="pl-PL"/>
              </w:rPr>
              <w:t>4. Higiena cyfrowa, aktywność off-</w:t>
            </w:r>
            <w:proofErr w:type="spellStart"/>
            <w:r w:rsidRPr="0080624C">
              <w:rPr>
                <w:rFonts w:ascii="Times New Roman" w:hAnsi="Times New Roman" w:cs="Times New Roman"/>
                <w:sz w:val="14"/>
                <w:lang w:val="pl-PL"/>
              </w:rPr>
              <w:t>line</w:t>
            </w:r>
            <w:proofErr w:type="spellEnd"/>
            <w:r w:rsidRPr="0080624C">
              <w:rPr>
                <w:rFonts w:ascii="Times New Roman" w:hAnsi="Times New Roman" w:cs="Times New Roman"/>
                <w:sz w:val="14"/>
                <w:lang w:val="pl-PL"/>
              </w:rPr>
              <w:t>, AI i ZPE</w:t>
            </w:r>
          </w:p>
        </w:tc>
        <w:tc>
          <w:tcPr>
            <w:tcW w:w="4649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0AB2DA17" w14:textId="77777777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4"/>
                <w:lang w:val="pl-PL"/>
              </w:rPr>
              <w:t xml:space="preserve">Szkolne zasady AI; cykl zajęć o cyberprzemocy, </w:t>
            </w:r>
            <w:proofErr w:type="spellStart"/>
            <w:r w:rsidRPr="0080624C">
              <w:rPr>
                <w:rFonts w:ascii="Times New Roman" w:hAnsi="Times New Roman" w:cs="Times New Roman"/>
                <w:sz w:val="14"/>
                <w:lang w:val="pl-PL"/>
              </w:rPr>
              <w:t>deepfake</w:t>
            </w:r>
            <w:proofErr w:type="spellEnd"/>
            <w:r w:rsidRPr="0080624C">
              <w:rPr>
                <w:rFonts w:ascii="Times New Roman" w:hAnsi="Times New Roman" w:cs="Times New Roman"/>
                <w:sz w:val="14"/>
                <w:lang w:val="pl-PL"/>
              </w:rPr>
              <w:t xml:space="preserve">, </w:t>
            </w:r>
            <w:proofErr w:type="spellStart"/>
            <w:r w:rsidRPr="0080624C">
              <w:rPr>
                <w:rFonts w:ascii="Times New Roman" w:hAnsi="Times New Roman" w:cs="Times New Roman"/>
                <w:sz w:val="14"/>
                <w:lang w:val="pl-PL"/>
              </w:rPr>
              <w:t>phishingu</w:t>
            </w:r>
            <w:proofErr w:type="spellEnd"/>
            <w:r w:rsidRPr="0080624C">
              <w:rPr>
                <w:rFonts w:ascii="Times New Roman" w:hAnsi="Times New Roman" w:cs="Times New Roman"/>
                <w:sz w:val="14"/>
                <w:lang w:val="pl-PL"/>
              </w:rPr>
              <w:t xml:space="preserve"> i prywatności; korzystanie z ZPE; dni aktywności off-</w:t>
            </w:r>
            <w:proofErr w:type="spellStart"/>
            <w:r w:rsidRPr="0080624C">
              <w:rPr>
                <w:rFonts w:ascii="Times New Roman" w:hAnsi="Times New Roman" w:cs="Times New Roman"/>
                <w:sz w:val="14"/>
                <w:lang w:val="pl-PL"/>
              </w:rPr>
              <w:t>line</w:t>
            </w:r>
            <w:proofErr w:type="spellEnd"/>
            <w:r w:rsidRPr="0080624C">
              <w:rPr>
                <w:rFonts w:ascii="Times New Roman" w:hAnsi="Times New Roman" w:cs="Times New Roman"/>
                <w:sz w:val="14"/>
                <w:lang w:val="pl-PL"/>
              </w:rPr>
              <w:t>.</w:t>
            </w:r>
          </w:p>
        </w:tc>
        <w:tc>
          <w:tcPr>
            <w:tcW w:w="2721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0A6564F2" w14:textId="77777777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4"/>
                <w:lang w:val="pl-PL"/>
              </w:rPr>
              <w:t>100% klas objętych cyklem; minimum 1 zasób ZPE wykorzystany w każdym zespole przedmiotowym; ankieta bezpieczeństwa.</w:t>
            </w:r>
          </w:p>
        </w:tc>
      </w:tr>
      <w:tr w:rsidR="0080624C" w:rsidRPr="0080624C" w14:paraId="2F5C6DD3" w14:textId="77777777" w:rsidTr="00835DD5">
        <w:trPr>
          <w:cantSplit/>
          <w:jc w:val="center"/>
        </w:trPr>
        <w:tc>
          <w:tcPr>
            <w:tcW w:w="2438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644C26FA" w14:textId="77777777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4"/>
                <w:lang w:val="pl-PL"/>
              </w:rPr>
              <w:t>5. Rozpoznawanie potrzeb i współpraca z rodzicami</w:t>
            </w:r>
          </w:p>
        </w:tc>
        <w:tc>
          <w:tcPr>
            <w:tcW w:w="4649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58802E3E" w14:textId="77777777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4"/>
                <w:lang w:val="pl-PL"/>
              </w:rPr>
              <w:t>Diagnoza funkcjonalna, udział wszystkich nauczycieli w IPET/WOPFU, karta skuteczności PPP, konsultacje i jasne ustalenia z rodzicami.</w:t>
            </w:r>
          </w:p>
        </w:tc>
        <w:tc>
          <w:tcPr>
            <w:tcW w:w="2721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487AF02B" w14:textId="77777777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4"/>
                <w:lang w:val="pl-PL"/>
              </w:rPr>
              <w:t>100% zespołów z kompletem uczestników lub pisemnym wkładem; 2 oceny skuteczności w roku; dokumentacja kontaktów.</w:t>
            </w:r>
          </w:p>
        </w:tc>
      </w:tr>
      <w:tr w:rsidR="0080624C" w:rsidRPr="0080624C" w14:paraId="03E876E1" w14:textId="77777777" w:rsidTr="00835DD5">
        <w:trPr>
          <w:cantSplit/>
          <w:jc w:val="center"/>
        </w:trPr>
        <w:tc>
          <w:tcPr>
            <w:tcW w:w="2438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07EE0715" w14:textId="77777777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4"/>
                <w:lang w:val="pl-PL"/>
              </w:rPr>
              <w:t>6. Uzależnienia behawioralne, przemoc i zdrowie psychiczne</w:t>
            </w:r>
          </w:p>
        </w:tc>
        <w:tc>
          <w:tcPr>
            <w:tcW w:w="4649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5192526C" w14:textId="77777777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4"/>
                <w:lang w:val="pl-PL"/>
              </w:rPr>
              <w:t>Program profilaktyki, procedury kryzysowe, wsparcie psychologa/pedagoga, działania antydyskryminacyjne i trening relacji.</w:t>
            </w:r>
          </w:p>
        </w:tc>
        <w:tc>
          <w:tcPr>
            <w:tcW w:w="2721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7570D000" w14:textId="77777777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4"/>
                <w:lang w:val="pl-PL"/>
              </w:rPr>
              <w:t>Spadek incydentów; szybka reakcja zgodna z procedurą; uczniowie znają miejsca pomocy; ewaluacja programu.</w:t>
            </w:r>
          </w:p>
        </w:tc>
      </w:tr>
      <w:tr w:rsidR="0080624C" w:rsidRPr="0080624C" w14:paraId="26A6EAA3" w14:textId="77777777" w:rsidTr="00835DD5">
        <w:trPr>
          <w:cantSplit/>
          <w:jc w:val="center"/>
        </w:trPr>
        <w:tc>
          <w:tcPr>
            <w:tcW w:w="2438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0825585A" w14:textId="77777777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4"/>
                <w:lang w:val="pl-PL"/>
              </w:rPr>
              <w:t>7. Decyzje edukacyjno-zawodowe i promocja kształcenia zawodowego</w:t>
            </w:r>
          </w:p>
        </w:tc>
        <w:tc>
          <w:tcPr>
            <w:tcW w:w="4649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1BBB3A88" w14:textId="77777777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4"/>
                <w:lang w:val="pl-PL"/>
              </w:rPr>
              <w:t xml:space="preserve">Program doradztwa, diagnoza predyspozycji, spotkania ze szkołami i pracodawcami, wizyty </w:t>
            </w:r>
            <w:proofErr w:type="spellStart"/>
            <w:r w:rsidRPr="0080624C">
              <w:rPr>
                <w:rFonts w:ascii="Times New Roman" w:hAnsi="Times New Roman" w:cs="Times New Roman"/>
                <w:sz w:val="14"/>
                <w:lang w:val="pl-PL"/>
              </w:rPr>
              <w:t>zawodoznawcze</w:t>
            </w:r>
            <w:proofErr w:type="spellEnd"/>
            <w:r w:rsidRPr="0080624C">
              <w:rPr>
                <w:rFonts w:ascii="Times New Roman" w:hAnsi="Times New Roman" w:cs="Times New Roman"/>
                <w:sz w:val="14"/>
                <w:lang w:val="pl-PL"/>
              </w:rPr>
              <w:t>, konsultacje klas VIII.</w:t>
            </w:r>
          </w:p>
        </w:tc>
        <w:tc>
          <w:tcPr>
            <w:tcW w:w="2721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78C131F8" w14:textId="77777777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4"/>
                <w:lang w:val="pl-PL"/>
              </w:rPr>
              <w:t>Pełna realizacja programu; portfolio wyboru szkoły ucznia klasy VIII; minimum 3 kontakty ze środowiskiem pracy/szkołami.</w:t>
            </w:r>
          </w:p>
        </w:tc>
      </w:tr>
      <w:tr w:rsidR="00566CCE" w:rsidRPr="0080624C" w14:paraId="3213FA88" w14:textId="77777777" w:rsidTr="00835DD5">
        <w:trPr>
          <w:cantSplit/>
          <w:jc w:val="center"/>
        </w:trPr>
        <w:tc>
          <w:tcPr>
            <w:tcW w:w="2438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6C842649" w14:textId="77777777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4"/>
                <w:lang w:val="pl-PL"/>
              </w:rPr>
              <w:t>8. Ciekawość, interdyscyplinarność, projekty i ocenianie kształtujące</w:t>
            </w:r>
          </w:p>
        </w:tc>
        <w:tc>
          <w:tcPr>
            <w:tcW w:w="4649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24BDABC4" w14:textId="77777777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4"/>
                <w:lang w:val="pl-PL"/>
              </w:rPr>
              <w:t>Zadania badawcze, problemy praktyczne, korelacja treści, standard celów i kryteriów sukcesu, informacja zwrotna, fakultatywny tydzień projektowy.</w:t>
            </w:r>
          </w:p>
        </w:tc>
        <w:tc>
          <w:tcPr>
            <w:tcW w:w="2721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1B7351C0" w14:textId="77777777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4"/>
                <w:lang w:val="pl-PL"/>
              </w:rPr>
              <w:t>Minimum 1 projekt interdyscyplinarny na oddział w roku; standard OK widoczny w obserwacjach; prezentacja efektów.</w:t>
            </w:r>
          </w:p>
        </w:tc>
      </w:tr>
    </w:tbl>
    <w:p w14:paraId="437F0DB2" w14:textId="77777777" w:rsidR="00170580" w:rsidRPr="0080624C" w:rsidRDefault="00170580">
      <w:pPr>
        <w:spacing w:after="0"/>
        <w:rPr>
          <w:rFonts w:ascii="Times New Roman" w:hAnsi="Times New Roman" w:cs="Times New Roman"/>
          <w:lang w:val="pl-PL"/>
        </w:rPr>
      </w:pPr>
    </w:p>
    <w:p w14:paraId="7C3D3AC7" w14:textId="77777777" w:rsidR="00170580" w:rsidRPr="0080624C" w:rsidRDefault="00000000">
      <w:pPr>
        <w:pStyle w:val="Nagwek1"/>
        <w:rPr>
          <w:rFonts w:ascii="Times New Roman" w:hAnsi="Times New Roman" w:cs="Times New Roman"/>
          <w:color w:val="auto"/>
          <w:lang w:val="pl-PL"/>
        </w:rPr>
      </w:pPr>
      <w:r w:rsidRPr="0080624C">
        <w:rPr>
          <w:rFonts w:ascii="Times New Roman" w:hAnsi="Times New Roman" w:cs="Times New Roman"/>
          <w:color w:val="auto"/>
          <w:lang w:val="pl-PL"/>
        </w:rPr>
        <w:t>II. Plan pracy w głównych obszarach działalności szkoły</w:t>
      </w:r>
    </w:p>
    <w:p w14:paraId="5404F1AF" w14:textId="77777777" w:rsidR="00170580" w:rsidRPr="0080624C" w:rsidRDefault="00000000">
      <w:pPr>
        <w:pStyle w:val="Nagwek2"/>
        <w:rPr>
          <w:rFonts w:ascii="Times New Roman" w:hAnsi="Times New Roman" w:cs="Times New Roman"/>
          <w:color w:val="auto"/>
          <w:lang w:val="pl-PL"/>
        </w:rPr>
      </w:pPr>
      <w:r w:rsidRPr="0080624C">
        <w:rPr>
          <w:rFonts w:ascii="Times New Roman" w:hAnsi="Times New Roman" w:cs="Times New Roman"/>
          <w:color w:val="auto"/>
          <w:lang w:val="pl-PL"/>
        </w:rPr>
        <w:t>1. Zarządzanie, organizacja i zgodność z prawem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6"/>
        <w:gridCol w:w="3742"/>
        <w:gridCol w:w="1701"/>
        <w:gridCol w:w="1417"/>
        <w:gridCol w:w="2551"/>
      </w:tblGrid>
      <w:tr w:rsidR="0080624C" w:rsidRPr="0080624C" w14:paraId="2A99E6D1" w14:textId="77777777" w:rsidTr="00835DD5">
        <w:trPr>
          <w:tblHeader/>
          <w:jc w:val="center"/>
        </w:trPr>
        <w:tc>
          <w:tcPr>
            <w:tcW w:w="396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5CB8971F" w14:textId="77777777" w:rsidR="00170580" w:rsidRPr="0080624C" w:rsidRDefault="00000000">
            <w:pPr>
              <w:jc w:val="center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b/>
                <w:sz w:val="14"/>
                <w:lang w:val="pl-PL"/>
              </w:rPr>
              <w:t>Lp.</w:t>
            </w:r>
          </w:p>
        </w:tc>
        <w:tc>
          <w:tcPr>
            <w:tcW w:w="3742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308A6438" w14:textId="77777777" w:rsidR="00170580" w:rsidRPr="0080624C" w:rsidRDefault="00000000">
            <w:pPr>
              <w:jc w:val="center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b/>
                <w:sz w:val="14"/>
                <w:lang w:val="pl-PL"/>
              </w:rPr>
              <w:t>Zadanie</w:t>
            </w:r>
          </w:p>
        </w:tc>
        <w:tc>
          <w:tcPr>
            <w:tcW w:w="1701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483377A8" w14:textId="77777777" w:rsidR="00170580" w:rsidRPr="0080624C" w:rsidRDefault="00000000">
            <w:pPr>
              <w:jc w:val="center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b/>
                <w:sz w:val="14"/>
                <w:lang w:val="pl-PL"/>
              </w:rPr>
              <w:t>Odpowiedzialni</w:t>
            </w:r>
          </w:p>
        </w:tc>
        <w:tc>
          <w:tcPr>
            <w:tcW w:w="1417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79825486" w14:textId="77777777" w:rsidR="00170580" w:rsidRPr="0080624C" w:rsidRDefault="00000000">
            <w:pPr>
              <w:jc w:val="center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b/>
                <w:sz w:val="14"/>
                <w:lang w:val="pl-PL"/>
              </w:rPr>
              <w:t>Termin</w:t>
            </w:r>
          </w:p>
        </w:tc>
        <w:tc>
          <w:tcPr>
            <w:tcW w:w="2551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17F1997C" w14:textId="77777777" w:rsidR="00170580" w:rsidRPr="0080624C" w:rsidRDefault="00000000">
            <w:pPr>
              <w:jc w:val="center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b/>
                <w:sz w:val="14"/>
                <w:lang w:val="pl-PL"/>
              </w:rPr>
              <w:t>Dowód / rezultat</w:t>
            </w:r>
          </w:p>
        </w:tc>
      </w:tr>
      <w:tr w:rsidR="0080624C" w:rsidRPr="0080624C" w14:paraId="58CDEDB0" w14:textId="77777777" w:rsidTr="00835DD5">
        <w:trPr>
          <w:cantSplit/>
          <w:jc w:val="center"/>
        </w:trPr>
        <w:tc>
          <w:tcPr>
            <w:tcW w:w="396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6D389F50" w14:textId="77777777" w:rsidR="00170580" w:rsidRPr="0080624C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4"/>
                <w:lang w:val="pl-PL"/>
              </w:rPr>
              <w:t>1</w:t>
            </w:r>
          </w:p>
        </w:tc>
        <w:tc>
          <w:tcPr>
            <w:tcW w:w="3742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3044B387" w14:textId="77777777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4"/>
                <w:lang w:val="pl-PL"/>
              </w:rPr>
              <w:t>Przedstawienie wyników i wniosków nadzoru za 2025/2026 oraz ustalenie sposobu ich wykorzystania.</w:t>
            </w:r>
          </w:p>
        </w:tc>
        <w:tc>
          <w:tcPr>
            <w:tcW w:w="1701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56A8186F" w14:textId="77777777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4"/>
                <w:lang w:val="pl-PL"/>
              </w:rPr>
              <w:t>Dyrektor, rada pedagogiczna</w:t>
            </w:r>
          </w:p>
        </w:tc>
        <w:tc>
          <w:tcPr>
            <w:tcW w:w="1417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09BE44BA" w14:textId="77777777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4"/>
                <w:lang w:val="pl-PL"/>
              </w:rPr>
              <w:t>do 31 sierpnia 2026</w:t>
            </w:r>
          </w:p>
        </w:tc>
        <w:tc>
          <w:tcPr>
            <w:tcW w:w="2551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635F4459" w14:textId="77777777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4"/>
                <w:lang w:val="pl-PL"/>
              </w:rPr>
              <w:t>Protokół, uchwała/ustalenia, przydział zadań</w:t>
            </w:r>
          </w:p>
        </w:tc>
      </w:tr>
      <w:tr w:rsidR="0080624C" w:rsidRPr="0080624C" w14:paraId="4B79643C" w14:textId="77777777" w:rsidTr="00835DD5">
        <w:trPr>
          <w:cantSplit/>
          <w:jc w:val="center"/>
        </w:trPr>
        <w:tc>
          <w:tcPr>
            <w:tcW w:w="396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6F244D3B" w14:textId="77777777" w:rsidR="00170580" w:rsidRPr="0080624C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4"/>
                <w:lang w:val="pl-PL"/>
              </w:rPr>
              <w:t>2</w:t>
            </w:r>
          </w:p>
        </w:tc>
        <w:tc>
          <w:tcPr>
            <w:tcW w:w="3742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5EB3B789" w14:textId="77777777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4"/>
                <w:lang w:val="pl-PL"/>
              </w:rPr>
              <w:t>Aktualizacja statutu, procedur oceniania, bezpieczeństwa, AI/TIK, dokumentacji zastępstw oraz zasad pracy zespołów PPP.</w:t>
            </w:r>
          </w:p>
        </w:tc>
        <w:tc>
          <w:tcPr>
            <w:tcW w:w="1701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2F94DA36" w14:textId="77777777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4"/>
                <w:lang w:val="pl-PL"/>
              </w:rPr>
              <w:t>Dyrektor, zespoły zadaniowe</w:t>
            </w:r>
          </w:p>
        </w:tc>
        <w:tc>
          <w:tcPr>
            <w:tcW w:w="1417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7C84227B" w14:textId="77777777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4"/>
                <w:lang w:val="pl-PL"/>
              </w:rPr>
              <w:t>sierpień–wrzesień</w:t>
            </w:r>
          </w:p>
        </w:tc>
        <w:tc>
          <w:tcPr>
            <w:tcW w:w="2551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742BB2DB" w14:textId="77777777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4"/>
                <w:lang w:val="pl-PL"/>
              </w:rPr>
              <w:t>Pakiet zaktualizowanych dokumentów</w:t>
            </w:r>
          </w:p>
        </w:tc>
      </w:tr>
      <w:tr w:rsidR="0080624C" w:rsidRPr="0080624C" w14:paraId="408020B2" w14:textId="77777777" w:rsidTr="00835DD5">
        <w:trPr>
          <w:cantSplit/>
          <w:jc w:val="center"/>
        </w:trPr>
        <w:tc>
          <w:tcPr>
            <w:tcW w:w="396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0B072233" w14:textId="77777777" w:rsidR="00170580" w:rsidRPr="0080624C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4"/>
                <w:lang w:val="pl-PL"/>
              </w:rPr>
              <w:t>3</w:t>
            </w:r>
          </w:p>
        </w:tc>
        <w:tc>
          <w:tcPr>
            <w:tcW w:w="3742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2BB7AE2F" w14:textId="77777777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4"/>
                <w:lang w:val="pl-PL"/>
              </w:rPr>
              <w:t xml:space="preserve">Dopuszczenie programów nauczania, ustalenie szkolnego zestawu programów i podręczników z uwzględnieniem klas I </w:t>
            </w:r>
            <w:proofErr w:type="spellStart"/>
            <w:r w:rsidRPr="0080624C">
              <w:rPr>
                <w:rFonts w:ascii="Times New Roman" w:hAnsi="Times New Roman" w:cs="Times New Roman"/>
                <w:sz w:val="14"/>
                <w:lang w:val="pl-PL"/>
              </w:rPr>
              <w:t>i</w:t>
            </w:r>
            <w:proofErr w:type="spellEnd"/>
            <w:r w:rsidRPr="0080624C">
              <w:rPr>
                <w:rFonts w:ascii="Times New Roman" w:hAnsi="Times New Roman" w:cs="Times New Roman"/>
                <w:sz w:val="14"/>
                <w:lang w:val="pl-PL"/>
              </w:rPr>
              <w:t xml:space="preserve"> IV.</w:t>
            </w:r>
          </w:p>
        </w:tc>
        <w:tc>
          <w:tcPr>
            <w:tcW w:w="1701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40A208A2" w14:textId="77777777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4"/>
                <w:lang w:val="pl-PL"/>
              </w:rPr>
              <w:t>Dyrektor, nauczyciele</w:t>
            </w:r>
          </w:p>
        </w:tc>
        <w:tc>
          <w:tcPr>
            <w:tcW w:w="1417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2331F43D" w14:textId="77777777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4"/>
                <w:lang w:val="pl-PL"/>
              </w:rPr>
              <w:t>przed rozpoczęciem zajęć</w:t>
            </w:r>
          </w:p>
        </w:tc>
        <w:tc>
          <w:tcPr>
            <w:tcW w:w="2551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4E738347" w14:textId="77777777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4"/>
                <w:lang w:val="pl-PL"/>
              </w:rPr>
              <w:t>Wnioski nauczycieli, opinie, decyzje dyrektora</w:t>
            </w:r>
          </w:p>
        </w:tc>
      </w:tr>
      <w:tr w:rsidR="0080624C" w:rsidRPr="0080624C" w14:paraId="2F95EED3" w14:textId="77777777" w:rsidTr="00835DD5">
        <w:trPr>
          <w:cantSplit/>
          <w:jc w:val="center"/>
        </w:trPr>
        <w:tc>
          <w:tcPr>
            <w:tcW w:w="396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0E7327B5" w14:textId="77777777" w:rsidR="00170580" w:rsidRPr="0080624C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4"/>
                <w:lang w:val="pl-PL"/>
              </w:rPr>
              <w:t>4</w:t>
            </w:r>
          </w:p>
        </w:tc>
        <w:tc>
          <w:tcPr>
            <w:tcW w:w="3742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72C6F277" w14:textId="77777777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4"/>
                <w:lang w:val="pl-PL"/>
              </w:rPr>
              <w:t>Weryfikacja arkusza organizacji, kwalifikacji nauczycieli, przydziału godzin, pomocy psychologiczno-pedagogicznej i zajęć edukacji zdrowotnej.</w:t>
            </w:r>
          </w:p>
        </w:tc>
        <w:tc>
          <w:tcPr>
            <w:tcW w:w="1701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5550A369" w14:textId="77777777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4"/>
                <w:lang w:val="pl-PL"/>
              </w:rPr>
              <w:t>Dyrektor</w:t>
            </w:r>
          </w:p>
        </w:tc>
        <w:tc>
          <w:tcPr>
            <w:tcW w:w="1417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1199C771" w14:textId="77777777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4"/>
                <w:lang w:val="pl-PL"/>
              </w:rPr>
              <w:t>sierpień i po zmianach</w:t>
            </w:r>
          </w:p>
        </w:tc>
        <w:tc>
          <w:tcPr>
            <w:tcW w:w="2551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5384FACA" w14:textId="77777777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4"/>
                <w:lang w:val="pl-PL"/>
              </w:rPr>
              <w:t>Zgodny arkusz i aneksy</w:t>
            </w:r>
          </w:p>
        </w:tc>
      </w:tr>
      <w:tr w:rsidR="0080624C" w:rsidRPr="0080624C" w14:paraId="017DC1BF" w14:textId="77777777" w:rsidTr="00835DD5">
        <w:trPr>
          <w:cantSplit/>
          <w:jc w:val="center"/>
        </w:trPr>
        <w:tc>
          <w:tcPr>
            <w:tcW w:w="396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25F7ED85" w14:textId="77777777" w:rsidR="00170580" w:rsidRPr="0080624C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4"/>
                <w:lang w:val="pl-PL"/>
              </w:rPr>
              <w:lastRenderedPageBreak/>
              <w:t>5</w:t>
            </w:r>
          </w:p>
        </w:tc>
        <w:tc>
          <w:tcPr>
            <w:tcW w:w="3742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335FCB21" w14:textId="77777777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4"/>
                <w:lang w:val="pl-PL"/>
              </w:rPr>
              <w:t>Ustalenie tygodniowego rozkładu zajęć zgodnego z nowymi ramowymi planami i zasadami blokowania zajęć.</w:t>
            </w:r>
          </w:p>
        </w:tc>
        <w:tc>
          <w:tcPr>
            <w:tcW w:w="1701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7D007339" w14:textId="77777777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4"/>
                <w:lang w:val="pl-PL"/>
              </w:rPr>
              <w:t>Dyrektor, wicedyrektor</w:t>
            </w:r>
          </w:p>
        </w:tc>
        <w:tc>
          <w:tcPr>
            <w:tcW w:w="1417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1551416E" w14:textId="77777777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4"/>
                <w:lang w:val="pl-PL"/>
              </w:rPr>
              <w:t>do 31 sierpnia</w:t>
            </w:r>
          </w:p>
        </w:tc>
        <w:tc>
          <w:tcPr>
            <w:tcW w:w="2551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6947C5D7" w14:textId="77777777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4"/>
                <w:lang w:val="pl-PL"/>
              </w:rPr>
              <w:t>Plan lekcji i analiza higieny pracy</w:t>
            </w:r>
          </w:p>
        </w:tc>
      </w:tr>
      <w:tr w:rsidR="0080624C" w:rsidRPr="0080624C" w14:paraId="7825E040" w14:textId="77777777" w:rsidTr="00835DD5">
        <w:trPr>
          <w:cantSplit/>
          <w:jc w:val="center"/>
        </w:trPr>
        <w:tc>
          <w:tcPr>
            <w:tcW w:w="396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507E5A6F" w14:textId="77777777" w:rsidR="00170580" w:rsidRPr="0080624C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4"/>
                <w:lang w:val="pl-PL"/>
              </w:rPr>
              <w:t>6</w:t>
            </w:r>
          </w:p>
        </w:tc>
        <w:tc>
          <w:tcPr>
            <w:tcW w:w="3742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1A6027F3" w14:textId="77777777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4"/>
                <w:lang w:val="pl-PL"/>
              </w:rPr>
              <w:t>Podjęcie decyzji w sprawie fakultatywnego tygodnia projektowego w klasach IV–VIII w 2026/2027.</w:t>
            </w:r>
          </w:p>
        </w:tc>
        <w:tc>
          <w:tcPr>
            <w:tcW w:w="1701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75E94920" w14:textId="77777777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4"/>
                <w:lang w:val="pl-PL"/>
              </w:rPr>
              <w:t>Dyrektor po analizie i konsultacjach</w:t>
            </w:r>
          </w:p>
        </w:tc>
        <w:tc>
          <w:tcPr>
            <w:tcW w:w="1417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11A74524" w14:textId="77777777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4"/>
                <w:lang w:val="pl-PL"/>
              </w:rPr>
              <w:t>do 15 września</w:t>
            </w:r>
          </w:p>
        </w:tc>
        <w:tc>
          <w:tcPr>
            <w:tcW w:w="2551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59143AF0" w14:textId="77777777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4"/>
                <w:lang w:val="pl-PL"/>
              </w:rPr>
              <w:t>Zarządzenie/harmonogram albo uzasadniona decyzja o nieorganizowaniu</w:t>
            </w:r>
          </w:p>
        </w:tc>
      </w:tr>
      <w:tr w:rsidR="0080624C" w:rsidRPr="0080624C" w14:paraId="733FF5BB" w14:textId="77777777" w:rsidTr="00835DD5">
        <w:trPr>
          <w:cantSplit/>
          <w:jc w:val="center"/>
        </w:trPr>
        <w:tc>
          <w:tcPr>
            <w:tcW w:w="396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6018FA00" w14:textId="77777777" w:rsidR="00170580" w:rsidRPr="0080624C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4"/>
                <w:lang w:val="pl-PL"/>
              </w:rPr>
              <w:t>7</w:t>
            </w:r>
          </w:p>
        </w:tc>
        <w:tc>
          <w:tcPr>
            <w:tcW w:w="3742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393BAA7E" w14:textId="77777777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4"/>
                <w:lang w:val="pl-PL"/>
              </w:rPr>
              <w:t>Opracowanie planu nadzoru pedagogicznego ukierunkowanego na wdrożenie podstawy, ocenianie, PPP, ZPE i dokumentację.</w:t>
            </w:r>
          </w:p>
        </w:tc>
        <w:tc>
          <w:tcPr>
            <w:tcW w:w="1701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41086B1B" w14:textId="77777777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4"/>
                <w:lang w:val="pl-PL"/>
              </w:rPr>
              <w:t>Dyrektor</w:t>
            </w:r>
          </w:p>
        </w:tc>
        <w:tc>
          <w:tcPr>
            <w:tcW w:w="1417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7B01C1A6" w14:textId="77777777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4"/>
                <w:lang w:val="pl-PL"/>
              </w:rPr>
              <w:t>do 15 września</w:t>
            </w:r>
          </w:p>
        </w:tc>
        <w:tc>
          <w:tcPr>
            <w:tcW w:w="2551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0D6EEB27" w14:textId="77777777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4"/>
                <w:lang w:val="pl-PL"/>
              </w:rPr>
              <w:t>Plan nadzoru i harmonogram</w:t>
            </w:r>
          </w:p>
        </w:tc>
      </w:tr>
      <w:tr w:rsidR="0080624C" w:rsidRPr="0080624C" w14:paraId="77FD1828" w14:textId="77777777" w:rsidTr="00835DD5">
        <w:trPr>
          <w:cantSplit/>
          <w:jc w:val="center"/>
        </w:trPr>
        <w:tc>
          <w:tcPr>
            <w:tcW w:w="396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77C2FA78" w14:textId="77777777" w:rsidR="00170580" w:rsidRPr="0080624C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4"/>
                <w:lang w:val="pl-PL"/>
              </w:rPr>
              <w:t>8</w:t>
            </w:r>
          </w:p>
        </w:tc>
        <w:tc>
          <w:tcPr>
            <w:tcW w:w="3742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0E0FD165" w14:textId="77777777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4"/>
                <w:lang w:val="pl-PL"/>
              </w:rPr>
              <w:t>Opracowanie i uchwalenie programu wychowawczo-profilaktycznego na podstawie diagnozy czynników ryzyka i chroniących.</w:t>
            </w:r>
          </w:p>
        </w:tc>
        <w:tc>
          <w:tcPr>
            <w:tcW w:w="1701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0FE0D6A7" w14:textId="77777777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4"/>
                <w:lang w:val="pl-PL"/>
              </w:rPr>
              <w:t>Rada rodziców w porozumieniu z radą pedagogiczną</w:t>
            </w:r>
          </w:p>
        </w:tc>
        <w:tc>
          <w:tcPr>
            <w:tcW w:w="1417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3F9778AB" w14:textId="77777777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4"/>
                <w:lang w:val="pl-PL"/>
              </w:rPr>
              <w:t>do 30 września</w:t>
            </w:r>
          </w:p>
        </w:tc>
        <w:tc>
          <w:tcPr>
            <w:tcW w:w="2551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30FD1436" w14:textId="77777777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4"/>
                <w:lang w:val="pl-PL"/>
              </w:rPr>
              <w:t>Program z miernikami i harmonogramem</w:t>
            </w:r>
          </w:p>
        </w:tc>
      </w:tr>
      <w:tr w:rsidR="0080624C" w:rsidRPr="0080624C" w14:paraId="2AB4C2A7" w14:textId="77777777" w:rsidTr="00835DD5">
        <w:trPr>
          <w:cantSplit/>
          <w:jc w:val="center"/>
        </w:trPr>
        <w:tc>
          <w:tcPr>
            <w:tcW w:w="396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4394ADBE" w14:textId="77777777" w:rsidR="00170580" w:rsidRPr="0080624C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4"/>
                <w:lang w:val="pl-PL"/>
              </w:rPr>
              <w:t>9</w:t>
            </w:r>
          </w:p>
        </w:tc>
        <w:tc>
          <w:tcPr>
            <w:tcW w:w="3742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39DA2B90" w14:textId="77777777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4"/>
                <w:lang w:val="pl-PL"/>
              </w:rPr>
              <w:t>Ustalenie dodatkowych dni wolnych od zajęć dydaktyczno-wychowawczych po wymaganych opiniach i zapewnienie opieki.</w:t>
            </w:r>
          </w:p>
        </w:tc>
        <w:tc>
          <w:tcPr>
            <w:tcW w:w="1701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01C60F7A" w14:textId="77777777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4"/>
                <w:lang w:val="pl-PL"/>
              </w:rPr>
              <w:t>Dyrektor</w:t>
            </w:r>
          </w:p>
        </w:tc>
        <w:tc>
          <w:tcPr>
            <w:tcW w:w="1417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264C7ED5" w14:textId="77777777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4"/>
                <w:lang w:val="pl-PL"/>
              </w:rPr>
              <w:t>wrzesień</w:t>
            </w:r>
          </w:p>
        </w:tc>
        <w:tc>
          <w:tcPr>
            <w:tcW w:w="2551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5FAA7E1B" w14:textId="77777777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4"/>
                <w:lang w:val="pl-PL"/>
              </w:rPr>
              <w:t>Zarządzenie, informacja dla rodziców</w:t>
            </w:r>
          </w:p>
        </w:tc>
      </w:tr>
      <w:tr w:rsidR="0080624C" w:rsidRPr="0080624C" w14:paraId="320F1AF3" w14:textId="77777777" w:rsidTr="00835DD5">
        <w:trPr>
          <w:cantSplit/>
          <w:jc w:val="center"/>
        </w:trPr>
        <w:tc>
          <w:tcPr>
            <w:tcW w:w="396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739C4945" w14:textId="77777777" w:rsidR="00170580" w:rsidRPr="0080624C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4"/>
                <w:lang w:val="pl-PL"/>
              </w:rPr>
              <w:t>10</w:t>
            </w:r>
          </w:p>
        </w:tc>
        <w:tc>
          <w:tcPr>
            <w:tcW w:w="3742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4DB3DCA5" w14:textId="77777777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4"/>
                <w:lang w:val="pl-PL"/>
              </w:rPr>
              <w:t xml:space="preserve">Organizacja rekrutacji do klasy I </w:t>
            </w:r>
            <w:proofErr w:type="spellStart"/>
            <w:r w:rsidRPr="0080624C">
              <w:rPr>
                <w:rFonts w:ascii="Times New Roman" w:hAnsi="Times New Roman" w:cs="Times New Roman"/>
                <w:sz w:val="14"/>
                <w:lang w:val="pl-PL"/>
              </w:rPr>
              <w:t>i</w:t>
            </w:r>
            <w:proofErr w:type="spellEnd"/>
            <w:r w:rsidRPr="0080624C">
              <w:rPr>
                <w:rFonts w:ascii="Times New Roman" w:hAnsi="Times New Roman" w:cs="Times New Roman"/>
                <w:sz w:val="14"/>
                <w:lang w:val="pl-PL"/>
              </w:rPr>
              <w:t xml:space="preserve"> oddziałów przedszkolnych, jeśli funkcjonują w szkole.</w:t>
            </w:r>
          </w:p>
        </w:tc>
        <w:tc>
          <w:tcPr>
            <w:tcW w:w="1701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08247418" w14:textId="77777777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4"/>
                <w:lang w:val="pl-PL"/>
              </w:rPr>
              <w:t>Dyrektor, komisja rekrutacyjna</w:t>
            </w:r>
          </w:p>
        </w:tc>
        <w:tc>
          <w:tcPr>
            <w:tcW w:w="1417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79868180" w14:textId="77777777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4"/>
                <w:lang w:val="pl-PL"/>
              </w:rPr>
              <w:t>zgodnie z terminami organu prowadzącego</w:t>
            </w:r>
          </w:p>
        </w:tc>
        <w:tc>
          <w:tcPr>
            <w:tcW w:w="2551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382301F6" w14:textId="77777777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4"/>
                <w:lang w:val="pl-PL"/>
              </w:rPr>
              <w:t>Dokumentacja rekrutacji</w:t>
            </w:r>
          </w:p>
        </w:tc>
      </w:tr>
      <w:tr w:rsidR="0080624C" w:rsidRPr="0080624C" w14:paraId="508B9F52" w14:textId="77777777" w:rsidTr="00835DD5">
        <w:trPr>
          <w:cantSplit/>
          <w:jc w:val="center"/>
        </w:trPr>
        <w:tc>
          <w:tcPr>
            <w:tcW w:w="396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0889BB4A" w14:textId="77777777" w:rsidR="00170580" w:rsidRPr="0080624C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4"/>
                <w:lang w:val="pl-PL"/>
              </w:rPr>
              <w:t>11</w:t>
            </w:r>
          </w:p>
        </w:tc>
        <w:tc>
          <w:tcPr>
            <w:tcW w:w="3742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26E2C5A6" w14:textId="77777777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4"/>
                <w:lang w:val="pl-PL"/>
              </w:rPr>
              <w:t>Przygotowanie arkusza organizacji na 2027/2028 z uwzględnieniem kolejnego etapu wdrażania reformy.</w:t>
            </w:r>
          </w:p>
        </w:tc>
        <w:tc>
          <w:tcPr>
            <w:tcW w:w="1701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64C53AE2" w14:textId="77777777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4"/>
                <w:lang w:val="pl-PL"/>
              </w:rPr>
              <w:t>Dyrektor</w:t>
            </w:r>
          </w:p>
        </w:tc>
        <w:tc>
          <w:tcPr>
            <w:tcW w:w="1417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7D70D82C" w14:textId="77777777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4"/>
                <w:lang w:val="pl-PL"/>
              </w:rPr>
              <w:t>zgodnie z przepisami i terminem OP</w:t>
            </w:r>
          </w:p>
        </w:tc>
        <w:tc>
          <w:tcPr>
            <w:tcW w:w="2551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6D221BA6" w14:textId="77777777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4"/>
                <w:lang w:val="pl-PL"/>
              </w:rPr>
              <w:t>Projekt arkusza, opinie, zatwierdzenie</w:t>
            </w:r>
          </w:p>
        </w:tc>
      </w:tr>
      <w:tr w:rsidR="000406BE" w:rsidRPr="0080624C" w14:paraId="3D7EED7C" w14:textId="77777777" w:rsidTr="00835DD5">
        <w:trPr>
          <w:cantSplit/>
          <w:jc w:val="center"/>
        </w:trPr>
        <w:tc>
          <w:tcPr>
            <w:tcW w:w="396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176BFBE9" w14:textId="77777777" w:rsidR="00170580" w:rsidRPr="0080624C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4"/>
                <w:lang w:val="pl-PL"/>
              </w:rPr>
              <w:t>12</w:t>
            </w:r>
          </w:p>
        </w:tc>
        <w:tc>
          <w:tcPr>
            <w:tcW w:w="3742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24ABDB6F" w14:textId="77777777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4"/>
                <w:lang w:val="pl-PL"/>
              </w:rPr>
              <w:t>Miesięczna kontrola e-dziennika: frekwencja, zastępstwa, oceny, terminowość informacji, realizacja podstawy.</w:t>
            </w:r>
          </w:p>
        </w:tc>
        <w:tc>
          <w:tcPr>
            <w:tcW w:w="1701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700DF73B" w14:textId="77777777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4"/>
                <w:lang w:val="pl-PL"/>
              </w:rPr>
              <w:t>Wicedyrektor / dyrektor</w:t>
            </w:r>
          </w:p>
        </w:tc>
        <w:tc>
          <w:tcPr>
            <w:tcW w:w="1417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62D27E54" w14:textId="77777777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4"/>
                <w:lang w:val="pl-PL"/>
              </w:rPr>
              <w:t>miesięcznie</w:t>
            </w:r>
          </w:p>
        </w:tc>
        <w:tc>
          <w:tcPr>
            <w:tcW w:w="2551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40454BEF" w14:textId="77777777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4"/>
                <w:lang w:val="pl-PL"/>
              </w:rPr>
              <w:t>Arkusze kontroli i zalecenia</w:t>
            </w:r>
          </w:p>
        </w:tc>
      </w:tr>
    </w:tbl>
    <w:p w14:paraId="496989D5" w14:textId="77777777" w:rsidR="00170580" w:rsidRPr="0080624C" w:rsidRDefault="00170580">
      <w:pPr>
        <w:spacing w:after="0"/>
        <w:rPr>
          <w:rFonts w:ascii="Times New Roman" w:hAnsi="Times New Roman" w:cs="Times New Roman"/>
          <w:lang w:val="pl-PL"/>
        </w:rPr>
      </w:pPr>
    </w:p>
    <w:p w14:paraId="70D99DC6" w14:textId="77777777" w:rsidR="00170580" w:rsidRPr="0080624C" w:rsidRDefault="00000000">
      <w:pPr>
        <w:pStyle w:val="Nagwek2"/>
        <w:rPr>
          <w:rFonts w:ascii="Times New Roman" w:hAnsi="Times New Roman" w:cs="Times New Roman"/>
          <w:color w:val="auto"/>
          <w:lang w:val="pl-PL"/>
        </w:rPr>
      </w:pPr>
      <w:r w:rsidRPr="0080624C">
        <w:rPr>
          <w:rFonts w:ascii="Times New Roman" w:hAnsi="Times New Roman" w:cs="Times New Roman"/>
          <w:color w:val="auto"/>
          <w:lang w:val="pl-PL"/>
        </w:rPr>
        <w:t xml:space="preserve">2. Wdrożenie nowej podstawy programowej w klasach I </w:t>
      </w:r>
      <w:proofErr w:type="spellStart"/>
      <w:r w:rsidRPr="0080624C">
        <w:rPr>
          <w:rFonts w:ascii="Times New Roman" w:hAnsi="Times New Roman" w:cs="Times New Roman"/>
          <w:color w:val="auto"/>
          <w:lang w:val="pl-PL"/>
        </w:rPr>
        <w:t>i</w:t>
      </w:r>
      <w:proofErr w:type="spellEnd"/>
      <w:r w:rsidRPr="0080624C">
        <w:rPr>
          <w:rFonts w:ascii="Times New Roman" w:hAnsi="Times New Roman" w:cs="Times New Roman"/>
          <w:color w:val="auto"/>
          <w:lang w:val="pl-PL"/>
        </w:rPr>
        <w:t xml:space="preserve"> IV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6"/>
        <w:gridCol w:w="3969"/>
        <w:gridCol w:w="1701"/>
        <w:gridCol w:w="1360"/>
        <w:gridCol w:w="2381"/>
      </w:tblGrid>
      <w:tr w:rsidR="0080624C" w:rsidRPr="0080624C" w14:paraId="633FC765" w14:textId="77777777" w:rsidTr="00835DD5">
        <w:trPr>
          <w:tblHeader/>
          <w:jc w:val="center"/>
        </w:trPr>
        <w:tc>
          <w:tcPr>
            <w:tcW w:w="396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67869642" w14:textId="77777777" w:rsidR="00170580" w:rsidRPr="0080624C" w:rsidRDefault="00000000">
            <w:pPr>
              <w:jc w:val="center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b/>
                <w:sz w:val="14"/>
                <w:lang w:val="pl-PL"/>
              </w:rPr>
              <w:t>Lp.</w:t>
            </w:r>
          </w:p>
        </w:tc>
        <w:tc>
          <w:tcPr>
            <w:tcW w:w="3969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313F6062" w14:textId="77777777" w:rsidR="00170580" w:rsidRPr="0080624C" w:rsidRDefault="00000000">
            <w:pPr>
              <w:jc w:val="center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b/>
                <w:sz w:val="14"/>
                <w:lang w:val="pl-PL"/>
              </w:rPr>
              <w:t>Działanie</w:t>
            </w:r>
          </w:p>
        </w:tc>
        <w:tc>
          <w:tcPr>
            <w:tcW w:w="1701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6761537C" w14:textId="77777777" w:rsidR="00170580" w:rsidRPr="0080624C" w:rsidRDefault="00000000">
            <w:pPr>
              <w:jc w:val="center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b/>
                <w:sz w:val="14"/>
                <w:lang w:val="pl-PL"/>
              </w:rPr>
              <w:t>Odpowiedzialni</w:t>
            </w:r>
          </w:p>
        </w:tc>
        <w:tc>
          <w:tcPr>
            <w:tcW w:w="1360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1BCCAB9E" w14:textId="77777777" w:rsidR="00170580" w:rsidRPr="0080624C" w:rsidRDefault="00000000">
            <w:pPr>
              <w:jc w:val="center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b/>
                <w:sz w:val="14"/>
                <w:lang w:val="pl-PL"/>
              </w:rPr>
              <w:t>Termin</w:t>
            </w:r>
          </w:p>
        </w:tc>
        <w:tc>
          <w:tcPr>
            <w:tcW w:w="2381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15E091A3" w14:textId="77777777" w:rsidR="00170580" w:rsidRPr="0080624C" w:rsidRDefault="00000000">
            <w:pPr>
              <w:jc w:val="center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b/>
                <w:sz w:val="14"/>
                <w:lang w:val="pl-PL"/>
              </w:rPr>
              <w:t>Dokumentowanie / wskaźnik</w:t>
            </w:r>
          </w:p>
        </w:tc>
      </w:tr>
      <w:tr w:rsidR="0080624C" w:rsidRPr="0080624C" w14:paraId="3A53E18F" w14:textId="77777777" w:rsidTr="00835DD5">
        <w:trPr>
          <w:cantSplit/>
          <w:jc w:val="center"/>
        </w:trPr>
        <w:tc>
          <w:tcPr>
            <w:tcW w:w="396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20D15BD7" w14:textId="77777777" w:rsidR="00170580" w:rsidRPr="0080624C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4"/>
                <w:lang w:val="pl-PL"/>
              </w:rPr>
              <w:t>1</w:t>
            </w:r>
          </w:p>
        </w:tc>
        <w:tc>
          <w:tcPr>
            <w:tcW w:w="3969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1ABCFB09" w14:textId="77777777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4"/>
                <w:lang w:val="pl-PL"/>
              </w:rPr>
              <w:t>Przeprowadzenie szkolnego audytu gotowości: kadra, programy, podręczniki, pomoce, pracownie, biblioteka, plan lekcji, warunki realizacji.</w:t>
            </w:r>
          </w:p>
        </w:tc>
        <w:tc>
          <w:tcPr>
            <w:tcW w:w="1701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5EF73706" w14:textId="77777777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4"/>
                <w:lang w:val="pl-PL"/>
              </w:rPr>
              <w:t xml:space="preserve">Dyrektor, zespoły klas I </w:t>
            </w:r>
            <w:proofErr w:type="spellStart"/>
            <w:r w:rsidRPr="0080624C">
              <w:rPr>
                <w:rFonts w:ascii="Times New Roman" w:hAnsi="Times New Roman" w:cs="Times New Roman"/>
                <w:sz w:val="14"/>
                <w:lang w:val="pl-PL"/>
              </w:rPr>
              <w:t>i</w:t>
            </w:r>
            <w:proofErr w:type="spellEnd"/>
            <w:r w:rsidRPr="0080624C">
              <w:rPr>
                <w:rFonts w:ascii="Times New Roman" w:hAnsi="Times New Roman" w:cs="Times New Roman"/>
                <w:sz w:val="14"/>
                <w:lang w:val="pl-PL"/>
              </w:rPr>
              <w:t xml:space="preserve"> IV</w:t>
            </w:r>
          </w:p>
        </w:tc>
        <w:tc>
          <w:tcPr>
            <w:tcW w:w="1360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4D06C835" w14:textId="77777777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4"/>
                <w:lang w:val="pl-PL"/>
              </w:rPr>
              <w:t>sierpień</w:t>
            </w:r>
          </w:p>
        </w:tc>
        <w:tc>
          <w:tcPr>
            <w:tcW w:w="2381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183B69BB" w14:textId="77777777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4"/>
                <w:lang w:val="pl-PL"/>
              </w:rPr>
              <w:t>Arkusz audytu i plan uzupełnień</w:t>
            </w:r>
          </w:p>
        </w:tc>
      </w:tr>
      <w:tr w:rsidR="0080624C" w:rsidRPr="0080624C" w14:paraId="6CAD96FC" w14:textId="77777777" w:rsidTr="00835DD5">
        <w:trPr>
          <w:cantSplit/>
          <w:jc w:val="center"/>
        </w:trPr>
        <w:tc>
          <w:tcPr>
            <w:tcW w:w="396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3F00EE63" w14:textId="77777777" w:rsidR="00170580" w:rsidRPr="0080624C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4"/>
                <w:lang w:val="pl-PL"/>
              </w:rPr>
              <w:t>2</w:t>
            </w:r>
          </w:p>
        </w:tc>
        <w:tc>
          <w:tcPr>
            <w:tcW w:w="3969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21C611BA" w14:textId="77777777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4"/>
                <w:lang w:val="pl-PL"/>
              </w:rPr>
              <w:t>Opracowanie mapy efektów uczenia się, doświadczeń edukacyjnych, modułów interdyscyplinarnych i kompetencji przekrojowych.</w:t>
            </w:r>
          </w:p>
        </w:tc>
        <w:tc>
          <w:tcPr>
            <w:tcW w:w="1701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46A2C42B" w14:textId="77777777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4"/>
                <w:lang w:val="pl-PL"/>
              </w:rPr>
              <w:t xml:space="preserve">Nauczyciele klas I </w:t>
            </w:r>
            <w:proofErr w:type="spellStart"/>
            <w:r w:rsidRPr="0080624C">
              <w:rPr>
                <w:rFonts w:ascii="Times New Roman" w:hAnsi="Times New Roman" w:cs="Times New Roman"/>
                <w:sz w:val="14"/>
                <w:lang w:val="pl-PL"/>
              </w:rPr>
              <w:t>i</w:t>
            </w:r>
            <w:proofErr w:type="spellEnd"/>
            <w:r w:rsidRPr="0080624C">
              <w:rPr>
                <w:rFonts w:ascii="Times New Roman" w:hAnsi="Times New Roman" w:cs="Times New Roman"/>
                <w:sz w:val="14"/>
                <w:lang w:val="pl-PL"/>
              </w:rPr>
              <w:t xml:space="preserve"> IV</w:t>
            </w:r>
          </w:p>
        </w:tc>
        <w:tc>
          <w:tcPr>
            <w:tcW w:w="1360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6D4C76EA" w14:textId="77777777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4"/>
                <w:lang w:val="pl-PL"/>
              </w:rPr>
              <w:t>sierpień–wrzesień</w:t>
            </w:r>
          </w:p>
        </w:tc>
        <w:tc>
          <w:tcPr>
            <w:tcW w:w="2381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297AF249" w14:textId="77777777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4"/>
                <w:lang w:val="pl-PL"/>
              </w:rPr>
              <w:t>Mapy roczne / rozkłady materiału</w:t>
            </w:r>
          </w:p>
        </w:tc>
      </w:tr>
      <w:tr w:rsidR="0080624C" w:rsidRPr="0080624C" w14:paraId="049BD76D" w14:textId="77777777" w:rsidTr="00835DD5">
        <w:trPr>
          <w:cantSplit/>
          <w:jc w:val="center"/>
        </w:trPr>
        <w:tc>
          <w:tcPr>
            <w:tcW w:w="396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5A8631CA" w14:textId="77777777" w:rsidR="00170580" w:rsidRPr="0080624C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4"/>
                <w:lang w:val="pl-PL"/>
              </w:rPr>
              <w:t>3</w:t>
            </w:r>
          </w:p>
        </w:tc>
        <w:tc>
          <w:tcPr>
            <w:tcW w:w="3969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6930F01E" w14:textId="77777777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4"/>
                <w:lang w:val="pl-PL"/>
              </w:rPr>
              <w:t>Dostosowanie oceniania w klasie I oraz przedmiotowych zasad oceniania w klasie IV do nowej podstawy i funkcji rozwojowej oceny.</w:t>
            </w:r>
          </w:p>
        </w:tc>
        <w:tc>
          <w:tcPr>
            <w:tcW w:w="1701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157891A8" w14:textId="77777777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4"/>
                <w:lang w:val="pl-PL"/>
              </w:rPr>
              <w:t>Zespoły nauczycieli</w:t>
            </w:r>
          </w:p>
        </w:tc>
        <w:tc>
          <w:tcPr>
            <w:tcW w:w="1360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4D789CF1" w14:textId="77777777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4"/>
                <w:lang w:val="pl-PL"/>
              </w:rPr>
              <w:t>wrzesień</w:t>
            </w:r>
          </w:p>
        </w:tc>
        <w:tc>
          <w:tcPr>
            <w:tcW w:w="2381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2729AB42" w14:textId="77777777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4"/>
                <w:lang w:val="pl-PL"/>
              </w:rPr>
              <w:t>Spójne zasady, informacja dla uczniów i rodziców</w:t>
            </w:r>
          </w:p>
        </w:tc>
      </w:tr>
      <w:tr w:rsidR="0080624C" w:rsidRPr="0080624C" w14:paraId="69345D88" w14:textId="77777777" w:rsidTr="00835DD5">
        <w:trPr>
          <w:cantSplit/>
          <w:jc w:val="center"/>
        </w:trPr>
        <w:tc>
          <w:tcPr>
            <w:tcW w:w="396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69A418E8" w14:textId="77777777" w:rsidR="00170580" w:rsidRPr="0080624C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4"/>
                <w:lang w:val="pl-PL"/>
              </w:rPr>
              <w:t>4</w:t>
            </w:r>
          </w:p>
        </w:tc>
        <w:tc>
          <w:tcPr>
            <w:tcW w:w="3969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575C71D8" w14:textId="77777777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4"/>
                <w:lang w:val="pl-PL"/>
              </w:rPr>
              <w:t>Zaplanowanie i dokumentowanie obowiązkowych doświadczeń edukacyjnych oraz pracy projektowej, terenowej, badawczej i praktycznej.</w:t>
            </w:r>
          </w:p>
        </w:tc>
        <w:tc>
          <w:tcPr>
            <w:tcW w:w="1701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10884516" w14:textId="77777777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4"/>
                <w:lang w:val="pl-PL"/>
              </w:rPr>
              <w:t>Nauczyciele</w:t>
            </w:r>
          </w:p>
        </w:tc>
        <w:tc>
          <w:tcPr>
            <w:tcW w:w="1360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56CF19C2" w14:textId="77777777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4"/>
                <w:lang w:val="pl-PL"/>
              </w:rPr>
              <w:t>cały rok</w:t>
            </w:r>
          </w:p>
        </w:tc>
        <w:tc>
          <w:tcPr>
            <w:tcW w:w="2381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621C0D3A" w14:textId="77777777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4"/>
                <w:lang w:val="pl-PL"/>
              </w:rPr>
              <w:t>Karty doświadczeń, portfolio, prezentacje</w:t>
            </w:r>
          </w:p>
        </w:tc>
      </w:tr>
      <w:tr w:rsidR="0080624C" w:rsidRPr="0080624C" w14:paraId="4AE0AED3" w14:textId="77777777" w:rsidTr="00835DD5">
        <w:trPr>
          <w:cantSplit/>
          <w:jc w:val="center"/>
        </w:trPr>
        <w:tc>
          <w:tcPr>
            <w:tcW w:w="396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18F52717" w14:textId="77777777" w:rsidR="00170580" w:rsidRPr="0080624C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4"/>
                <w:lang w:val="pl-PL"/>
              </w:rPr>
              <w:t>5</w:t>
            </w:r>
          </w:p>
        </w:tc>
        <w:tc>
          <w:tcPr>
            <w:tcW w:w="3969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0FE95A6D" w14:textId="77777777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4"/>
                <w:lang w:val="pl-PL"/>
              </w:rPr>
              <w:t>Organizacja zajęć przyrody w klasie IV w wymiarze i blokach wynikających z ramowego planu; wykorzystanie terenu i doświadczeń.</w:t>
            </w:r>
          </w:p>
        </w:tc>
        <w:tc>
          <w:tcPr>
            <w:tcW w:w="1701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063EBC80" w14:textId="77777777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4"/>
                <w:lang w:val="pl-PL"/>
              </w:rPr>
              <w:t>Dyrektor, nauczyciel przyrody</w:t>
            </w:r>
          </w:p>
        </w:tc>
        <w:tc>
          <w:tcPr>
            <w:tcW w:w="1360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2FD2371E" w14:textId="77777777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4"/>
                <w:lang w:val="pl-PL"/>
              </w:rPr>
              <w:t>cały rok</w:t>
            </w:r>
          </w:p>
        </w:tc>
        <w:tc>
          <w:tcPr>
            <w:tcW w:w="2381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2E9951B7" w14:textId="77777777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4"/>
                <w:lang w:val="pl-PL"/>
              </w:rPr>
              <w:t>Plan lekcji, dziennik, obserwacje</w:t>
            </w:r>
          </w:p>
        </w:tc>
      </w:tr>
      <w:tr w:rsidR="0080624C" w:rsidRPr="0080624C" w14:paraId="363421FD" w14:textId="77777777" w:rsidTr="00835DD5">
        <w:trPr>
          <w:cantSplit/>
          <w:jc w:val="center"/>
        </w:trPr>
        <w:tc>
          <w:tcPr>
            <w:tcW w:w="396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289FAA39" w14:textId="77777777" w:rsidR="00170580" w:rsidRPr="0080624C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4"/>
                <w:lang w:val="pl-PL"/>
              </w:rPr>
              <w:t>6</w:t>
            </w:r>
          </w:p>
        </w:tc>
        <w:tc>
          <w:tcPr>
            <w:tcW w:w="3969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105210D2" w14:textId="77777777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4"/>
                <w:lang w:val="pl-PL"/>
              </w:rPr>
              <w:t>Organizacja zajęć praktyczno-technicznych klasy IV w blokach dwugodzinnych, z zapewnieniem warunków BHP.</w:t>
            </w:r>
          </w:p>
        </w:tc>
        <w:tc>
          <w:tcPr>
            <w:tcW w:w="1701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375C0009" w14:textId="77777777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4"/>
                <w:lang w:val="pl-PL"/>
              </w:rPr>
              <w:t>Dyrektor, nauczyciel</w:t>
            </w:r>
          </w:p>
        </w:tc>
        <w:tc>
          <w:tcPr>
            <w:tcW w:w="1360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5F7A3880" w14:textId="77777777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4"/>
                <w:lang w:val="pl-PL"/>
              </w:rPr>
              <w:t>cały rok</w:t>
            </w:r>
          </w:p>
        </w:tc>
        <w:tc>
          <w:tcPr>
            <w:tcW w:w="2381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6ED68188" w14:textId="77777777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4"/>
                <w:lang w:val="pl-PL"/>
              </w:rPr>
              <w:t>Plan lekcji, instrukcje BHP, wytwory uczniów</w:t>
            </w:r>
          </w:p>
        </w:tc>
      </w:tr>
      <w:tr w:rsidR="0080624C" w:rsidRPr="0080624C" w14:paraId="60476D62" w14:textId="77777777" w:rsidTr="00835DD5">
        <w:trPr>
          <w:cantSplit/>
          <w:jc w:val="center"/>
        </w:trPr>
        <w:tc>
          <w:tcPr>
            <w:tcW w:w="396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0908A9D3" w14:textId="77777777" w:rsidR="00170580" w:rsidRPr="0080624C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4"/>
                <w:lang w:val="pl-PL"/>
              </w:rPr>
              <w:t>7</w:t>
            </w:r>
          </w:p>
        </w:tc>
        <w:tc>
          <w:tcPr>
            <w:tcW w:w="3969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2C67BEFF" w14:textId="77777777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4"/>
                <w:lang w:val="pl-PL"/>
              </w:rPr>
              <w:t>Rozwijanie kompetencji fundamentalnych: językowych, matematycznych, cyfrowych i ruchowych – w planach wszystkich nauczycieli.</w:t>
            </w:r>
          </w:p>
        </w:tc>
        <w:tc>
          <w:tcPr>
            <w:tcW w:w="1701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23171115" w14:textId="77777777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4"/>
                <w:lang w:val="pl-PL"/>
              </w:rPr>
              <w:t>Wszyscy nauczyciele</w:t>
            </w:r>
          </w:p>
        </w:tc>
        <w:tc>
          <w:tcPr>
            <w:tcW w:w="1360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46F7214E" w14:textId="77777777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4"/>
                <w:lang w:val="pl-PL"/>
              </w:rPr>
              <w:t>cały rok</w:t>
            </w:r>
          </w:p>
        </w:tc>
        <w:tc>
          <w:tcPr>
            <w:tcW w:w="2381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11C57C8A" w14:textId="77777777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4"/>
                <w:lang w:val="pl-PL"/>
              </w:rPr>
              <w:t>Zapisy w planach i obserwacjach</w:t>
            </w:r>
          </w:p>
        </w:tc>
      </w:tr>
      <w:tr w:rsidR="0080624C" w:rsidRPr="0080624C" w14:paraId="6CA93C04" w14:textId="77777777" w:rsidTr="00835DD5">
        <w:trPr>
          <w:cantSplit/>
          <w:jc w:val="center"/>
        </w:trPr>
        <w:tc>
          <w:tcPr>
            <w:tcW w:w="396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2F3C2BBC" w14:textId="77777777" w:rsidR="00170580" w:rsidRPr="0080624C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4"/>
                <w:lang w:val="pl-PL"/>
              </w:rPr>
              <w:t>8</w:t>
            </w:r>
          </w:p>
        </w:tc>
        <w:tc>
          <w:tcPr>
            <w:tcW w:w="3969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32668AB0" w14:textId="77777777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4"/>
                <w:lang w:val="pl-PL"/>
              </w:rPr>
              <w:t>Monitorowanie realizacji nowej podstawy nie jako „odfajkowania treści”, lecz przez analizę postępów, jakości zadań i efektów uczenia się.</w:t>
            </w:r>
          </w:p>
        </w:tc>
        <w:tc>
          <w:tcPr>
            <w:tcW w:w="1701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22E34F0A" w14:textId="77777777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4"/>
                <w:lang w:val="pl-PL"/>
              </w:rPr>
              <w:t>Dyrektor, zespoły</w:t>
            </w:r>
          </w:p>
        </w:tc>
        <w:tc>
          <w:tcPr>
            <w:tcW w:w="1360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055C08F4" w14:textId="77777777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4"/>
                <w:lang w:val="pl-PL"/>
              </w:rPr>
              <w:t>listopad, luty, maj</w:t>
            </w:r>
          </w:p>
        </w:tc>
        <w:tc>
          <w:tcPr>
            <w:tcW w:w="2381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36D035B5" w14:textId="77777777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4"/>
                <w:lang w:val="pl-PL"/>
              </w:rPr>
              <w:t>Raporty okresowe i działania korygujące</w:t>
            </w:r>
          </w:p>
        </w:tc>
      </w:tr>
      <w:tr w:rsidR="0080624C" w:rsidRPr="0080624C" w14:paraId="02185B66" w14:textId="77777777" w:rsidTr="00835DD5">
        <w:trPr>
          <w:cantSplit/>
          <w:jc w:val="center"/>
        </w:trPr>
        <w:tc>
          <w:tcPr>
            <w:tcW w:w="396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3370486F" w14:textId="77777777" w:rsidR="00170580" w:rsidRPr="0080624C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4"/>
                <w:lang w:val="pl-PL"/>
              </w:rPr>
              <w:t>9</w:t>
            </w:r>
          </w:p>
        </w:tc>
        <w:tc>
          <w:tcPr>
            <w:tcW w:w="3969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7597A236" w14:textId="77777777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4"/>
                <w:lang w:val="pl-PL"/>
              </w:rPr>
              <w:t xml:space="preserve">Informowanie rodziców klas I </w:t>
            </w:r>
            <w:proofErr w:type="spellStart"/>
            <w:r w:rsidRPr="0080624C">
              <w:rPr>
                <w:rFonts w:ascii="Times New Roman" w:hAnsi="Times New Roman" w:cs="Times New Roman"/>
                <w:sz w:val="14"/>
                <w:lang w:val="pl-PL"/>
              </w:rPr>
              <w:t>i</w:t>
            </w:r>
            <w:proofErr w:type="spellEnd"/>
            <w:r w:rsidRPr="0080624C">
              <w:rPr>
                <w:rFonts w:ascii="Times New Roman" w:hAnsi="Times New Roman" w:cs="Times New Roman"/>
                <w:sz w:val="14"/>
                <w:lang w:val="pl-PL"/>
              </w:rPr>
              <w:t xml:space="preserve"> IV o zmianach, sposobach oceniania, roli doświadczeń i wspieraniu samodzielności dziecka.</w:t>
            </w:r>
          </w:p>
        </w:tc>
        <w:tc>
          <w:tcPr>
            <w:tcW w:w="1701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5536F44B" w14:textId="77777777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4"/>
                <w:lang w:val="pl-PL"/>
              </w:rPr>
              <w:t>Wychowawcy, nauczyciele</w:t>
            </w:r>
          </w:p>
        </w:tc>
        <w:tc>
          <w:tcPr>
            <w:tcW w:w="1360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3846B2B2" w14:textId="77777777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4"/>
                <w:lang w:val="pl-PL"/>
              </w:rPr>
              <w:t>wrzesień i według potrzeb</w:t>
            </w:r>
          </w:p>
        </w:tc>
        <w:tc>
          <w:tcPr>
            <w:tcW w:w="2381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0B421B27" w14:textId="77777777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4"/>
                <w:lang w:val="pl-PL"/>
              </w:rPr>
              <w:t>Materiały i protokoły spotkań</w:t>
            </w:r>
          </w:p>
        </w:tc>
      </w:tr>
      <w:tr w:rsidR="000406BE" w:rsidRPr="0080624C" w14:paraId="00E6A228" w14:textId="77777777" w:rsidTr="00835DD5">
        <w:trPr>
          <w:cantSplit/>
          <w:jc w:val="center"/>
        </w:trPr>
        <w:tc>
          <w:tcPr>
            <w:tcW w:w="396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7B76FC51" w14:textId="77777777" w:rsidR="00170580" w:rsidRPr="0080624C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4"/>
                <w:lang w:val="pl-PL"/>
              </w:rPr>
              <w:t>10</w:t>
            </w:r>
          </w:p>
        </w:tc>
        <w:tc>
          <w:tcPr>
            <w:tcW w:w="3969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1EBAAC56" w14:textId="77777777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4"/>
                <w:lang w:val="pl-PL"/>
              </w:rPr>
              <w:t>Przygotowanie szkoły do rozszerzenia nowej podstawy w 2027/2028 na klasy II i V.</w:t>
            </w:r>
          </w:p>
        </w:tc>
        <w:tc>
          <w:tcPr>
            <w:tcW w:w="1701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7A7221DA" w14:textId="77777777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4"/>
                <w:lang w:val="pl-PL"/>
              </w:rPr>
              <w:t>Dyrektor, zespoły</w:t>
            </w:r>
          </w:p>
        </w:tc>
        <w:tc>
          <w:tcPr>
            <w:tcW w:w="1360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07899465" w14:textId="77777777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4"/>
                <w:lang w:val="pl-PL"/>
              </w:rPr>
              <w:t>kwiecień–czerwiec</w:t>
            </w:r>
          </w:p>
        </w:tc>
        <w:tc>
          <w:tcPr>
            <w:tcW w:w="2381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440EA542" w14:textId="77777777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4"/>
                <w:lang w:val="pl-PL"/>
              </w:rPr>
              <w:t>Wnioski, potrzeby kadrowe i wyposażeniowe</w:t>
            </w:r>
          </w:p>
        </w:tc>
      </w:tr>
    </w:tbl>
    <w:p w14:paraId="2AE78F75" w14:textId="77777777" w:rsidR="00170580" w:rsidRPr="0080624C" w:rsidRDefault="00170580">
      <w:pPr>
        <w:spacing w:after="0"/>
        <w:rPr>
          <w:rFonts w:ascii="Times New Roman" w:hAnsi="Times New Roman" w:cs="Times New Roman"/>
          <w:lang w:val="pl-PL"/>
        </w:rPr>
      </w:pPr>
    </w:p>
    <w:p w14:paraId="10773474" w14:textId="77777777" w:rsidR="00170580" w:rsidRPr="0080624C" w:rsidRDefault="00000000">
      <w:pPr>
        <w:pStyle w:val="Nagwek2"/>
        <w:rPr>
          <w:rFonts w:ascii="Times New Roman" w:hAnsi="Times New Roman" w:cs="Times New Roman"/>
          <w:color w:val="auto"/>
          <w:lang w:val="pl-PL"/>
        </w:rPr>
      </w:pPr>
      <w:r w:rsidRPr="0080624C">
        <w:rPr>
          <w:rFonts w:ascii="Times New Roman" w:hAnsi="Times New Roman" w:cs="Times New Roman"/>
          <w:color w:val="auto"/>
          <w:lang w:val="pl-PL"/>
        </w:rPr>
        <w:t>3. Dydaktyka, ocenianie i efekty kształcenia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6"/>
        <w:gridCol w:w="3969"/>
        <w:gridCol w:w="1701"/>
        <w:gridCol w:w="1360"/>
        <w:gridCol w:w="2381"/>
      </w:tblGrid>
      <w:tr w:rsidR="0080624C" w:rsidRPr="0080624C" w14:paraId="4A9F5012" w14:textId="77777777" w:rsidTr="00835DD5">
        <w:trPr>
          <w:tblHeader/>
          <w:jc w:val="center"/>
        </w:trPr>
        <w:tc>
          <w:tcPr>
            <w:tcW w:w="396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482406EA" w14:textId="77777777" w:rsidR="00170580" w:rsidRPr="0080624C" w:rsidRDefault="00000000">
            <w:pPr>
              <w:jc w:val="center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b/>
                <w:sz w:val="14"/>
                <w:lang w:val="pl-PL"/>
              </w:rPr>
              <w:t>Lp.</w:t>
            </w:r>
          </w:p>
        </w:tc>
        <w:tc>
          <w:tcPr>
            <w:tcW w:w="3969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292A2D1E" w14:textId="77777777" w:rsidR="00170580" w:rsidRPr="0080624C" w:rsidRDefault="00000000">
            <w:pPr>
              <w:jc w:val="center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b/>
                <w:sz w:val="14"/>
                <w:lang w:val="pl-PL"/>
              </w:rPr>
              <w:t>Zadanie</w:t>
            </w:r>
          </w:p>
        </w:tc>
        <w:tc>
          <w:tcPr>
            <w:tcW w:w="1701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52119B7C" w14:textId="77777777" w:rsidR="00170580" w:rsidRPr="0080624C" w:rsidRDefault="00000000">
            <w:pPr>
              <w:jc w:val="center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b/>
                <w:sz w:val="14"/>
                <w:lang w:val="pl-PL"/>
              </w:rPr>
              <w:t>Odpowiedzialni</w:t>
            </w:r>
          </w:p>
        </w:tc>
        <w:tc>
          <w:tcPr>
            <w:tcW w:w="1360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0886B7BF" w14:textId="77777777" w:rsidR="00170580" w:rsidRPr="0080624C" w:rsidRDefault="00000000">
            <w:pPr>
              <w:jc w:val="center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b/>
                <w:sz w:val="14"/>
                <w:lang w:val="pl-PL"/>
              </w:rPr>
              <w:t>Termin</w:t>
            </w:r>
          </w:p>
        </w:tc>
        <w:tc>
          <w:tcPr>
            <w:tcW w:w="2381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3343C9BE" w14:textId="77777777" w:rsidR="00170580" w:rsidRPr="0080624C" w:rsidRDefault="00000000">
            <w:pPr>
              <w:jc w:val="center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b/>
                <w:sz w:val="14"/>
                <w:lang w:val="pl-PL"/>
              </w:rPr>
              <w:t>Wskaźnik / dowód</w:t>
            </w:r>
          </w:p>
        </w:tc>
      </w:tr>
      <w:tr w:rsidR="0080624C" w:rsidRPr="0080624C" w14:paraId="2E291CC4" w14:textId="77777777" w:rsidTr="00835DD5">
        <w:trPr>
          <w:cantSplit/>
          <w:jc w:val="center"/>
        </w:trPr>
        <w:tc>
          <w:tcPr>
            <w:tcW w:w="396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5CCF9868" w14:textId="77777777" w:rsidR="00170580" w:rsidRPr="0080624C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4"/>
                <w:lang w:val="pl-PL"/>
              </w:rPr>
              <w:t>1</w:t>
            </w:r>
          </w:p>
        </w:tc>
        <w:tc>
          <w:tcPr>
            <w:tcW w:w="3969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2316ADC4" w14:textId="77777777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4"/>
                <w:lang w:val="pl-PL"/>
              </w:rPr>
              <w:t>Wprowadzenie szkolnego standardu informacji zwrotnej: co jest wykonane dobrze, co wymaga poprawy, jak poprawić i jak dalej się uczyć.</w:t>
            </w:r>
          </w:p>
        </w:tc>
        <w:tc>
          <w:tcPr>
            <w:tcW w:w="1701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381505D4" w14:textId="77777777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4"/>
                <w:lang w:val="pl-PL"/>
              </w:rPr>
              <w:t>Dyrektor, zespoły przedmiotowe</w:t>
            </w:r>
          </w:p>
        </w:tc>
        <w:tc>
          <w:tcPr>
            <w:tcW w:w="1360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198D76C0" w14:textId="77777777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4"/>
                <w:lang w:val="pl-PL"/>
              </w:rPr>
              <w:t>wrzesień; cały rok</w:t>
            </w:r>
          </w:p>
        </w:tc>
        <w:tc>
          <w:tcPr>
            <w:tcW w:w="2381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63116A55" w14:textId="77777777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4"/>
                <w:lang w:val="pl-PL"/>
              </w:rPr>
              <w:t>Standard, przykłady prac, obserwacje</w:t>
            </w:r>
          </w:p>
        </w:tc>
      </w:tr>
      <w:tr w:rsidR="0080624C" w:rsidRPr="0080624C" w14:paraId="0330CAD6" w14:textId="77777777" w:rsidTr="00835DD5">
        <w:trPr>
          <w:cantSplit/>
          <w:jc w:val="center"/>
        </w:trPr>
        <w:tc>
          <w:tcPr>
            <w:tcW w:w="396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7A415587" w14:textId="77777777" w:rsidR="00170580" w:rsidRPr="0080624C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4"/>
                <w:lang w:val="pl-PL"/>
              </w:rPr>
              <w:t>2</w:t>
            </w:r>
          </w:p>
        </w:tc>
        <w:tc>
          <w:tcPr>
            <w:tcW w:w="3969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377B2370" w14:textId="77777777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4"/>
                <w:lang w:val="pl-PL"/>
              </w:rPr>
              <w:t>Zwiększenie różnorodności form sprawdzania osiągnięć: ustne, praktyczne, projektowe, portfolio, samoocena i ocena koleżeńska.</w:t>
            </w:r>
          </w:p>
        </w:tc>
        <w:tc>
          <w:tcPr>
            <w:tcW w:w="1701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0A0B6239" w14:textId="77777777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4"/>
                <w:lang w:val="pl-PL"/>
              </w:rPr>
              <w:t>Nauczyciele</w:t>
            </w:r>
          </w:p>
        </w:tc>
        <w:tc>
          <w:tcPr>
            <w:tcW w:w="1360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71C3D2B6" w14:textId="77777777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4"/>
                <w:lang w:val="pl-PL"/>
              </w:rPr>
              <w:t>cały rok</w:t>
            </w:r>
          </w:p>
        </w:tc>
        <w:tc>
          <w:tcPr>
            <w:tcW w:w="2381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00777E31" w14:textId="77777777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4"/>
                <w:lang w:val="pl-PL"/>
              </w:rPr>
              <w:t>Analiza ocen i prac uczniów</w:t>
            </w:r>
          </w:p>
        </w:tc>
      </w:tr>
      <w:tr w:rsidR="0080624C" w:rsidRPr="0080624C" w14:paraId="62194C93" w14:textId="77777777" w:rsidTr="00835DD5">
        <w:trPr>
          <w:cantSplit/>
          <w:jc w:val="center"/>
        </w:trPr>
        <w:tc>
          <w:tcPr>
            <w:tcW w:w="396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01E22D98" w14:textId="77777777" w:rsidR="00170580" w:rsidRPr="0080624C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4"/>
                <w:lang w:val="pl-PL"/>
              </w:rPr>
              <w:t>3</w:t>
            </w:r>
          </w:p>
        </w:tc>
        <w:tc>
          <w:tcPr>
            <w:tcW w:w="3969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5CFBC185" w14:textId="77777777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4"/>
                <w:lang w:val="pl-PL"/>
              </w:rPr>
              <w:t>Koordynacja prac domowych, projektów długoterminowych i większych sprawdzianów w zespołach oddziałowych.</w:t>
            </w:r>
          </w:p>
        </w:tc>
        <w:tc>
          <w:tcPr>
            <w:tcW w:w="1701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413BFDB4" w14:textId="77777777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4"/>
                <w:lang w:val="pl-PL"/>
              </w:rPr>
              <w:t>Wychowawcy, nauczyciele</w:t>
            </w:r>
          </w:p>
        </w:tc>
        <w:tc>
          <w:tcPr>
            <w:tcW w:w="1360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3580C2D3" w14:textId="77777777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4"/>
                <w:lang w:val="pl-PL"/>
              </w:rPr>
              <w:t>od września; miesięcznie</w:t>
            </w:r>
          </w:p>
        </w:tc>
        <w:tc>
          <w:tcPr>
            <w:tcW w:w="2381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27BEE9BA" w14:textId="77777777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4"/>
                <w:lang w:val="pl-PL"/>
              </w:rPr>
              <w:t>Kalendarz klasy, ankieta obciążenia</w:t>
            </w:r>
          </w:p>
        </w:tc>
      </w:tr>
      <w:tr w:rsidR="0080624C" w:rsidRPr="0080624C" w14:paraId="2B913BF1" w14:textId="77777777" w:rsidTr="00835DD5">
        <w:trPr>
          <w:cantSplit/>
          <w:jc w:val="center"/>
        </w:trPr>
        <w:tc>
          <w:tcPr>
            <w:tcW w:w="396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7F9B9298" w14:textId="77777777" w:rsidR="00170580" w:rsidRPr="0080624C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4"/>
                <w:lang w:val="pl-PL"/>
              </w:rPr>
              <w:lastRenderedPageBreak/>
              <w:t>4</w:t>
            </w:r>
          </w:p>
        </w:tc>
        <w:tc>
          <w:tcPr>
            <w:tcW w:w="3969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0E53C057" w14:textId="77777777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4"/>
                <w:lang w:val="pl-PL"/>
              </w:rPr>
              <w:t>Stosowanie na lekcjach: celu w języku ucznia, kryteriów sukcesu, sprawdzania rozumienia, informacji zwrotnej i refleksji końcowej.</w:t>
            </w:r>
          </w:p>
        </w:tc>
        <w:tc>
          <w:tcPr>
            <w:tcW w:w="1701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3E068B78" w14:textId="77777777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4"/>
                <w:lang w:val="pl-PL"/>
              </w:rPr>
              <w:t>Nauczyciele</w:t>
            </w:r>
          </w:p>
        </w:tc>
        <w:tc>
          <w:tcPr>
            <w:tcW w:w="1360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1C214779" w14:textId="77777777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4"/>
                <w:lang w:val="pl-PL"/>
              </w:rPr>
              <w:t>cały rok</w:t>
            </w:r>
          </w:p>
        </w:tc>
        <w:tc>
          <w:tcPr>
            <w:tcW w:w="2381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43BFAE5F" w14:textId="77777777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4"/>
                <w:lang w:val="pl-PL"/>
              </w:rPr>
              <w:t>Obserwacje, arkusze lekcji</w:t>
            </w:r>
          </w:p>
        </w:tc>
      </w:tr>
      <w:tr w:rsidR="0080624C" w:rsidRPr="0080624C" w14:paraId="19A6DB9E" w14:textId="77777777" w:rsidTr="00835DD5">
        <w:trPr>
          <w:cantSplit/>
          <w:jc w:val="center"/>
        </w:trPr>
        <w:tc>
          <w:tcPr>
            <w:tcW w:w="396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7DB566B0" w14:textId="77777777" w:rsidR="00170580" w:rsidRPr="0080624C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4"/>
                <w:lang w:val="pl-PL"/>
              </w:rPr>
              <w:t>5</w:t>
            </w:r>
          </w:p>
        </w:tc>
        <w:tc>
          <w:tcPr>
            <w:tcW w:w="3969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33315B7C" w14:textId="77777777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4"/>
                <w:lang w:val="pl-PL"/>
              </w:rPr>
              <w:t>Systematyczne rozwijanie czytania ze zrozumieniem, argumentowania, pracy z informacją i języka edukacji w każdym przedmiocie.</w:t>
            </w:r>
          </w:p>
        </w:tc>
        <w:tc>
          <w:tcPr>
            <w:tcW w:w="1701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078F6D1B" w14:textId="77777777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4"/>
                <w:lang w:val="pl-PL"/>
              </w:rPr>
              <w:t>Wszyscy nauczyciele</w:t>
            </w:r>
          </w:p>
        </w:tc>
        <w:tc>
          <w:tcPr>
            <w:tcW w:w="1360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24595C1C" w14:textId="77777777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4"/>
                <w:lang w:val="pl-PL"/>
              </w:rPr>
              <w:t>cały rok</w:t>
            </w:r>
          </w:p>
        </w:tc>
        <w:tc>
          <w:tcPr>
            <w:tcW w:w="2381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132F5399" w14:textId="77777777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4"/>
                <w:lang w:val="pl-PL"/>
              </w:rPr>
              <w:t>Zadania wspólne, wyniki diagnoz</w:t>
            </w:r>
          </w:p>
        </w:tc>
      </w:tr>
      <w:tr w:rsidR="0080624C" w:rsidRPr="0080624C" w14:paraId="0F9BAA07" w14:textId="77777777" w:rsidTr="00835DD5">
        <w:trPr>
          <w:cantSplit/>
          <w:jc w:val="center"/>
        </w:trPr>
        <w:tc>
          <w:tcPr>
            <w:tcW w:w="396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3143F75E" w14:textId="77777777" w:rsidR="00170580" w:rsidRPr="0080624C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4"/>
                <w:lang w:val="pl-PL"/>
              </w:rPr>
              <w:t>6</w:t>
            </w:r>
          </w:p>
        </w:tc>
        <w:tc>
          <w:tcPr>
            <w:tcW w:w="3969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1775A91E" w14:textId="77777777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4"/>
                <w:lang w:val="pl-PL"/>
              </w:rPr>
              <w:t>Zwiększenie udziału zadań tekstowych, problemowych i praktycznych w matematyce oraz edukacji matematycznej.</w:t>
            </w:r>
          </w:p>
        </w:tc>
        <w:tc>
          <w:tcPr>
            <w:tcW w:w="1701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17E5A0D1" w14:textId="77777777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4"/>
                <w:lang w:val="pl-PL"/>
              </w:rPr>
              <w:t>Nauczyciele matematyki i klas I–III</w:t>
            </w:r>
          </w:p>
        </w:tc>
        <w:tc>
          <w:tcPr>
            <w:tcW w:w="1360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5F573F40" w14:textId="77777777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4"/>
                <w:lang w:val="pl-PL"/>
              </w:rPr>
              <w:t>co tydzień</w:t>
            </w:r>
          </w:p>
        </w:tc>
        <w:tc>
          <w:tcPr>
            <w:tcW w:w="2381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31226579" w14:textId="77777777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4"/>
                <w:lang w:val="pl-PL"/>
              </w:rPr>
              <w:t>Bank zadań, analiza postępów</w:t>
            </w:r>
          </w:p>
        </w:tc>
      </w:tr>
      <w:tr w:rsidR="0080624C" w:rsidRPr="0080624C" w14:paraId="28AF4C58" w14:textId="77777777" w:rsidTr="00835DD5">
        <w:trPr>
          <w:cantSplit/>
          <w:jc w:val="center"/>
        </w:trPr>
        <w:tc>
          <w:tcPr>
            <w:tcW w:w="396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61D68491" w14:textId="77777777" w:rsidR="00170580" w:rsidRPr="0080624C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4"/>
                <w:lang w:val="pl-PL"/>
              </w:rPr>
              <w:t>7</w:t>
            </w:r>
          </w:p>
        </w:tc>
        <w:tc>
          <w:tcPr>
            <w:tcW w:w="3969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7DA88716" w14:textId="77777777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4"/>
                <w:lang w:val="pl-PL"/>
              </w:rPr>
              <w:t>Realizacja minimum jednego projektu interdyscyplinarnego w każdym oddziale; korelacja treści przyrodniczych, matematycznych, humanistycznych i cyfrowych.</w:t>
            </w:r>
          </w:p>
        </w:tc>
        <w:tc>
          <w:tcPr>
            <w:tcW w:w="1701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45536415" w14:textId="77777777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4"/>
                <w:lang w:val="pl-PL"/>
              </w:rPr>
              <w:t>Zespoły nauczycieli</w:t>
            </w:r>
          </w:p>
        </w:tc>
        <w:tc>
          <w:tcPr>
            <w:tcW w:w="1360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2B3354AB" w14:textId="0E2C99A5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4"/>
                <w:lang w:val="pl-PL"/>
              </w:rPr>
              <w:t>I lub II</w:t>
            </w:r>
            <w:r w:rsidR="00E3574A" w:rsidRPr="0080624C">
              <w:rPr>
                <w:rFonts w:ascii="Times New Roman" w:hAnsi="Times New Roman" w:cs="Times New Roman"/>
                <w:sz w:val="14"/>
                <w:lang w:val="pl-PL"/>
              </w:rPr>
              <w:t xml:space="preserve"> okres</w:t>
            </w:r>
          </w:p>
        </w:tc>
        <w:tc>
          <w:tcPr>
            <w:tcW w:w="2381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6B43F232" w14:textId="77777777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4"/>
                <w:lang w:val="pl-PL"/>
              </w:rPr>
              <w:t>Karta projektu i publiczna prezentacja</w:t>
            </w:r>
          </w:p>
        </w:tc>
      </w:tr>
      <w:tr w:rsidR="0080624C" w:rsidRPr="0080624C" w14:paraId="42AC2291" w14:textId="77777777" w:rsidTr="00835DD5">
        <w:trPr>
          <w:cantSplit/>
          <w:jc w:val="center"/>
        </w:trPr>
        <w:tc>
          <w:tcPr>
            <w:tcW w:w="396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6810A043" w14:textId="77777777" w:rsidR="00170580" w:rsidRPr="0080624C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4"/>
                <w:lang w:val="pl-PL"/>
              </w:rPr>
              <w:t>8</w:t>
            </w:r>
          </w:p>
        </w:tc>
        <w:tc>
          <w:tcPr>
            <w:tcW w:w="3969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60E11171" w14:textId="77777777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4"/>
                <w:lang w:val="pl-PL"/>
              </w:rPr>
              <w:t>Wykorzystanie ZPE i innych zweryfikowanych zasobów cyfrowych w sposób celowy, dostępny i zgodny z prawami autorskimi.</w:t>
            </w:r>
          </w:p>
        </w:tc>
        <w:tc>
          <w:tcPr>
            <w:tcW w:w="1701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3566F37E" w14:textId="77777777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4"/>
                <w:lang w:val="pl-PL"/>
              </w:rPr>
              <w:t>Nauczyciele</w:t>
            </w:r>
          </w:p>
        </w:tc>
        <w:tc>
          <w:tcPr>
            <w:tcW w:w="1360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499801A3" w14:textId="77777777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4"/>
                <w:lang w:val="pl-PL"/>
              </w:rPr>
              <w:t>cały rok</w:t>
            </w:r>
          </w:p>
        </w:tc>
        <w:tc>
          <w:tcPr>
            <w:tcW w:w="2381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6783B463" w14:textId="77777777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4"/>
                <w:lang w:val="pl-PL"/>
              </w:rPr>
              <w:t>Przykłady w planach i obserwacjach</w:t>
            </w:r>
          </w:p>
        </w:tc>
      </w:tr>
      <w:tr w:rsidR="0080624C" w:rsidRPr="0080624C" w14:paraId="27B635CB" w14:textId="77777777" w:rsidTr="00835DD5">
        <w:trPr>
          <w:cantSplit/>
          <w:jc w:val="center"/>
        </w:trPr>
        <w:tc>
          <w:tcPr>
            <w:tcW w:w="396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60B6DE07" w14:textId="77777777" w:rsidR="00170580" w:rsidRPr="0080624C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4"/>
                <w:lang w:val="pl-PL"/>
              </w:rPr>
              <w:t>9</w:t>
            </w:r>
          </w:p>
        </w:tc>
        <w:tc>
          <w:tcPr>
            <w:tcW w:w="3969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6270AC13" w14:textId="77777777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4"/>
                <w:lang w:val="pl-PL"/>
              </w:rPr>
              <w:t>Zapewnienie ciągłości realizacji podstawy podczas zastępstw: materiały, zadania merytoryczne, właściwa dokumentacja.</w:t>
            </w:r>
          </w:p>
        </w:tc>
        <w:tc>
          <w:tcPr>
            <w:tcW w:w="1701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17864692" w14:textId="77777777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4"/>
                <w:lang w:val="pl-PL"/>
              </w:rPr>
              <w:t>Dyrektor, nauczyciele</w:t>
            </w:r>
          </w:p>
        </w:tc>
        <w:tc>
          <w:tcPr>
            <w:tcW w:w="1360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154E1793" w14:textId="77777777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4"/>
                <w:lang w:val="pl-PL"/>
              </w:rPr>
              <w:t>cały rok</w:t>
            </w:r>
          </w:p>
        </w:tc>
        <w:tc>
          <w:tcPr>
            <w:tcW w:w="2381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6FEB0F48" w14:textId="77777777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4"/>
                <w:lang w:val="pl-PL"/>
              </w:rPr>
              <w:t>Kontrola zastępstw i wpisów</w:t>
            </w:r>
          </w:p>
        </w:tc>
      </w:tr>
      <w:tr w:rsidR="0080624C" w:rsidRPr="0080624C" w14:paraId="50E27C71" w14:textId="77777777" w:rsidTr="00835DD5">
        <w:trPr>
          <w:cantSplit/>
          <w:jc w:val="center"/>
        </w:trPr>
        <w:tc>
          <w:tcPr>
            <w:tcW w:w="396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143A714F" w14:textId="77777777" w:rsidR="00170580" w:rsidRPr="0080624C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4"/>
                <w:lang w:val="pl-PL"/>
              </w:rPr>
              <w:t>10</w:t>
            </w:r>
          </w:p>
        </w:tc>
        <w:tc>
          <w:tcPr>
            <w:tcW w:w="3969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21199EE5" w14:textId="77777777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4"/>
                <w:lang w:val="pl-PL"/>
              </w:rPr>
              <w:t>Wsparcie uczniów uzdolnionych: diagnoza talentów, konsultacje, koła, konkursy, opieka mentorska.</w:t>
            </w:r>
          </w:p>
        </w:tc>
        <w:tc>
          <w:tcPr>
            <w:tcW w:w="1701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6EF17DB2" w14:textId="77777777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4"/>
                <w:lang w:val="pl-PL"/>
              </w:rPr>
              <w:t>Nauczyciele, pedagog</w:t>
            </w:r>
          </w:p>
        </w:tc>
        <w:tc>
          <w:tcPr>
            <w:tcW w:w="1360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417012F2" w14:textId="77777777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4"/>
                <w:lang w:val="pl-PL"/>
              </w:rPr>
              <w:t>cały rok</w:t>
            </w:r>
          </w:p>
        </w:tc>
        <w:tc>
          <w:tcPr>
            <w:tcW w:w="2381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03939C5E" w14:textId="77777777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4"/>
                <w:lang w:val="pl-PL"/>
              </w:rPr>
              <w:t>Indywidualna oferta i sukcesy</w:t>
            </w:r>
          </w:p>
        </w:tc>
      </w:tr>
      <w:tr w:rsidR="000406BE" w:rsidRPr="0080624C" w14:paraId="6E0892AA" w14:textId="77777777" w:rsidTr="00835DD5">
        <w:trPr>
          <w:cantSplit/>
          <w:jc w:val="center"/>
        </w:trPr>
        <w:tc>
          <w:tcPr>
            <w:tcW w:w="396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1BCCE108" w14:textId="77777777" w:rsidR="00170580" w:rsidRPr="0080624C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4"/>
                <w:lang w:val="pl-PL"/>
              </w:rPr>
              <w:t>11</w:t>
            </w:r>
          </w:p>
        </w:tc>
        <w:tc>
          <w:tcPr>
            <w:tcW w:w="3969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1DE1AB8D" w14:textId="77777777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4"/>
                <w:lang w:val="pl-PL"/>
              </w:rPr>
              <w:t>Praca z uczniami zagrożonymi niepowodzeniem: wczesna diagnoza, kontrakt wsparcia, konsultacje, współpraca z rodzicami.</w:t>
            </w:r>
          </w:p>
        </w:tc>
        <w:tc>
          <w:tcPr>
            <w:tcW w:w="1701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757F0A2D" w14:textId="77777777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4"/>
                <w:lang w:val="pl-PL"/>
              </w:rPr>
              <w:t>Wychowawcy, nauczyciele, specjaliści</w:t>
            </w:r>
          </w:p>
        </w:tc>
        <w:tc>
          <w:tcPr>
            <w:tcW w:w="1360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25B644E7" w14:textId="77777777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4"/>
                <w:lang w:val="pl-PL"/>
              </w:rPr>
              <w:t>od września; okresowo</w:t>
            </w:r>
          </w:p>
        </w:tc>
        <w:tc>
          <w:tcPr>
            <w:tcW w:w="2381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5C7E22C4" w14:textId="77777777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4"/>
                <w:lang w:val="pl-PL"/>
              </w:rPr>
              <w:t>Karty wsparcia i analiza efektów</w:t>
            </w:r>
          </w:p>
        </w:tc>
      </w:tr>
    </w:tbl>
    <w:p w14:paraId="59EF7F50" w14:textId="77777777" w:rsidR="00170580" w:rsidRPr="0080624C" w:rsidRDefault="00170580">
      <w:pPr>
        <w:spacing w:after="0"/>
        <w:rPr>
          <w:rFonts w:ascii="Times New Roman" w:hAnsi="Times New Roman" w:cs="Times New Roman"/>
          <w:lang w:val="pl-PL"/>
        </w:rPr>
      </w:pPr>
    </w:p>
    <w:p w14:paraId="53F40E22" w14:textId="77777777" w:rsidR="00170580" w:rsidRPr="0080624C" w:rsidRDefault="00000000">
      <w:pPr>
        <w:pStyle w:val="Nagwek2"/>
        <w:rPr>
          <w:rFonts w:ascii="Times New Roman" w:hAnsi="Times New Roman" w:cs="Times New Roman"/>
          <w:color w:val="auto"/>
          <w:lang w:val="pl-PL"/>
        </w:rPr>
      </w:pPr>
      <w:r w:rsidRPr="0080624C">
        <w:rPr>
          <w:rFonts w:ascii="Times New Roman" w:hAnsi="Times New Roman" w:cs="Times New Roman"/>
          <w:color w:val="auto"/>
          <w:lang w:val="pl-PL"/>
        </w:rPr>
        <w:t>4. Przygotowanie do egzaminu ósmoklasisty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6"/>
        <w:gridCol w:w="3969"/>
        <w:gridCol w:w="1701"/>
        <w:gridCol w:w="1417"/>
        <w:gridCol w:w="2324"/>
      </w:tblGrid>
      <w:tr w:rsidR="0080624C" w:rsidRPr="0080624C" w14:paraId="5297C982" w14:textId="77777777" w:rsidTr="00835DD5">
        <w:trPr>
          <w:tblHeader/>
          <w:jc w:val="center"/>
        </w:trPr>
        <w:tc>
          <w:tcPr>
            <w:tcW w:w="396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54CF01AC" w14:textId="77777777" w:rsidR="00170580" w:rsidRPr="0080624C" w:rsidRDefault="00000000">
            <w:pPr>
              <w:jc w:val="center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b/>
                <w:sz w:val="14"/>
                <w:lang w:val="pl-PL"/>
              </w:rPr>
              <w:t>Lp.</w:t>
            </w:r>
          </w:p>
        </w:tc>
        <w:tc>
          <w:tcPr>
            <w:tcW w:w="3969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247FFCBA" w14:textId="77777777" w:rsidR="00170580" w:rsidRPr="0080624C" w:rsidRDefault="00000000">
            <w:pPr>
              <w:jc w:val="center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b/>
                <w:sz w:val="14"/>
                <w:lang w:val="pl-PL"/>
              </w:rPr>
              <w:t>Działanie</w:t>
            </w:r>
          </w:p>
        </w:tc>
        <w:tc>
          <w:tcPr>
            <w:tcW w:w="1701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5D0F2BDB" w14:textId="77777777" w:rsidR="00170580" w:rsidRPr="0080624C" w:rsidRDefault="00000000">
            <w:pPr>
              <w:jc w:val="center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b/>
                <w:sz w:val="14"/>
                <w:lang w:val="pl-PL"/>
              </w:rPr>
              <w:t>Odpowiedzialni</w:t>
            </w:r>
          </w:p>
        </w:tc>
        <w:tc>
          <w:tcPr>
            <w:tcW w:w="1417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2A126AEB" w14:textId="77777777" w:rsidR="00170580" w:rsidRPr="0080624C" w:rsidRDefault="00000000">
            <w:pPr>
              <w:jc w:val="center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b/>
                <w:sz w:val="14"/>
                <w:lang w:val="pl-PL"/>
              </w:rPr>
              <w:t>Termin</w:t>
            </w:r>
          </w:p>
        </w:tc>
        <w:tc>
          <w:tcPr>
            <w:tcW w:w="2324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1F9C849A" w14:textId="77777777" w:rsidR="00170580" w:rsidRPr="0080624C" w:rsidRDefault="00000000">
            <w:pPr>
              <w:jc w:val="center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b/>
                <w:sz w:val="14"/>
                <w:lang w:val="pl-PL"/>
              </w:rPr>
              <w:t>Rezultat</w:t>
            </w:r>
          </w:p>
        </w:tc>
      </w:tr>
      <w:tr w:rsidR="0080624C" w:rsidRPr="0080624C" w14:paraId="574812B3" w14:textId="77777777" w:rsidTr="00835DD5">
        <w:trPr>
          <w:cantSplit/>
          <w:jc w:val="center"/>
        </w:trPr>
        <w:tc>
          <w:tcPr>
            <w:tcW w:w="396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241A5798" w14:textId="77777777" w:rsidR="00170580" w:rsidRPr="0080624C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4"/>
                <w:lang w:val="pl-PL"/>
              </w:rPr>
              <w:t>1</w:t>
            </w:r>
          </w:p>
        </w:tc>
        <w:tc>
          <w:tcPr>
            <w:tcW w:w="3969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219F341E" w14:textId="77777777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4"/>
                <w:lang w:val="pl-PL"/>
              </w:rPr>
              <w:t>Analiza wyników egzaminu 2026, diagnoz wstępnych i wyników uczniów klas VII–VIII; wskazanie umiejętności wymagających poprawy.</w:t>
            </w:r>
          </w:p>
        </w:tc>
        <w:tc>
          <w:tcPr>
            <w:tcW w:w="1701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739F2AD4" w14:textId="77777777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4"/>
                <w:lang w:val="pl-PL"/>
              </w:rPr>
              <w:t>Zespoły języka polskiego, matematyki i języków obcych</w:t>
            </w:r>
          </w:p>
        </w:tc>
        <w:tc>
          <w:tcPr>
            <w:tcW w:w="1417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3C3AEF3E" w14:textId="77777777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4"/>
                <w:lang w:val="pl-PL"/>
              </w:rPr>
              <w:t>sierpień–wrzesień</w:t>
            </w:r>
          </w:p>
        </w:tc>
        <w:tc>
          <w:tcPr>
            <w:tcW w:w="2324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3BF8EA7A" w14:textId="77777777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4"/>
                <w:lang w:val="pl-PL"/>
              </w:rPr>
              <w:t>Raport i program działań</w:t>
            </w:r>
          </w:p>
        </w:tc>
      </w:tr>
      <w:tr w:rsidR="0080624C" w:rsidRPr="0080624C" w14:paraId="6F52877A" w14:textId="77777777" w:rsidTr="00835DD5">
        <w:trPr>
          <w:cantSplit/>
          <w:jc w:val="center"/>
        </w:trPr>
        <w:tc>
          <w:tcPr>
            <w:tcW w:w="396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030248B4" w14:textId="77777777" w:rsidR="00170580" w:rsidRPr="0080624C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4"/>
                <w:lang w:val="pl-PL"/>
              </w:rPr>
              <w:t>2</w:t>
            </w:r>
          </w:p>
        </w:tc>
        <w:tc>
          <w:tcPr>
            <w:tcW w:w="3969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09ABD58B" w14:textId="77777777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4"/>
                <w:lang w:val="pl-PL"/>
              </w:rPr>
              <w:t>Program naprawczy z matematyki: zadania tekstowe, strategie, rozumowanie, analiza błędów i praca bez schematów.</w:t>
            </w:r>
          </w:p>
        </w:tc>
        <w:tc>
          <w:tcPr>
            <w:tcW w:w="1701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202BF929" w14:textId="77777777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4"/>
                <w:lang w:val="pl-PL"/>
              </w:rPr>
              <w:t>Nauczyciele matematyki</w:t>
            </w:r>
          </w:p>
        </w:tc>
        <w:tc>
          <w:tcPr>
            <w:tcW w:w="1417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52026530" w14:textId="77777777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4"/>
                <w:lang w:val="pl-PL"/>
              </w:rPr>
              <w:t>wrzesień–maj</w:t>
            </w:r>
          </w:p>
        </w:tc>
        <w:tc>
          <w:tcPr>
            <w:tcW w:w="2324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40F0C215" w14:textId="77777777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4"/>
                <w:lang w:val="pl-PL"/>
              </w:rPr>
              <w:t>Miesięczne wskaźniki postępu</w:t>
            </w:r>
          </w:p>
        </w:tc>
      </w:tr>
      <w:tr w:rsidR="0080624C" w:rsidRPr="0080624C" w14:paraId="37B39938" w14:textId="77777777" w:rsidTr="00835DD5">
        <w:trPr>
          <w:cantSplit/>
          <w:jc w:val="center"/>
        </w:trPr>
        <w:tc>
          <w:tcPr>
            <w:tcW w:w="396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4C244A15" w14:textId="77777777" w:rsidR="00170580" w:rsidRPr="0080624C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4"/>
                <w:lang w:val="pl-PL"/>
              </w:rPr>
              <w:t>3</w:t>
            </w:r>
          </w:p>
        </w:tc>
        <w:tc>
          <w:tcPr>
            <w:tcW w:w="3969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273ADDB9" w14:textId="77777777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4"/>
                <w:lang w:val="pl-PL"/>
              </w:rPr>
              <w:t>Systematyczna praca z tekstem, argumentacją i wypowiedzią pisemną na języku polskim i innych przedmiotach.</w:t>
            </w:r>
          </w:p>
        </w:tc>
        <w:tc>
          <w:tcPr>
            <w:tcW w:w="1701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1858D0BC" w14:textId="77777777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4"/>
                <w:lang w:val="pl-PL"/>
              </w:rPr>
              <w:t>Nauczyciele</w:t>
            </w:r>
          </w:p>
        </w:tc>
        <w:tc>
          <w:tcPr>
            <w:tcW w:w="1417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224C7D90" w14:textId="77777777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4"/>
                <w:lang w:val="pl-PL"/>
              </w:rPr>
              <w:t>cały rok</w:t>
            </w:r>
          </w:p>
        </w:tc>
        <w:tc>
          <w:tcPr>
            <w:tcW w:w="2324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6B79B8CE" w14:textId="77777777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4"/>
                <w:lang w:val="pl-PL"/>
              </w:rPr>
              <w:t>Próbki prac i rubryki oceny</w:t>
            </w:r>
          </w:p>
        </w:tc>
      </w:tr>
      <w:tr w:rsidR="0080624C" w:rsidRPr="0080624C" w14:paraId="21109835" w14:textId="77777777" w:rsidTr="00835DD5">
        <w:trPr>
          <w:cantSplit/>
          <w:jc w:val="center"/>
        </w:trPr>
        <w:tc>
          <w:tcPr>
            <w:tcW w:w="396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0009BFDB" w14:textId="77777777" w:rsidR="00170580" w:rsidRPr="0080624C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4"/>
                <w:lang w:val="pl-PL"/>
              </w:rPr>
              <w:t>4</w:t>
            </w:r>
          </w:p>
        </w:tc>
        <w:tc>
          <w:tcPr>
            <w:tcW w:w="3969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1111E51E" w14:textId="77777777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4"/>
                <w:lang w:val="pl-PL"/>
              </w:rPr>
              <w:t>Rozwijanie sprawności komunikacyjnych i strategii egzaminacyjnych z języka obcego.</w:t>
            </w:r>
          </w:p>
        </w:tc>
        <w:tc>
          <w:tcPr>
            <w:tcW w:w="1701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768F57FC" w14:textId="77777777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4"/>
                <w:lang w:val="pl-PL"/>
              </w:rPr>
              <w:t>Nauczyciele języków</w:t>
            </w:r>
          </w:p>
        </w:tc>
        <w:tc>
          <w:tcPr>
            <w:tcW w:w="1417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742F4CDB" w14:textId="77777777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4"/>
                <w:lang w:val="pl-PL"/>
              </w:rPr>
              <w:t>cały rok</w:t>
            </w:r>
          </w:p>
        </w:tc>
        <w:tc>
          <w:tcPr>
            <w:tcW w:w="2324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55A4745B" w14:textId="77777777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4"/>
                <w:lang w:val="pl-PL"/>
              </w:rPr>
              <w:t>Diagnozy i próbne arkusze</w:t>
            </w:r>
          </w:p>
        </w:tc>
      </w:tr>
      <w:tr w:rsidR="0080624C" w:rsidRPr="0080624C" w14:paraId="03448CF2" w14:textId="77777777" w:rsidTr="00835DD5">
        <w:trPr>
          <w:cantSplit/>
          <w:jc w:val="center"/>
        </w:trPr>
        <w:tc>
          <w:tcPr>
            <w:tcW w:w="396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14ABF83B" w14:textId="77777777" w:rsidR="00170580" w:rsidRPr="0080624C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4"/>
                <w:lang w:val="pl-PL"/>
              </w:rPr>
              <w:t>5</w:t>
            </w:r>
          </w:p>
        </w:tc>
        <w:tc>
          <w:tcPr>
            <w:tcW w:w="3969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245EB425" w14:textId="77777777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4"/>
                <w:lang w:val="pl-PL"/>
              </w:rPr>
              <w:t>Próbne egzaminy, analiza zadań i indywidualne rekomendacje dla każdego ucznia.</w:t>
            </w:r>
          </w:p>
        </w:tc>
        <w:tc>
          <w:tcPr>
            <w:tcW w:w="1701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6031B892" w14:textId="77777777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4"/>
                <w:lang w:val="pl-PL"/>
              </w:rPr>
              <w:t>Dyrekcja, zespoły</w:t>
            </w:r>
          </w:p>
        </w:tc>
        <w:tc>
          <w:tcPr>
            <w:tcW w:w="1417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6E829DAA" w14:textId="77777777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4"/>
                <w:lang w:val="pl-PL"/>
              </w:rPr>
              <w:t>według harmonogramu</w:t>
            </w:r>
          </w:p>
        </w:tc>
        <w:tc>
          <w:tcPr>
            <w:tcW w:w="2324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23E780CA" w14:textId="77777777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4"/>
                <w:lang w:val="pl-PL"/>
              </w:rPr>
              <w:t>Raporty, informacje dla uczniów i rodziców</w:t>
            </w:r>
          </w:p>
        </w:tc>
      </w:tr>
      <w:tr w:rsidR="0080624C" w:rsidRPr="0080624C" w14:paraId="083EED74" w14:textId="77777777" w:rsidTr="00835DD5">
        <w:trPr>
          <w:cantSplit/>
          <w:jc w:val="center"/>
        </w:trPr>
        <w:tc>
          <w:tcPr>
            <w:tcW w:w="396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77DFBEEE" w14:textId="77777777" w:rsidR="00170580" w:rsidRPr="0080624C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4"/>
                <w:lang w:val="pl-PL"/>
              </w:rPr>
              <w:t>6</w:t>
            </w:r>
          </w:p>
        </w:tc>
        <w:tc>
          <w:tcPr>
            <w:tcW w:w="3969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5DACB84F" w14:textId="77777777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4"/>
                <w:lang w:val="pl-PL"/>
              </w:rPr>
              <w:t>Dostosowanie warunków i form egzaminu do potrzeb uczniów zgodnie z komunikatem CKE.</w:t>
            </w:r>
          </w:p>
        </w:tc>
        <w:tc>
          <w:tcPr>
            <w:tcW w:w="1701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4627853E" w14:textId="77777777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4"/>
                <w:lang w:val="pl-PL"/>
              </w:rPr>
              <w:t>Dyrektor, zespół egzaminacyjny</w:t>
            </w:r>
          </w:p>
        </w:tc>
        <w:tc>
          <w:tcPr>
            <w:tcW w:w="1417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752F6D7E" w14:textId="77777777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4"/>
                <w:lang w:val="pl-PL"/>
              </w:rPr>
              <w:t>zgodnie z terminami CKE</w:t>
            </w:r>
          </w:p>
        </w:tc>
        <w:tc>
          <w:tcPr>
            <w:tcW w:w="2324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37887009" w14:textId="77777777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4"/>
                <w:lang w:val="pl-PL"/>
              </w:rPr>
              <w:t>Dokumentacja dostosowań</w:t>
            </w:r>
          </w:p>
        </w:tc>
      </w:tr>
      <w:tr w:rsidR="0080624C" w:rsidRPr="0080624C" w14:paraId="3C85DB80" w14:textId="77777777" w:rsidTr="00835DD5">
        <w:trPr>
          <w:cantSplit/>
          <w:jc w:val="center"/>
        </w:trPr>
        <w:tc>
          <w:tcPr>
            <w:tcW w:w="396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712828FE" w14:textId="77777777" w:rsidR="00170580" w:rsidRPr="0080624C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4"/>
                <w:lang w:val="pl-PL"/>
              </w:rPr>
              <w:t>7</w:t>
            </w:r>
          </w:p>
        </w:tc>
        <w:tc>
          <w:tcPr>
            <w:tcW w:w="3969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2CB99EC5" w14:textId="77777777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4"/>
                <w:lang w:val="pl-PL"/>
              </w:rPr>
              <w:t>Wsparcie psychologiczne: radzenie sobie ze stresem, plan uczenia się, higiena snu i równowaga.</w:t>
            </w:r>
          </w:p>
        </w:tc>
        <w:tc>
          <w:tcPr>
            <w:tcW w:w="1701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680CC734" w14:textId="77777777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4"/>
                <w:lang w:val="pl-PL"/>
              </w:rPr>
              <w:t>Psycholog, pedagog, wychowawcy</w:t>
            </w:r>
          </w:p>
        </w:tc>
        <w:tc>
          <w:tcPr>
            <w:tcW w:w="1417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4D42F559" w14:textId="77777777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4"/>
                <w:lang w:val="pl-PL"/>
              </w:rPr>
              <w:t>styczeń–maj</w:t>
            </w:r>
          </w:p>
        </w:tc>
        <w:tc>
          <w:tcPr>
            <w:tcW w:w="2324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1CCB40E9" w14:textId="77777777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4"/>
                <w:lang w:val="pl-PL"/>
              </w:rPr>
              <w:t>Warsztaty i konsultacje</w:t>
            </w:r>
          </w:p>
        </w:tc>
      </w:tr>
      <w:tr w:rsidR="00170580" w:rsidRPr="0080624C" w14:paraId="1482AE2B" w14:textId="77777777" w:rsidTr="00835DD5">
        <w:trPr>
          <w:cantSplit/>
          <w:jc w:val="center"/>
        </w:trPr>
        <w:tc>
          <w:tcPr>
            <w:tcW w:w="396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76428175" w14:textId="77777777" w:rsidR="00170580" w:rsidRPr="0080624C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4"/>
                <w:lang w:val="pl-PL"/>
              </w:rPr>
              <w:t>8</w:t>
            </w:r>
          </w:p>
        </w:tc>
        <w:tc>
          <w:tcPr>
            <w:tcW w:w="3969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706D5C0A" w14:textId="77777777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4"/>
                <w:lang w:val="pl-PL"/>
              </w:rPr>
              <w:t>Organizacja egzaminu zgodnie z aktualnymi procedurami CKE; uzupełnienie dat po komunikacie do 20 sierpnia 2026 r.</w:t>
            </w:r>
          </w:p>
        </w:tc>
        <w:tc>
          <w:tcPr>
            <w:tcW w:w="1701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2E70D343" w14:textId="77777777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4"/>
                <w:lang w:val="pl-PL"/>
              </w:rPr>
              <w:t>Dyrektor, zespół egzaminacyjny</w:t>
            </w:r>
          </w:p>
        </w:tc>
        <w:tc>
          <w:tcPr>
            <w:tcW w:w="1417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39656CE9" w14:textId="77777777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4"/>
                <w:lang w:val="pl-PL"/>
              </w:rPr>
              <w:t>zgodnie z CKE</w:t>
            </w:r>
          </w:p>
        </w:tc>
        <w:tc>
          <w:tcPr>
            <w:tcW w:w="2324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030FE9A2" w14:textId="77777777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4"/>
                <w:lang w:val="pl-PL"/>
              </w:rPr>
              <w:t>Prawidłowy przebieg egzaminu</w:t>
            </w:r>
          </w:p>
        </w:tc>
      </w:tr>
    </w:tbl>
    <w:p w14:paraId="74605195" w14:textId="77777777" w:rsidR="00170580" w:rsidRPr="0080624C" w:rsidRDefault="00170580">
      <w:pPr>
        <w:spacing w:after="0"/>
        <w:rPr>
          <w:rFonts w:ascii="Times New Roman" w:hAnsi="Times New Roman" w:cs="Times New Roman"/>
          <w:lang w:val="pl-PL"/>
        </w:rPr>
      </w:pPr>
    </w:p>
    <w:p w14:paraId="2E26A72F" w14:textId="77777777" w:rsidR="00170580" w:rsidRPr="0080624C" w:rsidRDefault="00000000">
      <w:pPr>
        <w:pStyle w:val="Nagwek2"/>
        <w:rPr>
          <w:rFonts w:ascii="Times New Roman" w:hAnsi="Times New Roman" w:cs="Times New Roman"/>
          <w:color w:val="auto"/>
          <w:lang w:val="pl-PL"/>
        </w:rPr>
      </w:pPr>
      <w:r w:rsidRPr="0080624C">
        <w:rPr>
          <w:rFonts w:ascii="Times New Roman" w:hAnsi="Times New Roman" w:cs="Times New Roman"/>
          <w:color w:val="auto"/>
          <w:lang w:val="pl-PL"/>
        </w:rPr>
        <w:t>5. Wychowanie, profilaktyka i odporność społeczna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6"/>
        <w:gridCol w:w="3969"/>
        <w:gridCol w:w="1701"/>
        <w:gridCol w:w="1360"/>
        <w:gridCol w:w="2381"/>
      </w:tblGrid>
      <w:tr w:rsidR="0080624C" w:rsidRPr="0080624C" w14:paraId="1D5C8975" w14:textId="77777777" w:rsidTr="00835DD5">
        <w:trPr>
          <w:tblHeader/>
          <w:jc w:val="center"/>
        </w:trPr>
        <w:tc>
          <w:tcPr>
            <w:tcW w:w="396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1BE878D6" w14:textId="77777777" w:rsidR="00170580" w:rsidRPr="0080624C" w:rsidRDefault="00000000">
            <w:pPr>
              <w:jc w:val="center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b/>
                <w:sz w:val="14"/>
                <w:lang w:val="pl-PL"/>
              </w:rPr>
              <w:t>Lp.</w:t>
            </w:r>
          </w:p>
        </w:tc>
        <w:tc>
          <w:tcPr>
            <w:tcW w:w="3969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40707D83" w14:textId="77777777" w:rsidR="00170580" w:rsidRPr="0080624C" w:rsidRDefault="00000000">
            <w:pPr>
              <w:jc w:val="center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b/>
                <w:sz w:val="14"/>
                <w:lang w:val="pl-PL"/>
              </w:rPr>
              <w:t>Działanie</w:t>
            </w:r>
          </w:p>
        </w:tc>
        <w:tc>
          <w:tcPr>
            <w:tcW w:w="1701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368BE747" w14:textId="77777777" w:rsidR="00170580" w:rsidRPr="0080624C" w:rsidRDefault="00000000">
            <w:pPr>
              <w:jc w:val="center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b/>
                <w:sz w:val="14"/>
                <w:lang w:val="pl-PL"/>
              </w:rPr>
              <w:t>Odpowiedzialni</w:t>
            </w:r>
          </w:p>
        </w:tc>
        <w:tc>
          <w:tcPr>
            <w:tcW w:w="1360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30345CB8" w14:textId="77777777" w:rsidR="00170580" w:rsidRPr="0080624C" w:rsidRDefault="00000000">
            <w:pPr>
              <w:jc w:val="center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b/>
                <w:sz w:val="14"/>
                <w:lang w:val="pl-PL"/>
              </w:rPr>
              <w:t>Termin</w:t>
            </w:r>
          </w:p>
        </w:tc>
        <w:tc>
          <w:tcPr>
            <w:tcW w:w="2381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63D5D516" w14:textId="77777777" w:rsidR="00170580" w:rsidRPr="0080624C" w:rsidRDefault="00000000">
            <w:pPr>
              <w:jc w:val="center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b/>
                <w:sz w:val="14"/>
                <w:lang w:val="pl-PL"/>
              </w:rPr>
              <w:t>Miernik / dowód</w:t>
            </w:r>
          </w:p>
        </w:tc>
      </w:tr>
      <w:tr w:rsidR="0080624C" w:rsidRPr="0080624C" w14:paraId="048FA3B4" w14:textId="77777777" w:rsidTr="00835DD5">
        <w:trPr>
          <w:cantSplit/>
          <w:jc w:val="center"/>
        </w:trPr>
        <w:tc>
          <w:tcPr>
            <w:tcW w:w="396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02120687" w14:textId="77777777" w:rsidR="00170580" w:rsidRPr="0080624C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4"/>
                <w:lang w:val="pl-PL"/>
              </w:rPr>
              <w:t>1</w:t>
            </w:r>
          </w:p>
        </w:tc>
        <w:tc>
          <w:tcPr>
            <w:tcW w:w="3969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0891254A" w14:textId="77777777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4"/>
                <w:lang w:val="pl-PL"/>
              </w:rPr>
              <w:t>Diagnoza czynników ryzyka i chroniących: bezpieczeństwo, relacje, cyberprzemoc, zdrowie psychiczne, uzależnienia, absencja, wykluczenie.</w:t>
            </w:r>
          </w:p>
        </w:tc>
        <w:tc>
          <w:tcPr>
            <w:tcW w:w="1701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43503CDC" w14:textId="77777777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4"/>
                <w:lang w:val="pl-PL"/>
              </w:rPr>
              <w:t>Zespół wychowawczy, specjaliści</w:t>
            </w:r>
          </w:p>
        </w:tc>
        <w:tc>
          <w:tcPr>
            <w:tcW w:w="1360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783B9E7F" w14:textId="77777777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4"/>
                <w:lang w:val="pl-PL"/>
              </w:rPr>
              <w:t>wrzesień</w:t>
            </w:r>
          </w:p>
        </w:tc>
        <w:tc>
          <w:tcPr>
            <w:tcW w:w="2381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223C7635" w14:textId="77777777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4"/>
                <w:lang w:val="pl-PL"/>
              </w:rPr>
              <w:t>Raport diagnostyczny</w:t>
            </w:r>
          </w:p>
        </w:tc>
      </w:tr>
      <w:tr w:rsidR="0080624C" w:rsidRPr="0080624C" w14:paraId="32E00078" w14:textId="77777777" w:rsidTr="00835DD5">
        <w:trPr>
          <w:cantSplit/>
          <w:jc w:val="center"/>
        </w:trPr>
        <w:tc>
          <w:tcPr>
            <w:tcW w:w="396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1587D8B4" w14:textId="77777777" w:rsidR="00170580" w:rsidRPr="0080624C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4"/>
                <w:lang w:val="pl-PL"/>
              </w:rPr>
              <w:t>2</w:t>
            </w:r>
          </w:p>
        </w:tc>
        <w:tc>
          <w:tcPr>
            <w:tcW w:w="3969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17914098" w14:textId="77777777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4"/>
                <w:lang w:val="pl-PL"/>
              </w:rPr>
              <w:t xml:space="preserve">Integracja klas, szczególnie klas I </w:t>
            </w:r>
            <w:proofErr w:type="spellStart"/>
            <w:r w:rsidRPr="0080624C">
              <w:rPr>
                <w:rFonts w:ascii="Times New Roman" w:hAnsi="Times New Roman" w:cs="Times New Roman"/>
                <w:sz w:val="14"/>
                <w:lang w:val="pl-PL"/>
              </w:rPr>
              <w:t>i</w:t>
            </w:r>
            <w:proofErr w:type="spellEnd"/>
            <w:r w:rsidRPr="0080624C">
              <w:rPr>
                <w:rFonts w:ascii="Times New Roman" w:hAnsi="Times New Roman" w:cs="Times New Roman"/>
                <w:sz w:val="14"/>
                <w:lang w:val="pl-PL"/>
              </w:rPr>
              <w:t xml:space="preserve"> IV oraz uczniów nowych i z doświadczeniem migracji.</w:t>
            </w:r>
          </w:p>
        </w:tc>
        <w:tc>
          <w:tcPr>
            <w:tcW w:w="1701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3A67BA78" w14:textId="77777777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4"/>
                <w:lang w:val="pl-PL"/>
              </w:rPr>
              <w:t>Wychowawcy</w:t>
            </w:r>
          </w:p>
        </w:tc>
        <w:tc>
          <w:tcPr>
            <w:tcW w:w="1360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386970BA" w14:textId="77777777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4"/>
                <w:lang w:val="pl-PL"/>
              </w:rPr>
              <w:t>wrzesień–październik</w:t>
            </w:r>
          </w:p>
        </w:tc>
        <w:tc>
          <w:tcPr>
            <w:tcW w:w="2381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40164EF6" w14:textId="77777777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4"/>
                <w:lang w:val="pl-PL"/>
              </w:rPr>
              <w:t>Scenariusze, obserwacja relacji</w:t>
            </w:r>
          </w:p>
        </w:tc>
      </w:tr>
      <w:tr w:rsidR="0080624C" w:rsidRPr="0080624C" w14:paraId="0B30C82B" w14:textId="77777777" w:rsidTr="00835DD5">
        <w:trPr>
          <w:cantSplit/>
          <w:jc w:val="center"/>
        </w:trPr>
        <w:tc>
          <w:tcPr>
            <w:tcW w:w="396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567ED1E9" w14:textId="77777777" w:rsidR="00170580" w:rsidRPr="0080624C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4"/>
                <w:lang w:val="pl-PL"/>
              </w:rPr>
              <w:t>3</w:t>
            </w:r>
          </w:p>
        </w:tc>
        <w:tc>
          <w:tcPr>
            <w:tcW w:w="3969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5A47BB13" w14:textId="77777777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4"/>
                <w:lang w:val="pl-PL"/>
              </w:rPr>
              <w:t>Stały program przeciwdziałania przemocy rówieśniczej i cyberprzemocy, z jasną ścieżką zgłaszania i reagowania.</w:t>
            </w:r>
          </w:p>
        </w:tc>
        <w:tc>
          <w:tcPr>
            <w:tcW w:w="1701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0CE0A32B" w14:textId="77777777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4"/>
                <w:lang w:val="pl-PL"/>
              </w:rPr>
              <w:t>Pedagog, psycholog, wychowawcy</w:t>
            </w:r>
          </w:p>
        </w:tc>
        <w:tc>
          <w:tcPr>
            <w:tcW w:w="1360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20E0653E" w14:textId="77777777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4"/>
                <w:lang w:val="pl-PL"/>
              </w:rPr>
              <w:t>cały rok</w:t>
            </w:r>
          </w:p>
        </w:tc>
        <w:tc>
          <w:tcPr>
            <w:tcW w:w="2381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5B98ACFA" w14:textId="77777777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4"/>
                <w:lang w:val="pl-PL"/>
              </w:rPr>
              <w:t>Rejestr działań i incydentów</w:t>
            </w:r>
          </w:p>
        </w:tc>
      </w:tr>
      <w:tr w:rsidR="0080624C" w:rsidRPr="0080624C" w14:paraId="10D04B7C" w14:textId="77777777" w:rsidTr="00835DD5">
        <w:trPr>
          <w:cantSplit/>
          <w:jc w:val="center"/>
        </w:trPr>
        <w:tc>
          <w:tcPr>
            <w:tcW w:w="396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697BC8D3" w14:textId="77777777" w:rsidR="00170580" w:rsidRPr="0080624C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4"/>
                <w:lang w:val="pl-PL"/>
              </w:rPr>
              <w:t>4</w:t>
            </w:r>
          </w:p>
        </w:tc>
        <w:tc>
          <w:tcPr>
            <w:tcW w:w="3969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4CD43120" w14:textId="77777777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4"/>
                <w:lang w:val="pl-PL"/>
              </w:rPr>
              <w:t>Działania antydyskryminacyjne i budowanie akceptacji uczniów ze SPE, niepełnosprawnością i doświadczeniem migracji.</w:t>
            </w:r>
          </w:p>
        </w:tc>
        <w:tc>
          <w:tcPr>
            <w:tcW w:w="1701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036D76BD" w14:textId="77777777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4"/>
                <w:lang w:val="pl-PL"/>
              </w:rPr>
              <w:t>Wszyscy nauczyciele, SU</w:t>
            </w:r>
          </w:p>
        </w:tc>
        <w:tc>
          <w:tcPr>
            <w:tcW w:w="1360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1970E989" w14:textId="77777777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4"/>
                <w:lang w:val="pl-PL"/>
              </w:rPr>
              <w:t>cały rok</w:t>
            </w:r>
          </w:p>
        </w:tc>
        <w:tc>
          <w:tcPr>
            <w:tcW w:w="2381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1BBBDB14" w14:textId="77777777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4"/>
                <w:lang w:val="pl-PL"/>
              </w:rPr>
              <w:t>Projekty, ankieta poczucia bezpieczeństwa</w:t>
            </w:r>
          </w:p>
        </w:tc>
      </w:tr>
      <w:tr w:rsidR="0080624C" w:rsidRPr="0080624C" w14:paraId="15D367E2" w14:textId="77777777" w:rsidTr="00835DD5">
        <w:trPr>
          <w:cantSplit/>
          <w:jc w:val="center"/>
        </w:trPr>
        <w:tc>
          <w:tcPr>
            <w:tcW w:w="396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21EC96E3" w14:textId="77777777" w:rsidR="00170580" w:rsidRPr="0080624C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4"/>
                <w:lang w:val="pl-PL"/>
              </w:rPr>
              <w:t>5</w:t>
            </w:r>
          </w:p>
        </w:tc>
        <w:tc>
          <w:tcPr>
            <w:tcW w:w="3969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0C6536D8" w14:textId="77777777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4"/>
                <w:lang w:val="pl-PL"/>
              </w:rPr>
              <w:t>Rozwijanie odporności psychicznej, samooceny, strategii radzenia sobie ze stresem i proszenia o pomoc.</w:t>
            </w:r>
          </w:p>
        </w:tc>
        <w:tc>
          <w:tcPr>
            <w:tcW w:w="1701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21F5AEAC" w14:textId="77777777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4"/>
                <w:lang w:val="pl-PL"/>
              </w:rPr>
              <w:t>Specjaliści, wychowawcy</w:t>
            </w:r>
          </w:p>
        </w:tc>
        <w:tc>
          <w:tcPr>
            <w:tcW w:w="1360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693ACAC8" w14:textId="77777777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4"/>
                <w:lang w:val="pl-PL"/>
              </w:rPr>
              <w:t>cały rok</w:t>
            </w:r>
          </w:p>
        </w:tc>
        <w:tc>
          <w:tcPr>
            <w:tcW w:w="2381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0F8253BE" w14:textId="77777777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4"/>
                <w:lang w:val="pl-PL"/>
              </w:rPr>
              <w:t>Warsztaty i konsultacje</w:t>
            </w:r>
          </w:p>
        </w:tc>
      </w:tr>
      <w:tr w:rsidR="0080624C" w:rsidRPr="0080624C" w14:paraId="28DA59C2" w14:textId="77777777" w:rsidTr="00835DD5">
        <w:trPr>
          <w:cantSplit/>
          <w:jc w:val="center"/>
        </w:trPr>
        <w:tc>
          <w:tcPr>
            <w:tcW w:w="396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6A4503FE" w14:textId="77777777" w:rsidR="00170580" w:rsidRPr="0080624C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4"/>
                <w:lang w:val="pl-PL"/>
              </w:rPr>
              <w:t>6</w:t>
            </w:r>
          </w:p>
        </w:tc>
        <w:tc>
          <w:tcPr>
            <w:tcW w:w="3969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74B71EA2" w14:textId="77777777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4"/>
                <w:lang w:val="pl-PL"/>
              </w:rPr>
              <w:t>Kształtowanie odpowiedzialności za bezpieczeństwo własne i innych: pierwsza pomoc, ewakuacja, komunikaty alarmowe, zachowania w kryzysie.</w:t>
            </w:r>
          </w:p>
        </w:tc>
        <w:tc>
          <w:tcPr>
            <w:tcW w:w="1701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301F1441" w14:textId="77777777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4"/>
                <w:lang w:val="pl-PL"/>
              </w:rPr>
              <w:t>Dyrektor, nauczyciele, służby</w:t>
            </w:r>
          </w:p>
        </w:tc>
        <w:tc>
          <w:tcPr>
            <w:tcW w:w="1360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3358CE91" w14:textId="77777777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4"/>
                <w:lang w:val="pl-PL"/>
              </w:rPr>
              <w:t>cały rok</w:t>
            </w:r>
          </w:p>
        </w:tc>
        <w:tc>
          <w:tcPr>
            <w:tcW w:w="2381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70F9590E" w14:textId="77777777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4"/>
                <w:lang w:val="pl-PL"/>
              </w:rPr>
              <w:t>Ćwiczenia praktyczne i protokoły</w:t>
            </w:r>
          </w:p>
        </w:tc>
      </w:tr>
      <w:tr w:rsidR="0080624C" w:rsidRPr="0080624C" w14:paraId="7366860E" w14:textId="77777777" w:rsidTr="00835DD5">
        <w:trPr>
          <w:cantSplit/>
          <w:jc w:val="center"/>
        </w:trPr>
        <w:tc>
          <w:tcPr>
            <w:tcW w:w="396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5BB24210" w14:textId="77777777" w:rsidR="00170580" w:rsidRPr="0080624C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4"/>
                <w:lang w:val="pl-PL"/>
              </w:rPr>
              <w:t>7</w:t>
            </w:r>
          </w:p>
        </w:tc>
        <w:tc>
          <w:tcPr>
            <w:tcW w:w="3969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609D50CD" w14:textId="77777777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4"/>
                <w:lang w:val="pl-PL"/>
              </w:rPr>
              <w:t>Edukacja obywatelska i patriotyczna poprzez działania, a nie wyłącznie uroczystości: debaty, projekty lokalne, opieka nad miejscami pamięci.</w:t>
            </w:r>
          </w:p>
        </w:tc>
        <w:tc>
          <w:tcPr>
            <w:tcW w:w="1701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0E31C562" w14:textId="77777777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4"/>
                <w:lang w:val="pl-PL"/>
              </w:rPr>
              <w:t>Nauczyciele, SU</w:t>
            </w:r>
          </w:p>
        </w:tc>
        <w:tc>
          <w:tcPr>
            <w:tcW w:w="1360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266DEC36" w14:textId="77777777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4"/>
                <w:lang w:val="pl-PL"/>
              </w:rPr>
              <w:t>cały rok</w:t>
            </w:r>
          </w:p>
        </w:tc>
        <w:tc>
          <w:tcPr>
            <w:tcW w:w="2381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620BA284" w14:textId="77777777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4"/>
                <w:lang w:val="pl-PL"/>
              </w:rPr>
              <w:t>Minimum 1 projekt na etap</w:t>
            </w:r>
          </w:p>
        </w:tc>
      </w:tr>
      <w:tr w:rsidR="0080624C" w:rsidRPr="0080624C" w14:paraId="0B2C6F54" w14:textId="77777777" w:rsidTr="00835DD5">
        <w:trPr>
          <w:cantSplit/>
          <w:jc w:val="center"/>
        </w:trPr>
        <w:tc>
          <w:tcPr>
            <w:tcW w:w="396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3F31BAB3" w14:textId="77777777" w:rsidR="00170580" w:rsidRPr="0080624C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4"/>
                <w:lang w:val="pl-PL"/>
              </w:rPr>
              <w:lastRenderedPageBreak/>
              <w:t>8</w:t>
            </w:r>
          </w:p>
        </w:tc>
        <w:tc>
          <w:tcPr>
            <w:tcW w:w="3969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71D4495B" w14:textId="77777777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4"/>
                <w:lang w:val="pl-PL"/>
              </w:rPr>
              <w:t>Wzmocnienie samorządu uczniowskiego: konsultacje, budżet/inicjatywy uczniowskie, informacja zwrotna o losie postulatów.</w:t>
            </w:r>
          </w:p>
        </w:tc>
        <w:tc>
          <w:tcPr>
            <w:tcW w:w="1701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780F0A36" w14:textId="77777777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4"/>
                <w:lang w:val="pl-PL"/>
              </w:rPr>
              <w:t>Opiekun SU, dyrektor</w:t>
            </w:r>
          </w:p>
        </w:tc>
        <w:tc>
          <w:tcPr>
            <w:tcW w:w="1360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7407B805" w14:textId="77777777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4"/>
                <w:lang w:val="pl-PL"/>
              </w:rPr>
              <w:t>cały rok</w:t>
            </w:r>
          </w:p>
        </w:tc>
        <w:tc>
          <w:tcPr>
            <w:tcW w:w="2381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672B8223" w14:textId="77777777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4"/>
                <w:lang w:val="pl-PL"/>
              </w:rPr>
              <w:t>Protokoły konsultacji i zrealizowane postulaty</w:t>
            </w:r>
          </w:p>
        </w:tc>
      </w:tr>
      <w:tr w:rsidR="0080624C" w:rsidRPr="0080624C" w14:paraId="7120B392" w14:textId="77777777" w:rsidTr="00835DD5">
        <w:trPr>
          <w:cantSplit/>
          <w:jc w:val="center"/>
        </w:trPr>
        <w:tc>
          <w:tcPr>
            <w:tcW w:w="396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42B7B199" w14:textId="77777777" w:rsidR="00170580" w:rsidRPr="0080624C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4"/>
                <w:lang w:val="pl-PL"/>
              </w:rPr>
              <w:t>9</w:t>
            </w:r>
          </w:p>
        </w:tc>
        <w:tc>
          <w:tcPr>
            <w:tcW w:w="3969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1C250A62" w14:textId="77777777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4"/>
                <w:lang w:val="pl-PL"/>
              </w:rPr>
              <w:t>Wolontariat i pomoc koleżeńska powiązane z refleksją nad dobrem wspólnym i odpowiedzialnością.</w:t>
            </w:r>
          </w:p>
        </w:tc>
        <w:tc>
          <w:tcPr>
            <w:tcW w:w="1701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540C163C" w14:textId="77777777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4"/>
                <w:lang w:val="pl-PL"/>
              </w:rPr>
              <w:t>Opiekun wolontariatu</w:t>
            </w:r>
          </w:p>
        </w:tc>
        <w:tc>
          <w:tcPr>
            <w:tcW w:w="1360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6EBDE452" w14:textId="77777777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4"/>
                <w:lang w:val="pl-PL"/>
              </w:rPr>
              <w:t>cały rok</w:t>
            </w:r>
          </w:p>
        </w:tc>
        <w:tc>
          <w:tcPr>
            <w:tcW w:w="2381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05ED068B" w14:textId="77777777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4"/>
                <w:lang w:val="pl-PL"/>
              </w:rPr>
              <w:t>Udział uczniów i ewaluacja działań</w:t>
            </w:r>
          </w:p>
        </w:tc>
      </w:tr>
      <w:tr w:rsidR="000406BE" w:rsidRPr="0080624C" w14:paraId="6CE5C75B" w14:textId="77777777" w:rsidTr="00835DD5">
        <w:trPr>
          <w:cantSplit/>
          <w:jc w:val="center"/>
        </w:trPr>
        <w:tc>
          <w:tcPr>
            <w:tcW w:w="396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0E95E745" w14:textId="77777777" w:rsidR="00170580" w:rsidRPr="0080624C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4"/>
                <w:lang w:val="pl-PL"/>
              </w:rPr>
              <w:t>10</w:t>
            </w:r>
          </w:p>
        </w:tc>
        <w:tc>
          <w:tcPr>
            <w:tcW w:w="3969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27D60607" w14:textId="77777777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4"/>
                <w:lang w:val="pl-PL"/>
              </w:rPr>
              <w:t>Przestrzeganie i okresowy przegląd standardów ochrony małoletnich oraz szkolenie nowych pracowników.</w:t>
            </w:r>
          </w:p>
        </w:tc>
        <w:tc>
          <w:tcPr>
            <w:tcW w:w="1701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58B20AB7" w14:textId="77777777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4"/>
                <w:lang w:val="pl-PL"/>
              </w:rPr>
              <w:t>Dyrektor, zespół ds. standardów</w:t>
            </w:r>
          </w:p>
        </w:tc>
        <w:tc>
          <w:tcPr>
            <w:tcW w:w="1360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4151F5F5" w14:textId="77777777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4"/>
                <w:lang w:val="pl-PL"/>
              </w:rPr>
              <w:t>wrzesień; okresowo</w:t>
            </w:r>
          </w:p>
        </w:tc>
        <w:tc>
          <w:tcPr>
            <w:tcW w:w="2381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00558BEE" w14:textId="77777777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4"/>
                <w:lang w:val="pl-PL"/>
              </w:rPr>
              <w:t>Dokumentacja szkoleń i przeglądu</w:t>
            </w:r>
          </w:p>
        </w:tc>
      </w:tr>
    </w:tbl>
    <w:p w14:paraId="461DDA1B" w14:textId="77777777" w:rsidR="00170580" w:rsidRPr="0080624C" w:rsidRDefault="00170580">
      <w:pPr>
        <w:spacing w:after="0"/>
        <w:rPr>
          <w:rFonts w:ascii="Times New Roman" w:hAnsi="Times New Roman" w:cs="Times New Roman"/>
          <w:lang w:val="pl-PL"/>
        </w:rPr>
      </w:pPr>
    </w:p>
    <w:p w14:paraId="02452331" w14:textId="77777777" w:rsidR="00170580" w:rsidRPr="0080624C" w:rsidRDefault="00000000">
      <w:pPr>
        <w:pStyle w:val="Nagwek2"/>
        <w:rPr>
          <w:rFonts w:ascii="Times New Roman" w:hAnsi="Times New Roman" w:cs="Times New Roman"/>
          <w:color w:val="auto"/>
          <w:lang w:val="pl-PL"/>
        </w:rPr>
      </w:pPr>
      <w:r w:rsidRPr="0080624C">
        <w:rPr>
          <w:rFonts w:ascii="Times New Roman" w:hAnsi="Times New Roman" w:cs="Times New Roman"/>
          <w:color w:val="auto"/>
          <w:lang w:val="pl-PL"/>
        </w:rPr>
        <w:t>6. Zdrowie, aktywność fizyczna i edukacja zdrowotna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6"/>
        <w:gridCol w:w="3969"/>
        <w:gridCol w:w="1701"/>
        <w:gridCol w:w="1360"/>
        <w:gridCol w:w="2381"/>
      </w:tblGrid>
      <w:tr w:rsidR="0080624C" w:rsidRPr="0080624C" w14:paraId="1806FD7F" w14:textId="77777777" w:rsidTr="00835DD5">
        <w:trPr>
          <w:tblHeader/>
          <w:jc w:val="center"/>
        </w:trPr>
        <w:tc>
          <w:tcPr>
            <w:tcW w:w="396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3163B910" w14:textId="77777777" w:rsidR="00170580" w:rsidRPr="0080624C" w:rsidRDefault="00000000">
            <w:pPr>
              <w:jc w:val="center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b/>
                <w:sz w:val="14"/>
                <w:lang w:val="pl-PL"/>
              </w:rPr>
              <w:t>Lp.</w:t>
            </w:r>
          </w:p>
        </w:tc>
        <w:tc>
          <w:tcPr>
            <w:tcW w:w="3969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59BF5F5F" w14:textId="77777777" w:rsidR="00170580" w:rsidRPr="0080624C" w:rsidRDefault="00000000">
            <w:pPr>
              <w:jc w:val="center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b/>
                <w:sz w:val="14"/>
                <w:lang w:val="pl-PL"/>
              </w:rPr>
              <w:t>Zadanie</w:t>
            </w:r>
          </w:p>
        </w:tc>
        <w:tc>
          <w:tcPr>
            <w:tcW w:w="1701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1DBAB813" w14:textId="77777777" w:rsidR="00170580" w:rsidRPr="0080624C" w:rsidRDefault="00000000">
            <w:pPr>
              <w:jc w:val="center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b/>
                <w:sz w:val="14"/>
                <w:lang w:val="pl-PL"/>
              </w:rPr>
              <w:t>Odpowiedzialni</w:t>
            </w:r>
          </w:p>
        </w:tc>
        <w:tc>
          <w:tcPr>
            <w:tcW w:w="1360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1F346E59" w14:textId="77777777" w:rsidR="00170580" w:rsidRPr="0080624C" w:rsidRDefault="00000000">
            <w:pPr>
              <w:jc w:val="center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b/>
                <w:sz w:val="14"/>
                <w:lang w:val="pl-PL"/>
              </w:rPr>
              <w:t>Termin</w:t>
            </w:r>
          </w:p>
        </w:tc>
        <w:tc>
          <w:tcPr>
            <w:tcW w:w="2381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3979FDB6" w14:textId="77777777" w:rsidR="00170580" w:rsidRPr="0080624C" w:rsidRDefault="00000000">
            <w:pPr>
              <w:jc w:val="center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b/>
                <w:sz w:val="14"/>
                <w:lang w:val="pl-PL"/>
              </w:rPr>
              <w:t>Dowód / efekt</w:t>
            </w:r>
          </w:p>
        </w:tc>
      </w:tr>
      <w:tr w:rsidR="0080624C" w:rsidRPr="0080624C" w14:paraId="7DF28A6D" w14:textId="77777777" w:rsidTr="00835DD5">
        <w:trPr>
          <w:cantSplit/>
          <w:jc w:val="center"/>
        </w:trPr>
        <w:tc>
          <w:tcPr>
            <w:tcW w:w="396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5F37A476" w14:textId="77777777" w:rsidR="00170580" w:rsidRPr="0080624C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4"/>
                <w:lang w:val="pl-PL"/>
              </w:rPr>
              <w:t>1</w:t>
            </w:r>
          </w:p>
        </w:tc>
        <w:tc>
          <w:tcPr>
            <w:tcW w:w="3969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74AD2CF6" w14:textId="77777777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4"/>
                <w:lang w:val="pl-PL"/>
              </w:rPr>
              <w:t>Organizacja obowiązkowej edukacji zdrowotnej w klasach IV–VIII zgodnie z ostatecznie ogłoszonym ramowym planem i podstawą programową.</w:t>
            </w:r>
          </w:p>
        </w:tc>
        <w:tc>
          <w:tcPr>
            <w:tcW w:w="1701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32A2E15D" w14:textId="77777777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4"/>
                <w:lang w:val="pl-PL"/>
              </w:rPr>
              <w:t>Dyrektor, nauczyciele</w:t>
            </w:r>
          </w:p>
        </w:tc>
        <w:tc>
          <w:tcPr>
            <w:tcW w:w="1360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2DAC7A56" w14:textId="77777777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4"/>
                <w:lang w:val="pl-PL"/>
              </w:rPr>
              <w:t>od 1 września</w:t>
            </w:r>
          </w:p>
        </w:tc>
        <w:tc>
          <w:tcPr>
            <w:tcW w:w="2381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4CDE0F01" w14:textId="77777777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4"/>
                <w:lang w:val="pl-PL"/>
              </w:rPr>
              <w:t>Plan lekcji, program, dokumentacja</w:t>
            </w:r>
          </w:p>
        </w:tc>
      </w:tr>
      <w:tr w:rsidR="0080624C" w:rsidRPr="0080624C" w14:paraId="4B3F3834" w14:textId="77777777" w:rsidTr="00835DD5">
        <w:trPr>
          <w:cantSplit/>
          <w:jc w:val="center"/>
        </w:trPr>
        <w:tc>
          <w:tcPr>
            <w:tcW w:w="396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5CB57B78" w14:textId="77777777" w:rsidR="00170580" w:rsidRPr="0080624C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4"/>
                <w:lang w:val="pl-PL"/>
              </w:rPr>
              <w:t>2</w:t>
            </w:r>
          </w:p>
        </w:tc>
        <w:tc>
          <w:tcPr>
            <w:tcW w:w="3969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394E9ECF" w14:textId="77777777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4"/>
                <w:lang w:val="pl-PL"/>
              </w:rPr>
              <w:t>Organizacja nieobowiązkowych zajęć „edukacja zdrowotna – zdrowie seksualne”: spotkanie informacyjne, pisemne rezygnacje, podział na grupy, ochrona prywatności.</w:t>
            </w:r>
          </w:p>
        </w:tc>
        <w:tc>
          <w:tcPr>
            <w:tcW w:w="1701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182F3A7A" w14:textId="77777777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4"/>
                <w:lang w:val="pl-PL"/>
              </w:rPr>
              <w:t>Dyrektor, nauczyciel, wychowawcy</w:t>
            </w:r>
          </w:p>
        </w:tc>
        <w:tc>
          <w:tcPr>
            <w:tcW w:w="1360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66E3148A" w14:textId="77777777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4"/>
                <w:lang w:val="pl-PL"/>
              </w:rPr>
              <w:t>przed rozpoczęciem zajęć</w:t>
            </w:r>
          </w:p>
        </w:tc>
        <w:tc>
          <w:tcPr>
            <w:tcW w:w="2381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3097D125" w14:textId="77777777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4"/>
                <w:lang w:val="pl-PL"/>
              </w:rPr>
              <w:t>Protokół spotkania i dokumentacja rezygnacji</w:t>
            </w:r>
          </w:p>
        </w:tc>
      </w:tr>
      <w:tr w:rsidR="0080624C" w:rsidRPr="0080624C" w14:paraId="47123B65" w14:textId="77777777" w:rsidTr="00835DD5">
        <w:trPr>
          <w:cantSplit/>
          <w:jc w:val="center"/>
        </w:trPr>
        <w:tc>
          <w:tcPr>
            <w:tcW w:w="396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535C12D5" w14:textId="77777777" w:rsidR="00170580" w:rsidRPr="0080624C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4"/>
                <w:lang w:val="pl-PL"/>
              </w:rPr>
              <w:t>3</w:t>
            </w:r>
          </w:p>
        </w:tc>
        <w:tc>
          <w:tcPr>
            <w:tcW w:w="3969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0E4B5D75" w14:textId="77777777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4"/>
                <w:lang w:val="pl-PL"/>
              </w:rPr>
              <w:t>Promowanie codziennego ruchu: aktywne przerwy, zajęcia terenowe, sport dla wszystkich, oferta pozalekcyjna.</w:t>
            </w:r>
          </w:p>
        </w:tc>
        <w:tc>
          <w:tcPr>
            <w:tcW w:w="1701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7C4D1071" w14:textId="77777777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4"/>
                <w:lang w:val="pl-PL"/>
              </w:rPr>
              <w:t>Nauczyciele WF i wychowawcy</w:t>
            </w:r>
          </w:p>
        </w:tc>
        <w:tc>
          <w:tcPr>
            <w:tcW w:w="1360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337CAF12" w14:textId="77777777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4"/>
                <w:lang w:val="pl-PL"/>
              </w:rPr>
              <w:t>cały rok</w:t>
            </w:r>
          </w:p>
        </w:tc>
        <w:tc>
          <w:tcPr>
            <w:tcW w:w="2381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51550E4B" w14:textId="77777777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4"/>
                <w:lang w:val="pl-PL"/>
              </w:rPr>
              <w:t>Frekwencja i udział uczniów</w:t>
            </w:r>
          </w:p>
        </w:tc>
      </w:tr>
      <w:tr w:rsidR="0080624C" w:rsidRPr="0080624C" w14:paraId="2A24ACE6" w14:textId="77777777" w:rsidTr="00835DD5">
        <w:trPr>
          <w:cantSplit/>
          <w:jc w:val="center"/>
        </w:trPr>
        <w:tc>
          <w:tcPr>
            <w:tcW w:w="396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217D7DF7" w14:textId="77777777" w:rsidR="00170580" w:rsidRPr="0080624C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4"/>
                <w:lang w:val="pl-PL"/>
              </w:rPr>
              <w:t>4</w:t>
            </w:r>
          </w:p>
        </w:tc>
        <w:tc>
          <w:tcPr>
            <w:tcW w:w="3969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66563243" w14:textId="77777777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4"/>
                <w:lang w:val="pl-PL"/>
              </w:rPr>
              <w:t>Analiza zwolnień z WF, nieobecności i barier uczestnictwa; indywidualne rozwiązania zwiększające aktywność.</w:t>
            </w:r>
          </w:p>
        </w:tc>
        <w:tc>
          <w:tcPr>
            <w:tcW w:w="1701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13D323C3" w14:textId="77777777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4"/>
                <w:lang w:val="pl-PL"/>
              </w:rPr>
              <w:t>Dyrektor, nauczyciele WF, pielęgniarka</w:t>
            </w:r>
          </w:p>
        </w:tc>
        <w:tc>
          <w:tcPr>
            <w:tcW w:w="1360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260FA724" w14:textId="10C053F4" w:rsidR="00170580" w:rsidRPr="0080624C" w:rsidRDefault="00835DD5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4"/>
                <w:lang w:val="pl-PL"/>
              </w:rPr>
              <w:t>okresowo</w:t>
            </w:r>
          </w:p>
        </w:tc>
        <w:tc>
          <w:tcPr>
            <w:tcW w:w="2381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418BC581" w14:textId="77777777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4"/>
                <w:lang w:val="pl-PL"/>
              </w:rPr>
              <w:t>Raport i działania naprawcze</w:t>
            </w:r>
          </w:p>
        </w:tc>
      </w:tr>
      <w:tr w:rsidR="0080624C" w:rsidRPr="0080624C" w14:paraId="6E9E03F2" w14:textId="77777777" w:rsidTr="00835DD5">
        <w:trPr>
          <w:cantSplit/>
          <w:jc w:val="center"/>
        </w:trPr>
        <w:tc>
          <w:tcPr>
            <w:tcW w:w="396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5C09AE86" w14:textId="77777777" w:rsidR="00170580" w:rsidRPr="0080624C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4"/>
                <w:lang w:val="pl-PL"/>
              </w:rPr>
              <w:t>5</w:t>
            </w:r>
          </w:p>
        </w:tc>
        <w:tc>
          <w:tcPr>
            <w:tcW w:w="3969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7A7922A4" w14:textId="77777777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4"/>
                <w:lang w:val="pl-PL"/>
              </w:rPr>
              <w:t>Nauka pierwszej pomocy w formie praktycznej na każdym etapie edukacyjnym, we współpracy z ratownikami/służbami.</w:t>
            </w:r>
          </w:p>
        </w:tc>
        <w:tc>
          <w:tcPr>
            <w:tcW w:w="1701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1432F739" w14:textId="77777777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4"/>
                <w:lang w:val="pl-PL"/>
              </w:rPr>
              <w:t>Nauczyciele, partnerzy</w:t>
            </w:r>
          </w:p>
        </w:tc>
        <w:tc>
          <w:tcPr>
            <w:tcW w:w="1360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0243131D" w14:textId="77777777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4"/>
                <w:lang w:val="pl-PL"/>
              </w:rPr>
              <w:t>co najmniej raz w roku</w:t>
            </w:r>
          </w:p>
        </w:tc>
        <w:tc>
          <w:tcPr>
            <w:tcW w:w="2381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6240E4FF" w14:textId="77777777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4"/>
                <w:lang w:val="pl-PL"/>
              </w:rPr>
              <w:t>Ćwiczenia na fantomach / scenariusze</w:t>
            </w:r>
          </w:p>
        </w:tc>
      </w:tr>
      <w:tr w:rsidR="0080624C" w:rsidRPr="0080624C" w14:paraId="7591CCD3" w14:textId="77777777" w:rsidTr="00835DD5">
        <w:trPr>
          <w:cantSplit/>
          <w:jc w:val="center"/>
        </w:trPr>
        <w:tc>
          <w:tcPr>
            <w:tcW w:w="396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3F0A4EAE" w14:textId="77777777" w:rsidR="00170580" w:rsidRPr="0080624C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4"/>
                <w:lang w:val="pl-PL"/>
              </w:rPr>
              <w:t>6</w:t>
            </w:r>
          </w:p>
        </w:tc>
        <w:tc>
          <w:tcPr>
            <w:tcW w:w="3969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0979351E" w14:textId="77777777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4"/>
                <w:lang w:val="pl-PL"/>
              </w:rPr>
              <w:t>Edukacja żywieniowa, higiena, zdrowie jamy ustnej, sen, profilaktyka chorób, nawadnianie i zdrowie psychiczne.</w:t>
            </w:r>
          </w:p>
        </w:tc>
        <w:tc>
          <w:tcPr>
            <w:tcW w:w="1701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09F77374" w14:textId="77777777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4"/>
                <w:lang w:val="pl-PL"/>
              </w:rPr>
              <w:t>Nauczyciele, pielęgniarka</w:t>
            </w:r>
          </w:p>
        </w:tc>
        <w:tc>
          <w:tcPr>
            <w:tcW w:w="1360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7514DB6A" w14:textId="77777777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4"/>
                <w:lang w:val="pl-PL"/>
              </w:rPr>
              <w:t>cały rok</w:t>
            </w:r>
          </w:p>
        </w:tc>
        <w:tc>
          <w:tcPr>
            <w:tcW w:w="2381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3C326D24" w14:textId="77777777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4"/>
                <w:lang w:val="pl-PL"/>
              </w:rPr>
              <w:t>Projekty i doświadczenia</w:t>
            </w:r>
          </w:p>
        </w:tc>
      </w:tr>
      <w:tr w:rsidR="0080624C" w:rsidRPr="0080624C" w14:paraId="0025F648" w14:textId="77777777" w:rsidTr="00835DD5">
        <w:trPr>
          <w:cantSplit/>
          <w:jc w:val="center"/>
        </w:trPr>
        <w:tc>
          <w:tcPr>
            <w:tcW w:w="396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756BB72E" w14:textId="77777777" w:rsidR="00170580" w:rsidRPr="0080624C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4"/>
                <w:lang w:val="pl-PL"/>
              </w:rPr>
              <w:t>7</w:t>
            </w:r>
          </w:p>
        </w:tc>
        <w:tc>
          <w:tcPr>
            <w:tcW w:w="3969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405F5BB8" w14:textId="77777777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4"/>
                <w:lang w:val="pl-PL"/>
              </w:rPr>
              <w:t>Współpraca z rodzicami w celu rzetelnego wyjaśniania celów edukacji zdrowotnej i przeciwdziałania dezinformacji.</w:t>
            </w:r>
          </w:p>
        </w:tc>
        <w:tc>
          <w:tcPr>
            <w:tcW w:w="1701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254E6D00" w14:textId="77777777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4"/>
                <w:lang w:val="pl-PL"/>
              </w:rPr>
              <w:t>Dyrektor, nauczyciele</w:t>
            </w:r>
          </w:p>
        </w:tc>
        <w:tc>
          <w:tcPr>
            <w:tcW w:w="1360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4CB85398" w14:textId="77777777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4"/>
                <w:lang w:val="pl-PL"/>
              </w:rPr>
              <w:t>wrzesień i według potrzeb</w:t>
            </w:r>
          </w:p>
        </w:tc>
        <w:tc>
          <w:tcPr>
            <w:tcW w:w="2381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566BC9B5" w14:textId="77777777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4"/>
                <w:lang w:val="pl-PL"/>
              </w:rPr>
              <w:t>Materiały oparte na źródłach, spotkania</w:t>
            </w:r>
          </w:p>
        </w:tc>
      </w:tr>
      <w:tr w:rsidR="000406BE" w:rsidRPr="0080624C" w14:paraId="0E993AE1" w14:textId="77777777" w:rsidTr="00835DD5">
        <w:trPr>
          <w:cantSplit/>
          <w:jc w:val="center"/>
        </w:trPr>
        <w:tc>
          <w:tcPr>
            <w:tcW w:w="396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4B65CD3F" w14:textId="77777777" w:rsidR="00170580" w:rsidRPr="0080624C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4"/>
                <w:lang w:val="pl-PL"/>
              </w:rPr>
              <w:t>8</w:t>
            </w:r>
          </w:p>
        </w:tc>
        <w:tc>
          <w:tcPr>
            <w:tcW w:w="3969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1B7FC05C" w14:textId="77777777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4"/>
                <w:lang w:val="pl-PL"/>
              </w:rPr>
              <w:t>Monitorowanie dobrostanu uczniów i warunków higieny nauki: plan lekcji, obciążenie, hałas, odpoczynek i aktywność off-</w:t>
            </w:r>
            <w:proofErr w:type="spellStart"/>
            <w:r w:rsidRPr="0080624C">
              <w:rPr>
                <w:rFonts w:ascii="Times New Roman" w:hAnsi="Times New Roman" w:cs="Times New Roman"/>
                <w:sz w:val="14"/>
                <w:lang w:val="pl-PL"/>
              </w:rPr>
              <w:t>line</w:t>
            </w:r>
            <w:proofErr w:type="spellEnd"/>
            <w:r w:rsidRPr="0080624C">
              <w:rPr>
                <w:rFonts w:ascii="Times New Roman" w:hAnsi="Times New Roman" w:cs="Times New Roman"/>
                <w:sz w:val="14"/>
                <w:lang w:val="pl-PL"/>
              </w:rPr>
              <w:t>.</w:t>
            </w:r>
          </w:p>
        </w:tc>
        <w:tc>
          <w:tcPr>
            <w:tcW w:w="1701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0F033C74" w14:textId="77777777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4"/>
                <w:lang w:val="pl-PL"/>
              </w:rPr>
              <w:t>Dyrektor, zespół ds. zdrowia</w:t>
            </w:r>
          </w:p>
        </w:tc>
        <w:tc>
          <w:tcPr>
            <w:tcW w:w="1360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0A32D602" w14:textId="456B075E" w:rsidR="00170580" w:rsidRPr="0080624C" w:rsidRDefault="00835DD5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4"/>
                <w:lang w:val="pl-PL"/>
              </w:rPr>
              <w:t>okresowo</w:t>
            </w:r>
          </w:p>
        </w:tc>
        <w:tc>
          <w:tcPr>
            <w:tcW w:w="2381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5B48B01D" w14:textId="77777777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4"/>
                <w:lang w:val="pl-PL"/>
              </w:rPr>
              <w:t>Ankieta i plan korekt</w:t>
            </w:r>
          </w:p>
        </w:tc>
      </w:tr>
    </w:tbl>
    <w:p w14:paraId="27748442" w14:textId="77777777" w:rsidR="00170580" w:rsidRPr="0080624C" w:rsidRDefault="00170580">
      <w:pPr>
        <w:spacing w:after="0"/>
        <w:rPr>
          <w:rFonts w:ascii="Times New Roman" w:hAnsi="Times New Roman" w:cs="Times New Roman"/>
          <w:lang w:val="pl-PL"/>
        </w:rPr>
      </w:pPr>
    </w:p>
    <w:p w14:paraId="3C02AC7F" w14:textId="77777777" w:rsidR="00170580" w:rsidRPr="0080624C" w:rsidRDefault="00000000">
      <w:pPr>
        <w:pStyle w:val="Nagwek2"/>
        <w:rPr>
          <w:rFonts w:ascii="Times New Roman" w:hAnsi="Times New Roman" w:cs="Times New Roman"/>
          <w:color w:val="auto"/>
          <w:lang w:val="pl-PL"/>
        </w:rPr>
      </w:pPr>
      <w:r w:rsidRPr="0080624C">
        <w:rPr>
          <w:rFonts w:ascii="Times New Roman" w:hAnsi="Times New Roman" w:cs="Times New Roman"/>
          <w:color w:val="auto"/>
          <w:lang w:val="pl-PL"/>
        </w:rPr>
        <w:t>7. Higiena cyfrowa, AI, ZPE i edukacja medialna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6"/>
        <w:gridCol w:w="3969"/>
        <w:gridCol w:w="1701"/>
        <w:gridCol w:w="1360"/>
        <w:gridCol w:w="2381"/>
      </w:tblGrid>
      <w:tr w:rsidR="0080624C" w:rsidRPr="0080624C" w14:paraId="0363EAB1" w14:textId="77777777" w:rsidTr="000406BE">
        <w:trPr>
          <w:tblHeader/>
          <w:jc w:val="center"/>
        </w:trPr>
        <w:tc>
          <w:tcPr>
            <w:tcW w:w="396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4DA059C7" w14:textId="77777777" w:rsidR="00170580" w:rsidRPr="0080624C" w:rsidRDefault="00000000">
            <w:pPr>
              <w:jc w:val="center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b/>
                <w:sz w:val="14"/>
                <w:lang w:val="pl-PL"/>
              </w:rPr>
              <w:t>Lp.</w:t>
            </w:r>
          </w:p>
        </w:tc>
        <w:tc>
          <w:tcPr>
            <w:tcW w:w="3969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1BA118BD" w14:textId="77777777" w:rsidR="00170580" w:rsidRPr="0080624C" w:rsidRDefault="00000000">
            <w:pPr>
              <w:jc w:val="center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b/>
                <w:sz w:val="14"/>
                <w:lang w:val="pl-PL"/>
              </w:rPr>
              <w:t>Działanie</w:t>
            </w:r>
          </w:p>
        </w:tc>
        <w:tc>
          <w:tcPr>
            <w:tcW w:w="1701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0E3EBE4A" w14:textId="77777777" w:rsidR="00170580" w:rsidRPr="0080624C" w:rsidRDefault="00000000">
            <w:pPr>
              <w:jc w:val="center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b/>
                <w:sz w:val="14"/>
                <w:lang w:val="pl-PL"/>
              </w:rPr>
              <w:t>Odpowiedzialni</w:t>
            </w:r>
          </w:p>
        </w:tc>
        <w:tc>
          <w:tcPr>
            <w:tcW w:w="1360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1816D621" w14:textId="77777777" w:rsidR="00170580" w:rsidRPr="0080624C" w:rsidRDefault="00000000">
            <w:pPr>
              <w:jc w:val="center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b/>
                <w:sz w:val="14"/>
                <w:lang w:val="pl-PL"/>
              </w:rPr>
              <w:t>Termin</w:t>
            </w:r>
          </w:p>
        </w:tc>
        <w:tc>
          <w:tcPr>
            <w:tcW w:w="2381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3F218123" w14:textId="77777777" w:rsidR="00170580" w:rsidRPr="0080624C" w:rsidRDefault="00000000">
            <w:pPr>
              <w:jc w:val="center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b/>
                <w:sz w:val="14"/>
                <w:lang w:val="pl-PL"/>
              </w:rPr>
              <w:t>Wskaźnik</w:t>
            </w:r>
          </w:p>
        </w:tc>
      </w:tr>
      <w:tr w:rsidR="0080624C" w:rsidRPr="0080624C" w14:paraId="3C1E8CB8" w14:textId="77777777" w:rsidTr="000406BE">
        <w:trPr>
          <w:cantSplit/>
          <w:jc w:val="center"/>
        </w:trPr>
        <w:tc>
          <w:tcPr>
            <w:tcW w:w="396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2B2F4D03" w14:textId="77777777" w:rsidR="00170580" w:rsidRPr="0080624C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4"/>
                <w:lang w:val="pl-PL"/>
              </w:rPr>
              <w:t>1</w:t>
            </w:r>
          </w:p>
        </w:tc>
        <w:tc>
          <w:tcPr>
            <w:tcW w:w="3969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50AA3538" w14:textId="77777777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4"/>
                <w:lang w:val="pl-PL"/>
              </w:rPr>
              <w:t>Opracowanie szkolnych zasad odpowiedzialnego korzystania z AI przez uczniów i nauczycieli: jawność, weryfikacja, autorstwo, dane osobowe, zakazane zastosowania.</w:t>
            </w:r>
          </w:p>
        </w:tc>
        <w:tc>
          <w:tcPr>
            <w:tcW w:w="1701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2CC889F9" w14:textId="77777777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4"/>
                <w:lang w:val="pl-PL"/>
              </w:rPr>
              <w:t>Zespół ds. cyfrowych, dyrektor</w:t>
            </w:r>
          </w:p>
        </w:tc>
        <w:tc>
          <w:tcPr>
            <w:tcW w:w="1360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2461ED20" w14:textId="77777777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4"/>
                <w:lang w:val="pl-PL"/>
              </w:rPr>
              <w:t>do 31 października</w:t>
            </w:r>
          </w:p>
        </w:tc>
        <w:tc>
          <w:tcPr>
            <w:tcW w:w="2381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5BD2AC08" w14:textId="77777777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4"/>
                <w:lang w:val="pl-PL"/>
              </w:rPr>
              <w:t>Przyjęte rekomendacje i komunikacja</w:t>
            </w:r>
          </w:p>
        </w:tc>
      </w:tr>
      <w:tr w:rsidR="0080624C" w:rsidRPr="0080624C" w14:paraId="1B08FB7E" w14:textId="77777777" w:rsidTr="000406BE">
        <w:trPr>
          <w:cantSplit/>
          <w:jc w:val="center"/>
        </w:trPr>
        <w:tc>
          <w:tcPr>
            <w:tcW w:w="396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7B093233" w14:textId="77777777" w:rsidR="00170580" w:rsidRPr="0080624C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4"/>
                <w:lang w:val="pl-PL"/>
              </w:rPr>
              <w:t>2</w:t>
            </w:r>
          </w:p>
        </w:tc>
        <w:tc>
          <w:tcPr>
            <w:tcW w:w="3969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2AD7DA0C" w14:textId="77777777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4"/>
                <w:lang w:val="pl-PL"/>
              </w:rPr>
              <w:t xml:space="preserve">Cykliczne zajęcia o cyberprzemocy, </w:t>
            </w:r>
            <w:proofErr w:type="spellStart"/>
            <w:r w:rsidRPr="0080624C">
              <w:rPr>
                <w:rFonts w:ascii="Times New Roman" w:hAnsi="Times New Roman" w:cs="Times New Roman"/>
                <w:sz w:val="14"/>
                <w:lang w:val="pl-PL"/>
              </w:rPr>
              <w:t>phishingu</w:t>
            </w:r>
            <w:proofErr w:type="spellEnd"/>
            <w:r w:rsidRPr="0080624C">
              <w:rPr>
                <w:rFonts w:ascii="Times New Roman" w:hAnsi="Times New Roman" w:cs="Times New Roman"/>
                <w:sz w:val="14"/>
                <w:lang w:val="pl-PL"/>
              </w:rPr>
              <w:t xml:space="preserve">, </w:t>
            </w:r>
            <w:proofErr w:type="spellStart"/>
            <w:r w:rsidRPr="0080624C">
              <w:rPr>
                <w:rFonts w:ascii="Times New Roman" w:hAnsi="Times New Roman" w:cs="Times New Roman"/>
                <w:sz w:val="14"/>
                <w:lang w:val="pl-PL"/>
              </w:rPr>
              <w:t>deepfake</w:t>
            </w:r>
            <w:proofErr w:type="spellEnd"/>
            <w:r w:rsidRPr="0080624C">
              <w:rPr>
                <w:rFonts w:ascii="Times New Roman" w:hAnsi="Times New Roman" w:cs="Times New Roman"/>
                <w:sz w:val="14"/>
                <w:lang w:val="pl-PL"/>
              </w:rPr>
              <w:t>, kradzieży tożsamości, śladzie cyfrowym i prywatności.</w:t>
            </w:r>
          </w:p>
        </w:tc>
        <w:tc>
          <w:tcPr>
            <w:tcW w:w="1701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35D4BA3A" w14:textId="77777777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4"/>
                <w:lang w:val="pl-PL"/>
              </w:rPr>
              <w:t>Informatycy, wychowawcy, pedagog</w:t>
            </w:r>
          </w:p>
        </w:tc>
        <w:tc>
          <w:tcPr>
            <w:tcW w:w="1360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3CF921EE" w14:textId="77777777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4"/>
                <w:lang w:val="pl-PL"/>
              </w:rPr>
              <w:t>cały rok</w:t>
            </w:r>
          </w:p>
        </w:tc>
        <w:tc>
          <w:tcPr>
            <w:tcW w:w="2381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3C977FA7" w14:textId="77777777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4"/>
                <w:lang w:val="pl-PL"/>
              </w:rPr>
              <w:t>Każda klasa objęta cyklem</w:t>
            </w:r>
          </w:p>
        </w:tc>
      </w:tr>
      <w:tr w:rsidR="0080624C" w:rsidRPr="0080624C" w14:paraId="1B6BAF7E" w14:textId="77777777" w:rsidTr="000406BE">
        <w:trPr>
          <w:cantSplit/>
          <w:jc w:val="center"/>
        </w:trPr>
        <w:tc>
          <w:tcPr>
            <w:tcW w:w="396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42A4D1BD" w14:textId="77777777" w:rsidR="00170580" w:rsidRPr="0080624C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4"/>
                <w:lang w:val="pl-PL"/>
              </w:rPr>
              <w:t>3</w:t>
            </w:r>
          </w:p>
        </w:tc>
        <w:tc>
          <w:tcPr>
            <w:tcW w:w="3969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480F05A5" w14:textId="77777777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4"/>
                <w:lang w:val="pl-PL"/>
              </w:rPr>
              <w:t>Kształcenie krytycznej analizy informacji: źródło, dowody, intencja, manipulacja, rozpoznawanie treści generowanych.</w:t>
            </w:r>
          </w:p>
        </w:tc>
        <w:tc>
          <w:tcPr>
            <w:tcW w:w="1701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03585772" w14:textId="77777777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4"/>
                <w:lang w:val="pl-PL"/>
              </w:rPr>
              <w:t>Wszyscy nauczyciele</w:t>
            </w:r>
          </w:p>
        </w:tc>
        <w:tc>
          <w:tcPr>
            <w:tcW w:w="1360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6F1F7558" w14:textId="77777777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4"/>
                <w:lang w:val="pl-PL"/>
              </w:rPr>
              <w:t>cały rok</w:t>
            </w:r>
          </w:p>
        </w:tc>
        <w:tc>
          <w:tcPr>
            <w:tcW w:w="2381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24E5B55E" w14:textId="77777777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4"/>
                <w:lang w:val="pl-PL"/>
              </w:rPr>
              <w:t>Zadania na różnych przedmiotach</w:t>
            </w:r>
          </w:p>
        </w:tc>
      </w:tr>
      <w:tr w:rsidR="0080624C" w:rsidRPr="0080624C" w14:paraId="4AF9BDBC" w14:textId="77777777" w:rsidTr="000406BE">
        <w:trPr>
          <w:cantSplit/>
          <w:jc w:val="center"/>
        </w:trPr>
        <w:tc>
          <w:tcPr>
            <w:tcW w:w="396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0D382E2C" w14:textId="77777777" w:rsidR="00170580" w:rsidRPr="0080624C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4"/>
                <w:lang w:val="pl-PL"/>
              </w:rPr>
              <w:t>4</w:t>
            </w:r>
          </w:p>
        </w:tc>
        <w:tc>
          <w:tcPr>
            <w:tcW w:w="3969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3F5006B5" w14:textId="77777777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4"/>
                <w:lang w:val="pl-PL"/>
              </w:rPr>
              <w:t>Wykorzystanie ZPE w procesie dydaktycznym oraz dokumentowanie dobrych praktyk w zespołach.</w:t>
            </w:r>
          </w:p>
        </w:tc>
        <w:tc>
          <w:tcPr>
            <w:tcW w:w="1701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7C1E147C" w14:textId="77777777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4"/>
                <w:lang w:val="pl-PL"/>
              </w:rPr>
              <w:t>Nauczyciele</w:t>
            </w:r>
          </w:p>
        </w:tc>
        <w:tc>
          <w:tcPr>
            <w:tcW w:w="1360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2904C4DF" w14:textId="77777777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4"/>
                <w:lang w:val="pl-PL"/>
              </w:rPr>
              <w:t>cały rok</w:t>
            </w:r>
          </w:p>
        </w:tc>
        <w:tc>
          <w:tcPr>
            <w:tcW w:w="2381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3701612D" w14:textId="77777777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4"/>
                <w:lang w:val="pl-PL"/>
              </w:rPr>
              <w:t>Bank zasobów i przykłady lekcji</w:t>
            </w:r>
          </w:p>
        </w:tc>
      </w:tr>
      <w:tr w:rsidR="0080624C" w:rsidRPr="0080624C" w14:paraId="0100E9AB" w14:textId="77777777" w:rsidTr="000406BE">
        <w:trPr>
          <w:cantSplit/>
          <w:jc w:val="center"/>
        </w:trPr>
        <w:tc>
          <w:tcPr>
            <w:tcW w:w="396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69F0AC96" w14:textId="77777777" w:rsidR="00170580" w:rsidRPr="0080624C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4"/>
                <w:lang w:val="pl-PL"/>
              </w:rPr>
              <w:t>5</w:t>
            </w:r>
          </w:p>
        </w:tc>
        <w:tc>
          <w:tcPr>
            <w:tcW w:w="3969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5119E7C8" w14:textId="77777777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4"/>
                <w:lang w:val="pl-PL"/>
              </w:rPr>
              <w:t>Organizowanie aktywności off-</w:t>
            </w:r>
            <w:proofErr w:type="spellStart"/>
            <w:r w:rsidRPr="0080624C">
              <w:rPr>
                <w:rFonts w:ascii="Times New Roman" w:hAnsi="Times New Roman" w:cs="Times New Roman"/>
                <w:sz w:val="14"/>
                <w:lang w:val="pl-PL"/>
              </w:rPr>
              <w:t>line</w:t>
            </w:r>
            <w:proofErr w:type="spellEnd"/>
            <w:r w:rsidRPr="0080624C">
              <w:rPr>
                <w:rFonts w:ascii="Times New Roman" w:hAnsi="Times New Roman" w:cs="Times New Roman"/>
                <w:sz w:val="14"/>
                <w:lang w:val="pl-PL"/>
              </w:rPr>
              <w:t xml:space="preserve"> i równoważenie pracy ekranowej ruchem, relacją, doświadczeniem i pracą manualną.</w:t>
            </w:r>
          </w:p>
        </w:tc>
        <w:tc>
          <w:tcPr>
            <w:tcW w:w="1701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69DDD612" w14:textId="77777777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4"/>
                <w:lang w:val="pl-PL"/>
              </w:rPr>
              <w:t>Nauczyciele</w:t>
            </w:r>
          </w:p>
        </w:tc>
        <w:tc>
          <w:tcPr>
            <w:tcW w:w="1360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7E6A5863" w14:textId="77777777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4"/>
                <w:lang w:val="pl-PL"/>
              </w:rPr>
              <w:t>cały rok</w:t>
            </w:r>
          </w:p>
        </w:tc>
        <w:tc>
          <w:tcPr>
            <w:tcW w:w="2381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50CDC4BA" w14:textId="77777777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4"/>
                <w:lang w:val="pl-PL"/>
              </w:rPr>
              <w:t>Obserwacje i plany lekcji</w:t>
            </w:r>
          </w:p>
        </w:tc>
      </w:tr>
      <w:tr w:rsidR="0080624C" w:rsidRPr="0080624C" w14:paraId="70B44BD8" w14:textId="77777777" w:rsidTr="000406BE">
        <w:trPr>
          <w:cantSplit/>
          <w:jc w:val="center"/>
        </w:trPr>
        <w:tc>
          <w:tcPr>
            <w:tcW w:w="396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1B10ED49" w14:textId="77777777" w:rsidR="00170580" w:rsidRPr="0080624C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4"/>
                <w:lang w:val="pl-PL"/>
              </w:rPr>
              <w:t>6</w:t>
            </w:r>
          </w:p>
        </w:tc>
        <w:tc>
          <w:tcPr>
            <w:tcW w:w="3969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736BCAC8" w14:textId="77777777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4"/>
                <w:lang w:val="pl-PL"/>
              </w:rPr>
              <w:t>Szkolenie kadry z ochrony danych, praw autorskich, licencji, weryfikacji wyników AI i dostępności cyfrowej.</w:t>
            </w:r>
          </w:p>
        </w:tc>
        <w:tc>
          <w:tcPr>
            <w:tcW w:w="1701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094F4805" w14:textId="77777777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4"/>
                <w:lang w:val="pl-PL"/>
              </w:rPr>
              <w:t>Dyrektor / IOD / lider cyfrowy</w:t>
            </w:r>
          </w:p>
        </w:tc>
        <w:tc>
          <w:tcPr>
            <w:tcW w:w="1360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418A8C28" w14:textId="5D1E6E6B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4"/>
                <w:lang w:val="pl-PL"/>
              </w:rPr>
              <w:t xml:space="preserve">I </w:t>
            </w:r>
            <w:r w:rsidR="00E3574A" w:rsidRPr="0080624C">
              <w:rPr>
                <w:rFonts w:ascii="Times New Roman" w:hAnsi="Times New Roman" w:cs="Times New Roman"/>
                <w:sz w:val="14"/>
                <w:lang w:val="pl-PL"/>
              </w:rPr>
              <w:t>okres</w:t>
            </w:r>
          </w:p>
        </w:tc>
        <w:tc>
          <w:tcPr>
            <w:tcW w:w="2381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7B2FB80A" w14:textId="77777777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4"/>
                <w:lang w:val="pl-PL"/>
              </w:rPr>
              <w:t>Szkolenie i zadanie wdrożeniowe</w:t>
            </w:r>
          </w:p>
        </w:tc>
      </w:tr>
      <w:tr w:rsidR="0080624C" w:rsidRPr="0080624C" w14:paraId="410A7DB5" w14:textId="77777777" w:rsidTr="000406BE">
        <w:trPr>
          <w:cantSplit/>
          <w:jc w:val="center"/>
        </w:trPr>
        <w:tc>
          <w:tcPr>
            <w:tcW w:w="396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4FCE932E" w14:textId="77777777" w:rsidR="00170580" w:rsidRPr="0080624C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4"/>
                <w:lang w:val="pl-PL"/>
              </w:rPr>
              <w:t>7</w:t>
            </w:r>
          </w:p>
        </w:tc>
        <w:tc>
          <w:tcPr>
            <w:tcW w:w="3969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42F13356" w14:textId="77777777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4"/>
                <w:lang w:val="pl-PL"/>
              </w:rPr>
              <w:t>Wsparcie rodziców: zasady domowego korzystania z urządzeń, kontrola rodzicielska, reagowanie na przemoc i uzależnienie.</w:t>
            </w:r>
          </w:p>
        </w:tc>
        <w:tc>
          <w:tcPr>
            <w:tcW w:w="1701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3A4B4C19" w14:textId="77777777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4"/>
                <w:lang w:val="pl-PL"/>
              </w:rPr>
              <w:t>Pedagog, psycholog, nauczyciele</w:t>
            </w:r>
          </w:p>
        </w:tc>
        <w:tc>
          <w:tcPr>
            <w:tcW w:w="1360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75B33D76" w14:textId="7F558A6D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4"/>
                <w:lang w:val="pl-PL"/>
              </w:rPr>
              <w:t xml:space="preserve">I </w:t>
            </w:r>
            <w:proofErr w:type="spellStart"/>
            <w:r w:rsidRPr="0080624C">
              <w:rPr>
                <w:rFonts w:ascii="Times New Roman" w:hAnsi="Times New Roman" w:cs="Times New Roman"/>
                <w:sz w:val="14"/>
                <w:lang w:val="pl-PL"/>
              </w:rPr>
              <w:t>i</w:t>
            </w:r>
            <w:proofErr w:type="spellEnd"/>
            <w:r w:rsidRPr="0080624C">
              <w:rPr>
                <w:rFonts w:ascii="Times New Roman" w:hAnsi="Times New Roman" w:cs="Times New Roman"/>
                <w:sz w:val="14"/>
                <w:lang w:val="pl-PL"/>
              </w:rPr>
              <w:t xml:space="preserve"> II </w:t>
            </w:r>
            <w:r w:rsidR="004A08D2" w:rsidRPr="0080624C">
              <w:rPr>
                <w:rFonts w:ascii="Times New Roman" w:hAnsi="Times New Roman" w:cs="Times New Roman"/>
                <w:sz w:val="14"/>
                <w:lang w:val="pl-PL"/>
              </w:rPr>
              <w:t>okres</w:t>
            </w:r>
          </w:p>
        </w:tc>
        <w:tc>
          <w:tcPr>
            <w:tcW w:w="2381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7849C4A9" w14:textId="77777777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proofErr w:type="spellStart"/>
            <w:r w:rsidRPr="0080624C">
              <w:rPr>
                <w:rFonts w:ascii="Times New Roman" w:hAnsi="Times New Roman" w:cs="Times New Roman"/>
                <w:sz w:val="14"/>
                <w:lang w:val="pl-PL"/>
              </w:rPr>
              <w:t>Webinar</w:t>
            </w:r>
            <w:proofErr w:type="spellEnd"/>
            <w:r w:rsidRPr="0080624C">
              <w:rPr>
                <w:rFonts w:ascii="Times New Roman" w:hAnsi="Times New Roman" w:cs="Times New Roman"/>
                <w:sz w:val="14"/>
                <w:lang w:val="pl-PL"/>
              </w:rPr>
              <w:t>/spotkanie i materiały</w:t>
            </w:r>
          </w:p>
        </w:tc>
      </w:tr>
      <w:tr w:rsidR="000406BE" w:rsidRPr="0080624C" w14:paraId="32800E78" w14:textId="77777777" w:rsidTr="000406BE">
        <w:trPr>
          <w:cantSplit/>
          <w:jc w:val="center"/>
        </w:trPr>
        <w:tc>
          <w:tcPr>
            <w:tcW w:w="396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4A855B66" w14:textId="77777777" w:rsidR="00170580" w:rsidRPr="0080624C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4"/>
                <w:lang w:val="pl-PL"/>
              </w:rPr>
              <w:t>8</w:t>
            </w:r>
          </w:p>
        </w:tc>
        <w:tc>
          <w:tcPr>
            <w:tcW w:w="3969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79103F4D" w14:textId="77777777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4"/>
                <w:lang w:val="pl-PL"/>
              </w:rPr>
              <w:t>Przegląd zasad używania telefonów i urządzeń w statucie; egzekwowanie regulacji z poszanowaniem prawa i potrzeb uczniów.</w:t>
            </w:r>
          </w:p>
        </w:tc>
        <w:tc>
          <w:tcPr>
            <w:tcW w:w="1701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7F5978B6" w14:textId="77777777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4"/>
                <w:lang w:val="pl-PL"/>
              </w:rPr>
              <w:t>Dyrektor, RP, RR, SU</w:t>
            </w:r>
          </w:p>
        </w:tc>
        <w:tc>
          <w:tcPr>
            <w:tcW w:w="1360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2678D52E" w14:textId="77777777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4"/>
                <w:lang w:val="pl-PL"/>
              </w:rPr>
              <w:t>wrzesień–listopad</w:t>
            </w:r>
          </w:p>
        </w:tc>
        <w:tc>
          <w:tcPr>
            <w:tcW w:w="2381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04971151" w14:textId="77777777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4"/>
                <w:lang w:val="pl-PL"/>
              </w:rPr>
              <w:t>Spójne zapisy i informacja</w:t>
            </w:r>
          </w:p>
        </w:tc>
      </w:tr>
    </w:tbl>
    <w:p w14:paraId="75B7D45A" w14:textId="77777777" w:rsidR="00170580" w:rsidRPr="0080624C" w:rsidRDefault="00170580">
      <w:pPr>
        <w:spacing w:after="0"/>
        <w:rPr>
          <w:rFonts w:ascii="Times New Roman" w:hAnsi="Times New Roman" w:cs="Times New Roman"/>
          <w:lang w:val="pl-PL"/>
        </w:rPr>
      </w:pPr>
    </w:p>
    <w:p w14:paraId="285A7AD5" w14:textId="77777777" w:rsidR="00170580" w:rsidRPr="0080624C" w:rsidRDefault="00000000">
      <w:pPr>
        <w:pStyle w:val="Nagwek2"/>
        <w:rPr>
          <w:rFonts w:ascii="Times New Roman" w:hAnsi="Times New Roman" w:cs="Times New Roman"/>
          <w:color w:val="auto"/>
          <w:lang w:val="pl-PL"/>
        </w:rPr>
      </w:pPr>
      <w:r w:rsidRPr="0080624C">
        <w:rPr>
          <w:rFonts w:ascii="Times New Roman" w:hAnsi="Times New Roman" w:cs="Times New Roman"/>
          <w:color w:val="auto"/>
          <w:lang w:val="pl-PL"/>
        </w:rPr>
        <w:t>8. Pomoc psychologiczno-pedagogiczna, edukacja włączająca i uczniowie z doświadczeniem migracji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6"/>
        <w:gridCol w:w="3969"/>
        <w:gridCol w:w="1701"/>
        <w:gridCol w:w="1360"/>
        <w:gridCol w:w="2381"/>
      </w:tblGrid>
      <w:tr w:rsidR="0080624C" w:rsidRPr="0080624C" w14:paraId="041E3803" w14:textId="77777777" w:rsidTr="000406BE">
        <w:trPr>
          <w:tblHeader/>
          <w:jc w:val="center"/>
        </w:trPr>
        <w:tc>
          <w:tcPr>
            <w:tcW w:w="396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3226F3DA" w14:textId="77777777" w:rsidR="00170580" w:rsidRPr="0080624C" w:rsidRDefault="00000000">
            <w:pPr>
              <w:jc w:val="center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b/>
                <w:sz w:val="14"/>
                <w:lang w:val="pl-PL"/>
              </w:rPr>
              <w:t>Lp.</w:t>
            </w:r>
          </w:p>
        </w:tc>
        <w:tc>
          <w:tcPr>
            <w:tcW w:w="3969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1B65CE0F" w14:textId="77777777" w:rsidR="00170580" w:rsidRPr="0080624C" w:rsidRDefault="00000000">
            <w:pPr>
              <w:jc w:val="center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b/>
                <w:sz w:val="14"/>
                <w:lang w:val="pl-PL"/>
              </w:rPr>
              <w:t>Zadanie</w:t>
            </w:r>
          </w:p>
        </w:tc>
        <w:tc>
          <w:tcPr>
            <w:tcW w:w="1701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2B9EE373" w14:textId="77777777" w:rsidR="00170580" w:rsidRPr="0080624C" w:rsidRDefault="00000000">
            <w:pPr>
              <w:jc w:val="center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b/>
                <w:sz w:val="14"/>
                <w:lang w:val="pl-PL"/>
              </w:rPr>
              <w:t>Odpowiedzialni</w:t>
            </w:r>
          </w:p>
        </w:tc>
        <w:tc>
          <w:tcPr>
            <w:tcW w:w="1360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09888FFE" w14:textId="77777777" w:rsidR="00170580" w:rsidRPr="0080624C" w:rsidRDefault="00000000">
            <w:pPr>
              <w:jc w:val="center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b/>
                <w:sz w:val="14"/>
                <w:lang w:val="pl-PL"/>
              </w:rPr>
              <w:t>Termin</w:t>
            </w:r>
          </w:p>
        </w:tc>
        <w:tc>
          <w:tcPr>
            <w:tcW w:w="2381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5708B540" w14:textId="77777777" w:rsidR="00170580" w:rsidRPr="0080624C" w:rsidRDefault="00000000">
            <w:pPr>
              <w:jc w:val="center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b/>
                <w:sz w:val="14"/>
                <w:lang w:val="pl-PL"/>
              </w:rPr>
              <w:t>Dowód / rezultat</w:t>
            </w:r>
          </w:p>
        </w:tc>
      </w:tr>
      <w:tr w:rsidR="0080624C" w:rsidRPr="0080624C" w14:paraId="70D2E8B1" w14:textId="77777777" w:rsidTr="000406BE">
        <w:trPr>
          <w:cantSplit/>
          <w:jc w:val="center"/>
        </w:trPr>
        <w:tc>
          <w:tcPr>
            <w:tcW w:w="396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165783D0" w14:textId="77777777" w:rsidR="00170580" w:rsidRPr="0080624C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4"/>
                <w:lang w:val="pl-PL"/>
              </w:rPr>
              <w:t>1</w:t>
            </w:r>
          </w:p>
        </w:tc>
        <w:tc>
          <w:tcPr>
            <w:tcW w:w="3969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3668894C" w14:textId="77777777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4"/>
                <w:lang w:val="pl-PL"/>
              </w:rPr>
              <w:t>Rozpoznanie indywidualnych potrzeb i możliwości uczniów z wykorzystaniem diagnozy funkcjonalnej i informacji od rodziców.</w:t>
            </w:r>
          </w:p>
        </w:tc>
        <w:tc>
          <w:tcPr>
            <w:tcW w:w="1701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6367EE11" w14:textId="77777777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4"/>
                <w:lang w:val="pl-PL"/>
              </w:rPr>
              <w:t>Nauczyciele, specjaliści</w:t>
            </w:r>
          </w:p>
        </w:tc>
        <w:tc>
          <w:tcPr>
            <w:tcW w:w="1360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2524EAA1" w14:textId="77777777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4"/>
                <w:lang w:val="pl-PL"/>
              </w:rPr>
              <w:t>od września; na bieżąco</w:t>
            </w:r>
          </w:p>
        </w:tc>
        <w:tc>
          <w:tcPr>
            <w:tcW w:w="2381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1449DDE9" w14:textId="77777777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4"/>
                <w:lang w:val="pl-PL"/>
              </w:rPr>
              <w:t>Wnioski i plan wsparcia</w:t>
            </w:r>
          </w:p>
        </w:tc>
      </w:tr>
      <w:tr w:rsidR="0080624C" w:rsidRPr="0080624C" w14:paraId="72A464E2" w14:textId="77777777" w:rsidTr="000406BE">
        <w:trPr>
          <w:cantSplit/>
          <w:jc w:val="center"/>
        </w:trPr>
        <w:tc>
          <w:tcPr>
            <w:tcW w:w="396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6635BF37" w14:textId="77777777" w:rsidR="00170580" w:rsidRPr="0080624C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4"/>
                <w:lang w:val="pl-PL"/>
              </w:rPr>
              <w:lastRenderedPageBreak/>
              <w:t>2</w:t>
            </w:r>
          </w:p>
        </w:tc>
        <w:tc>
          <w:tcPr>
            <w:tcW w:w="3969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36F596FE" w14:textId="77777777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4"/>
                <w:lang w:val="pl-PL"/>
              </w:rPr>
              <w:t>Zapewnienie udziału wszystkich nauczycieli pracujących z uczniem w zespołach IPET/WOPFU; w razie nieobecności – pisemny wkład merytoryczny.</w:t>
            </w:r>
          </w:p>
        </w:tc>
        <w:tc>
          <w:tcPr>
            <w:tcW w:w="1701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06AE6B57" w14:textId="77777777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4"/>
                <w:lang w:val="pl-PL"/>
              </w:rPr>
              <w:t>Dyrektor, pedagog specjalny</w:t>
            </w:r>
          </w:p>
        </w:tc>
        <w:tc>
          <w:tcPr>
            <w:tcW w:w="1360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6C588CA5" w14:textId="77777777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4"/>
                <w:lang w:val="pl-PL"/>
              </w:rPr>
              <w:t>cały rok</w:t>
            </w:r>
          </w:p>
        </w:tc>
        <w:tc>
          <w:tcPr>
            <w:tcW w:w="2381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1C187DF2" w14:textId="77777777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4"/>
                <w:lang w:val="pl-PL"/>
              </w:rPr>
              <w:t>Listy obecności, protokoły</w:t>
            </w:r>
          </w:p>
        </w:tc>
      </w:tr>
      <w:tr w:rsidR="0080624C" w:rsidRPr="0080624C" w14:paraId="72D13DCC" w14:textId="77777777" w:rsidTr="000406BE">
        <w:trPr>
          <w:cantSplit/>
          <w:jc w:val="center"/>
        </w:trPr>
        <w:tc>
          <w:tcPr>
            <w:tcW w:w="396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27BF263E" w14:textId="77777777" w:rsidR="00170580" w:rsidRPr="0080624C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4"/>
                <w:lang w:val="pl-PL"/>
              </w:rPr>
              <w:t>3</w:t>
            </w:r>
          </w:p>
        </w:tc>
        <w:tc>
          <w:tcPr>
            <w:tcW w:w="3969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6B2AE0FA" w14:textId="77777777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4"/>
                <w:lang w:val="pl-PL"/>
              </w:rPr>
              <w:t>Wprowadzenie karty okresowej oceny skuteczności PPP: cel, działanie, efekt, trudność i decyzja o modyfikacji.</w:t>
            </w:r>
          </w:p>
        </w:tc>
        <w:tc>
          <w:tcPr>
            <w:tcW w:w="1701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6705C975" w14:textId="77777777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4"/>
                <w:lang w:val="pl-PL"/>
              </w:rPr>
              <w:t>Specjaliści, wychowawcy</w:t>
            </w:r>
          </w:p>
        </w:tc>
        <w:tc>
          <w:tcPr>
            <w:tcW w:w="1360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640E8A68" w14:textId="77777777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4"/>
                <w:lang w:val="pl-PL"/>
              </w:rPr>
              <w:t>co najmniej 2 razy w roku</w:t>
            </w:r>
          </w:p>
        </w:tc>
        <w:tc>
          <w:tcPr>
            <w:tcW w:w="2381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1CE0B01E" w14:textId="77777777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4"/>
                <w:lang w:val="pl-PL"/>
              </w:rPr>
              <w:t>Karty skuteczności</w:t>
            </w:r>
          </w:p>
        </w:tc>
      </w:tr>
      <w:tr w:rsidR="0080624C" w:rsidRPr="0080624C" w14:paraId="21B81C27" w14:textId="77777777" w:rsidTr="000406BE">
        <w:trPr>
          <w:cantSplit/>
          <w:jc w:val="center"/>
        </w:trPr>
        <w:tc>
          <w:tcPr>
            <w:tcW w:w="396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603C9F36" w14:textId="77777777" w:rsidR="00170580" w:rsidRPr="0080624C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4"/>
                <w:lang w:val="pl-PL"/>
              </w:rPr>
              <w:t>4</w:t>
            </w:r>
          </w:p>
        </w:tc>
        <w:tc>
          <w:tcPr>
            <w:tcW w:w="3969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10B4CE3C" w14:textId="77777777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4"/>
                <w:lang w:val="pl-PL"/>
              </w:rPr>
              <w:t>Kontrola realnego dostosowania wymagań, metod i oceniania, a nie tylko formalnego zapisu.</w:t>
            </w:r>
          </w:p>
        </w:tc>
        <w:tc>
          <w:tcPr>
            <w:tcW w:w="1701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035891B1" w14:textId="77777777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4"/>
                <w:lang w:val="pl-PL"/>
              </w:rPr>
              <w:t>Dyrektor, wicedyrektor</w:t>
            </w:r>
          </w:p>
        </w:tc>
        <w:tc>
          <w:tcPr>
            <w:tcW w:w="1360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77D9E81F" w14:textId="77777777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4"/>
                <w:lang w:val="pl-PL"/>
              </w:rPr>
              <w:t>według planu nadzoru</w:t>
            </w:r>
          </w:p>
        </w:tc>
        <w:tc>
          <w:tcPr>
            <w:tcW w:w="2381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7DAAEFA2" w14:textId="77777777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4"/>
                <w:lang w:val="pl-PL"/>
              </w:rPr>
              <w:t>Obserwacje, analiza prac</w:t>
            </w:r>
          </w:p>
        </w:tc>
      </w:tr>
      <w:tr w:rsidR="0080624C" w:rsidRPr="0080624C" w14:paraId="7DA2070E" w14:textId="77777777" w:rsidTr="000406BE">
        <w:trPr>
          <w:cantSplit/>
          <w:jc w:val="center"/>
        </w:trPr>
        <w:tc>
          <w:tcPr>
            <w:tcW w:w="396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2F1CD937" w14:textId="77777777" w:rsidR="00170580" w:rsidRPr="0080624C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4"/>
                <w:lang w:val="pl-PL"/>
              </w:rPr>
              <w:t>5</w:t>
            </w:r>
          </w:p>
        </w:tc>
        <w:tc>
          <w:tcPr>
            <w:tcW w:w="3969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00C5CCAE" w14:textId="77777777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4"/>
                <w:lang w:val="pl-PL"/>
              </w:rPr>
              <w:t>Współpraca z rodzicami oparta na konkretach: mocne strony, potrzeby, uzgodnione działania i termin sprawdzenia.</w:t>
            </w:r>
          </w:p>
        </w:tc>
        <w:tc>
          <w:tcPr>
            <w:tcW w:w="1701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3F49DD71" w14:textId="77777777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4"/>
                <w:lang w:val="pl-PL"/>
              </w:rPr>
              <w:t>Wychowawcy, specjaliści</w:t>
            </w:r>
          </w:p>
        </w:tc>
        <w:tc>
          <w:tcPr>
            <w:tcW w:w="1360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0FC114AB" w14:textId="77777777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4"/>
                <w:lang w:val="pl-PL"/>
              </w:rPr>
              <w:t>cały rok</w:t>
            </w:r>
          </w:p>
        </w:tc>
        <w:tc>
          <w:tcPr>
            <w:tcW w:w="2381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7D42902D" w14:textId="77777777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4"/>
                <w:lang w:val="pl-PL"/>
              </w:rPr>
              <w:t>Notatki ze spotkań</w:t>
            </w:r>
          </w:p>
        </w:tc>
      </w:tr>
      <w:tr w:rsidR="0080624C" w:rsidRPr="0080624C" w14:paraId="42A60ED8" w14:textId="77777777" w:rsidTr="000406BE">
        <w:trPr>
          <w:cantSplit/>
          <w:jc w:val="center"/>
        </w:trPr>
        <w:tc>
          <w:tcPr>
            <w:tcW w:w="396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4BF595E7" w14:textId="77777777" w:rsidR="00170580" w:rsidRPr="0080624C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4"/>
                <w:lang w:val="pl-PL"/>
              </w:rPr>
              <w:t>6</w:t>
            </w:r>
          </w:p>
        </w:tc>
        <w:tc>
          <w:tcPr>
            <w:tcW w:w="3969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27849576" w14:textId="77777777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4"/>
                <w:lang w:val="pl-PL"/>
              </w:rPr>
              <w:t>Wsparcie uczniów z doświadczeniem migracji: język polski, adaptacja, asystent międzykulturowy, komunikacja z rodziną i monitorowanie postępów.</w:t>
            </w:r>
          </w:p>
        </w:tc>
        <w:tc>
          <w:tcPr>
            <w:tcW w:w="1701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2466A1D7" w14:textId="77777777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4"/>
                <w:lang w:val="pl-PL"/>
              </w:rPr>
              <w:t>Dyrektor, nauczyciele, asystent</w:t>
            </w:r>
          </w:p>
        </w:tc>
        <w:tc>
          <w:tcPr>
            <w:tcW w:w="1360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105B8402" w14:textId="77777777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4"/>
                <w:lang w:val="pl-PL"/>
              </w:rPr>
              <w:t>cały rok</w:t>
            </w:r>
          </w:p>
        </w:tc>
        <w:tc>
          <w:tcPr>
            <w:tcW w:w="2381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21E3FE78" w14:textId="77777777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4"/>
                <w:lang w:val="pl-PL"/>
              </w:rPr>
              <w:t>Karta postępów językowych i edukacyjnych</w:t>
            </w:r>
          </w:p>
        </w:tc>
      </w:tr>
      <w:tr w:rsidR="0080624C" w:rsidRPr="0080624C" w14:paraId="16AF1C58" w14:textId="77777777" w:rsidTr="000406BE">
        <w:trPr>
          <w:cantSplit/>
          <w:jc w:val="center"/>
        </w:trPr>
        <w:tc>
          <w:tcPr>
            <w:tcW w:w="396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779458B8" w14:textId="77777777" w:rsidR="00170580" w:rsidRPr="0080624C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4"/>
                <w:lang w:val="pl-PL"/>
              </w:rPr>
              <w:t>7</w:t>
            </w:r>
          </w:p>
        </w:tc>
        <w:tc>
          <w:tcPr>
            <w:tcW w:w="3969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111C8C66" w14:textId="77777777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4"/>
                <w:lang w:val="pl-PL"/>
              </w:rPr>
              <w:t>Dostosowanie działań profilaktycznych i cyfrowych do potrzeb uczniów ze SPE oraz zapewnienie dostępności materiałów.</w:t>
            </w:r>
          </w:p>
        </w:tc>
        <w:tc>
          <w:tcPr>
            <w:tcW w:w="1701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0F42DAC8" w14:textId="77777777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4"/>
                <w:lang w:val="pl-PL"/>
              </w:rPr>
              <w:t>Wszyscy nauczyciele</w:t>
            </w:r>
          </w:p>
        </w:tc>
        <w:tc>
          <w:tcPr>
            <w:tcW w:w="1360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12CFE734" w14:textId="77777777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4"/>
                <w:lang w:val="pl-PL"/>
              </w:rPr>
              <w:t>cały rok</w:t>
            </w:r>
          </w:p>
        </w:tc>
        <w:tc>
          <w:tcPr>
            <w:tcW w:w="2381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4CE56060" w14:textId="77777777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4"/>
                <w:lang w:val="pl-PL"/>
              </w:rPr>
              <w:t>Materiały dostępne, ankieta uczniów</w:t>
            </w:r>
          </w:p>
        </w:tc>
      </w:tr>
      <w:tr w:rsidR="000406BE" w:rsidRPr="0080624C" w14:paraId="01ECC559" w14:textId="77777777" w:rsidTr="000406BE">
        <w:trPr>
          <w:cantSplit/>
          <w:jc w:val="center"/>
        </w:trPr>
        <w:tc>
          <w:tcPr>
            <w:tcW w:w="396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56DF0ACC" w14:textId="77777777" w:rsidR="00170580" w:rsidRPr="0080624C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4"/>
                <w:lang w:val="pl-PL"/>
              </w:rPr>
              <w:t>8</w:t>
            </w:r>
          </w:p>
        </w:tc>
        <w:tc>
          <w:tcPr>
            <w:tcW w:w="3969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45AE221B" w14:textId="77777777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4"/>
                <w:lang w:val="pl-PL"/>
              </w:rPr>
              <w:t>Wsparcie uczniów w kryzysie psychicznym zgodnie z procedurą, z szybką współpracą z rodzicami i instytucjami.</w:t>
            </w:r>
          </w:p>
        </w:tc>
        <w:tc>
          <w:tcPr>
            <w:tcW w:w="1701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445F3229" w14:textId="77777777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4"/>
                <w:lang w:val="pl-PL"/>
              </w:rPr>
              <w:t>Dyrektor, psycholog, pedagog</w:t>
            </w:r>
          </w:p>
        </w:tc>
        <w:tc>
          <w:tcPr>
            <w:tcW w:w="1360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13142C42" w14:textId="77777777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4"/>
                <w:lang w:val="pl-PL"/>
              </w:rPr>
              <w:t>na bieżąco</w:t>
            </w:r>
          </w:p>
        </w:tc>
        <w:tc>
          <w:tcPr>
            <w:tcW w:w="2381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07F29FE5" w14:textId="77777777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4"/>
                <w:lang w:val="pl-PL"/>
              </w:rPr>
              <w:t>Dokumentacja interwencji i plan pomocy</w:t>
            </w:r>
          </w:p>
        </w:tc>
      </w:tr>
    </w:tbl>
    <w:p w14:paraId="735BA0CD" w14:textId="77777777" w:rsidR="00170580" w:rsidRPr="0080624C" w:rsidRDefault="00170580">
      <w:pPr>
        <w:spacing w:after="0"/>
        <w:rPr>
          <w:rFonts w:ascii="Times New Roman" w:hAnsi="Times New Roman" w:cs="Times New Roman"/>
          <w:lang w:val="pl-PL"/>
        </w:rPr>
      </w:pPr>
    </w:p>
    <w:p w14:paraId="1D34BE88" w14:textId="77777777" w:rsidR="00170580" w:rsidRPr="0080624C" w:rsidRDefault="00000000">
      <w:pPr>
        <w:pStyle w:val="Nagwek2"/>
        <w:rPr>
          <w:rFonts w:ascii="Times New Roman" w:hAnsi="Times New Roman" w:cs="Times New Roman"/>
          <w:color w:val="auto"/>
          <w:lang w:val="pl-PL"/>
        </w:rPr>
      </w:pPr>
      <w:r w:rsidRPr="0080624C">
        <w:rPr>
          <w:rFonts w:ascii="Times New Roman" w:hAnsi="Times New Roman" w:cs="Times New Roman"/>
          <w:color w:val="auto"/>
          <w:lang w:val="pl-PL"/>
        </w:rPr>
        <w:t>9. Doradztwo zawodowe i współpraca ze środowiskiem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6"/>
        <w:gridCol w:w="3969"/>
        <w:gridCol w:w="1701"/>
        <w:gridCol w:w="1360"/>
        <w:gridCol w:w="2381"/>
      </w:tblGrid>
      <w:tr w:rsidR="0080624C" w:rsidRPr="0080624C" w14:paraId="21EEB450" w14:textId="77777777" w:rsidTr="000406BE">
        <w:trPr>
          <w:tblHeader/>
          <w:jc w:val="center"/>
        </w:trPr>
        <w:tc>
          <w:tcPr>
            <w:tcW w:w="396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0B7E1ABC" w14:textId="77777777" w:rsidR="00170580" w:rsidRPr="0080624C" w:rsidRDefault="00000000">
            <w:pPr>
              <w:jc w:val="center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b/>
                <w:sz w:val="14"/>
                <w:lang w:val="pl-PL"/>
              </w:rPr>
              <w:t>Lp.</w:t>
            </w:r>
          </w:p>
        </w:tc>
        <w:tc>
          <w:tcPr>
            <w:tcW w:w="3969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7FD46207" w14:textId="77777777" w:rsidR="00170580" w:rsidRPr="0080624C" w:rsidRDefault="00000000">
            <w:pPr>
              <w:jc w:val="center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b/>
                <w:sz w:val="14"/>
                <w:lang w:val="pl-PL"/>
              </w:rPr>
              <w:t>Działanie</w:t>
            </w:r>
          </w:p>
        </w:tc>
        <w:tc>
          <w:tcPr>
            <w:tcW w:w="1701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11C1AE8A" w14:textId="77777777" w:rsidR="00170580" w:rsidRPr="0080624C" w:rsidRDefault="00000000">
            <w:pPr>
              <w:jc w:val="center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b/>
                <w:sz w:val="14"/>
                <w:lang w:val="pl-PL"/>
              </w:rPr>
              <w:t>Odpowiedzialni</w:t>
            </w:r>
          </w:p>
        </w:tc>
        <w:tc>
          <w:tcPr>
            <w:tcW w:w="1360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4E51B1AF" w14:textId="77777777" w:rsidR="00170580" w:rsidRPr="0080624C" w:rsidRDefault="00000000">
            <w:pPr>
              <w:jc w:val="center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b/>
                <w:sz w:val="14"/>
                <w:lang w:val="pl-PL"/>
              </w:rPr>
              <w:t>Termin</w:t>
            </w:r>
          </w:p>
        </w:tc>
        <w:tc>
          <w:tcPr>
            <w:tcW w:w="2381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2F1A6057" w14:textId="77777777" w:rsidR="00170580" w:rsidRPr="0080624C" w:rsidRDefault="00000000">
            <w:pPr>
              <w:jc w:val="center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b/>
                <w:sz w:val="14"/>
                <w:lang w:val="pl-PL"/>
              </w:rPr>
              <w:t>Rezultat</w:t>
            </w:r>
          </w:p>
        </w:tc>
      </w:tr>
      <w:tr w:rsidR="0080624C" w:rsidRPr="0080624C" w14:paraId="3ECB1F2E" w14:textId="77777777" w:rsidTr="000406BE">
        <w:trPr>
          <w:cantSplit/>
          <w:jc w:val="center"/>
        </w:trPr>
        <w:tc>
          <w:tcPr>
            <w:tcW w:w="396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5D881835" w14:textId="77777777" w:rsidR="00170580" w:rsidRPr="0080624C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4"/>
                <w:lang w:val="pl-PL"/>
              </w:rPr>
              <w:t>1</w:t>
            </w:r>
          </w:p>
        </w:tc>
        <w:tc>
          <w:tcPr>
            <w:tcW w:w="3969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49159D78" w14:textId="77777777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4"/>
                <w:lang w:val="pl-PL"/>
              </w:rPr>
              <w:t>Opracowanie programu realizacji doradztwa zawodowego na podstawie diagnozy potrzeb uczniów.</w:t>
            </w:r>
          </w:p>
        </w:tc>
        <w:tc>
          <w:tcPr>
            <w:tcW w:w="1701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5D46D3DE" w14:textId="77777777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4"/>
                <w:lang w:val="pl-PL"/>
              </w:rPr>
              <w:t>Doradca zawodowy, dyrektor</w:t>
            </w:r>
          </w:p>
        </w:tc>
        <w:tc>
          <w:tcPr>
            <w:tcW w:w="1360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013ACC3C" w14:textId="77777777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4"/>
                <w:lang w:val="pl-PL"/>
              </w:rPr>
              <w:t>do 30 września</w:t>
            </w:r>
          </w:p>
        </w:tc>
        <w:tc>
          <w:tcPr>
            <w:tcW w:w="2381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47B9D271" w14:textId="77777777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4"/>
                <w:lang w:val="pl-PL"/>
              </w:rPr>
              <w:t>Program i harmonogram</w:t>
            </w:r>
          </w:p>
        </w:tc>
      </w:tr>
      <w:tr w:rsidR="0080624C" w:rsidRPr="0080624C" w14:paraId="6BDE369A" w14:textId="77777777" w:rsidTr="000406BE">
        <w:trPr>
          <w:cantSplit/>
          <w:jc w:val="center"/>
        </w:trPr>
        <w:tc>
          <w:tcPr>
            <w:tcW w:w="396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1177FCC2" w14:textId="77777777" w:rsidR="00170580" w:rsidRPr="0080624C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4"/>
                <w:lang w:val="pl-PL"/>
              </w:rPr>
              <w:t>2</w:t>
            </w:r>
          </w:p>
        </w:tc>
        <w:tc>
          <w:tcPr>
            <w:tcW w:w="3969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4328582C" w14:textId="77777777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4"/>
                <w:lang w:val="pl-PL"/>
              </w:rPr>
              <w:t>Pełna realizacja zajęć w klasach VII–VIII i orientacji zawodowej w klasach I–VI.</w:t>
            </w:r>
          </w:p>
        </w:tc>
        <w:tc>
          <w:tcPr>
            <w:tcW w:w="1701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7DCB6493" w14:textId="77777777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4"/>
                <w:lang w:val="pl-PL"/>
              </w:rPr>
              <w:t>Doradca, wychowawcy, nauczyciele</w:t>
            </w:r>
          </w:p>
        </w:tc>
        <w:tc>
          <w:tcPr>
            <w:tcW w:w="1360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7EDE5E60" w14:textId="77777777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4"/>
                <w:lang w:val="pl-PL"/>
              </w:rPr>
              <w:t>cały rok</w:t>
            </w:r>
          </w:p>
        </w:tc>
        <w:tc>
          <w:tcPr>
            <w:tcW w:w="2381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33D77632" w14:textId="77777777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4"/>
                <w:lang w:val="pl-PL"/>
              </w:rPr>
              <w:t>Dzienniki i portfolio uczniów</w:t>
            </w:r>
          </w:p>
        </w:tc>
      </w:tr>
      <w:tr w:rsidR="0080624C" w:rsidRPr="0080624C" w14:paraId="00D3CE53" w14:textId="77777777" w:rsidTr="000406BE">
        <w:trPr>
          <w:cantSplit/>
          <w:jc w:val="center"/>
        </w:trPr>
        <w:tc>
          <w:tcPr>
            <w:tcW w:w="396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46E19500" w14:textId="77777777" w:rsidR="00170580" w:rsidRPr="0080624C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4"/>
                <w:lang w:val="pl-PL"/>
              </w:rPr>
              <w:t>3</w:t>
            </w:r>
          </w:p>
        </w:tc>
        <w:tc>
          <w:tcPr>
            <w:tcW w:w="3969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571DFFEF" w14:textId="77777777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4"/>
                <w:lang w:val="pl-PL"/>
              </w:rPr>
              <w:t>Spotkania ze szkołami ponadpodstawowymi, pracodawcami, przedstawicielami zawodów i absolwentami.</w:t>
            </w:r>
          </w:p>
        </w:tc>
        <w:tc>
          <w:tcPr>
            <w:tcW w:w="1701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34F052FC" w14:textId="77777777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4"/>
                <w:lang w:val="pl-PL"/>
              </w:rPr>
              <w:t>Doradca, wychowawcy</w:t>
            </w:r>
          </w:p>
        </w:tc>
        <w:tc>
          <w:tcPr>
            <w:tcW w:w="1360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02AC5B40" w14:textId="77777777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4"/>
                <w:lang w:val="pl-PL"/>
              </w:rPr>
              <w:t>październik–kwiecień</w:t>
            </w:r>
          </w:p>
        </w:tc>
        <w:tc>
          <w:tcPr>
            <w:tcW w:w="2381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29356797" w14:textId="77777777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4"/>
                <w:lang w:val="pl-PL"/>
              </w:rPr>
              <w:t>Minimum 3 działania</w:t>
            </w:r>
          </w:p>
        </w:tc>
      </w:tr>
      <w:tr w:rsidR="0080624C" w:rsidRPr="0080624C" w14:paraId="629311BD" w14:textId="77777777" w:rsidTr="000406BE">
        <w:trPr>
          <w:cantSplit/>
          <w:jc w:val="center"/>
        </w:trPr>
        <w:tc>
          <w:tcPr>
            <w:tcW w:w="396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589EEEB0" w14:textId="77777777" w:rsidR="00170580" w:rsidRPr="0080624C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4"/>
                <w:lang w:val="pl-PL"/>
              </w:rPr>
              <w:t>4</w:t>
            </w:r>
          </w:p>
        </w:tc>
        <w:tc>
          <w:tcPr>
            <w:tcW w:w="3969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6437BA0A" w14:textId="77777777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4"/>
                <w:lang w:val="pl-PL"/>
              </w:rPr>
              <w:t>Indywidualne konsultacje uczniów klas VIII i rodziców dotyczące wyboru dalszej ścieżki.</w:t>
            </w:r>
          </w:p>
        </w:tc>
        <w:tc>
          <w:tcPr>
            <w:tcW w:w="1701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48E910B6" w14:textId="77777777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4"/>
                <w:lang w:val="pl-PL"/>
              </w:rPr>
              <w:t>Doradca zawodowy</w:t>
            </w:r>
          </w:p>
        </w:tc>
        <w:tc>
          <w:tcPr>
            <w:tcW w:w="1360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3032F25B" w14:textId="77777777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4"/>
                <w:lang w:val="pl-PL"/>
              </w:rPr>
              <w:t>styczeń–maj</w:t>
            </w:r>
          </w:p>
        </w:tc>
        <w:tc>
          <w:tcPr>
            <w:tcW w:w="2381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2D88578A" w14:textId="77777777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4"/>
                <w:lang w:val="pl-PL"/>
              </w:rPr>
              <w:t>Karty konsultacji</w:t>
            </w:r>
          </w:p>
        </w:tc>
      </w:tr>
      <w:tr w:rsidR="0080624C" w:rsidRPr="0080624C" w14:paraId="5B541F09" w14:textId="77777777" w:rsidTr="000406BE">
        <w:trPr>
          <w:cantSplit/>
          <w:jc w:val="center"/>
        </w:trPr>
        <w:tc>
          <w:tcPr>
            <w:tcW w:w="396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3F1C59E0" w14:textId="77777777" w:rsidR="00170580" w:rsidRPr="0080624C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4"/>
                <w:lang w:val="pl-PL"/>
              </w:rPr>
              <w:t>5</w:t>
            </w:r>
          </w:p>
        </w:tc>
        <w:tc>
          <w:tcPr>
            <w:tcW w:w="3969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3DB0B487" w14:textId="77777777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4"/>
                <w:lang w:val="pl-PL"/>
              </w:rPr>
              <w:t>Łączenie rozwoju talentów, konkursów i projektów z refleksją o kompetencjach i przyszłych rolach zawodowych.</w:t>
            </w:r>
          </w:p>
        </w:tc>
        <w:tc>
          <w:tcPr>
            <w:tcW w:w="1701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3F0A63D4" w14:textId="77777777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4"/>
                <w:lang w:val="pl-PL"/>
              </w:rPr>
              <w:t>Nauczyciele</w:t>
            </w:r>
          </w:p>
        </w:tc>
        <w:tc>
          <w:tcPr>
            <w:tcW w:w="1360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0CA48C1E" w14:textId="77777777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4"/>
                <w:lang w:val="pl-PL"/>
              </w:rPr>
              <w:t>cały rok</w:t>
            </w:r>
          </w:p>
        </w:tc>
        <w:tc>
          <w:tcPr>
            <w:tcW w:w="2381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1FA0150C" w14:textId="77777777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4"/>
                <w:lang w:val="pl-PL"/>
              </w:rPr>
              <w:t>Portfolio osiągnięć</w:t>
            </w:r>
          </w:p>
        </w:tc>
      </w:tr>
      <w:tr w:rsidR="000406BE" w:rsidRPr="0080624C" w14:paraId="7EF41995" w14:textId="77777777" w:rsidTr="000406BE">
        <w:trPr>
          <w:cantSplit/>
          <w:jc w:val="center"/>
        </w:trPr>
        <w:tc>
          <w:tcPr>
            <w:tcW w:w="396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45378685" w14:textId="77777777" w:rsidR="00170580" w:rsidRPr="0080624C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4"/>
                <w:lang w:val="pl-PL"/>
              </w:rPr>
              <w:t>6</w:t>
            </w:r>
          </w:p>
        </w:tc>
        <w:tc>
          <w:tcPr>
            <w:tcW w:w="3969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7E306585" w14:textId="77777777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4"/>
                <w:lang w:val="pl-PL"/>
              </w:rPr>
              <w:t>Współpraca z biblioteką, poradnią, domem kultury, instytucjami społecznymi, służbami i organizacjami lokalnymi.</w:t>
            </w:r>
          </w:p>
        </w:tc>
        <w:tc>
          <w:tcPr>
            <w:tcW w:w="1701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21B38AEA" w14:textId="77777777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4"/>
                <w:lang w:val="pl-PL"/>
              </w:rPr>
              <w:t>Dyrektor, nauczyciele</w:t>
            </w:r>
          </w:p>
        </w:tc>
        <w:tc>
          <w:tcPr>
            <w:tcW w:w="1360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7FE5068D" w14:textId="77777777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4"/>
                <w:lang w:val="pl-PL"/>
              </w:rPr>
              <w:t>cały rok</w:t>
            </w:r>
          </w:p>
        </w:tc>
        <w:tc>
          <w:tcPr>
            <w:tcW w:w="2381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10393D5F" w14:textId="77777777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4"/>
                <w:lang w:val="pl-PL"/>
              </w:rPr>
              <w:t>Umowy, harmonogram, sprawozdania</w:t>
            </w:r>
          </w:p>
        </w:tc>
      </w:tr>
    </w:tbl>
    <w:p w14:paraId="7586728B" w14:textId="77777777" w:rsidR="00170580" w:rsidRPr="0080624C" w:rsidRDefault="00170580">
      <w:pPr>
        <w:spacing w:after="0"/>
        <w:rPr>
          <w:rFonts w:ascii="Times New Roman" w:hAnsi="Times New Roman" w:cs="Times New Roman"/>
          <w:lang w:val="pl-PL"/>
        </w:rPr>
      </w:pPr>
    </w:p>
    <w:p w14:paraId="41E543CB" w14:textId="77777777" w:rsidR="00170580" w:rsidRPr="0080624C" w:rsidRDefault="00000000">
      <w:pPr>
        <w:pStyle w:val="Nagwek2"/>
        <w:rPr>
          <w:rFonts w:ascii="Times New Roman" w:hAnsi="Times New Roman" w:cs="Times New Roman"/>
          <w:color w:val="auto"/>
          <w:lang w:val="pl-PL"/>
        </w:rPr>
      </w:pPr>
      <w:r w:rsidRPr="0080624C">
        <w:rPr>
          <w:rFonts w:ascii="Times New Roman" w:hAnsi="Times New Roman" w:cs="Times New Roman"/>
          <w:color w:val="auto"/>
          <w:lang w:val="pl-PL"/>
        </w:rPr>
        <w:t>10. Współpraca z rodzicami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6"/>
        <w:gridCol w:w="3969"/>
        <w:gridCol w:w="1701"/>
        <w:gridCol w:w="1360"/>
        <w:gridCol w:w="2381"/>
      </w:tblGrid>
      <w:tr w:rsidR="0080624C" w:rsidRPr="0080624C" w14:paraId="0F0FE524" w14:textId="77777777" w:rsidTr="000406BE">
        <w:trPr>
          <w:tblHeader/>
          <w:jc w:val="center"/>
        </w:trPr>
        <w:tc>
          <w:tcPr>
            <w:tcW w:w="396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1366A1FC" w14:textId="77777777" w:rsidR="00170580" w:rsidRPr="0080624C" w:rsidRDefault="00000000">
            <w:pPr>
              <w:jc w:val="center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b/>
                <w:sz w:val="14"/>
                <w:lang w:val="pl-PL"/>
              </w:rPr>
              <w:t>Lp.</w:t>
            </w:r>
          </w:p>
        </w:tc>
        <w:tc>
          <w:tcPr>
            <w:tcW w:w="3969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6360EEDA" w14:textId="77777777" w:rsidR="00170580" w:rsidRPr="0080624C" w:rsidRDefault="00000000">
            <w:pPr>
              <w:jc w:val="center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b/>
                <w:sz w:val="14"/>
                <w:lang w:val="pl-PL"/>
              </w:rPr>
              <w:t>Zadanie</w:t>
            </w:r>
          </w:p>
        </w:tc>
        <w:tc>
          <w:tcPr>
            <w:tcW w:w="1701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18B804C7" w14:textId="77777777" w:rsidR="00170580" w:rsidRPr="0080624C" w:rsidRDefault="00000000">
            <w:pPr>
              <w:jc w:val="center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b/>
                <w:sz w:val="14"/>
                <w:lang w:val="pl-PL"/>
              </w:rPr>
              <w:t>Odpowiedzialni</w:t>
            </w:r>
          </w:p>
        </w:tc>
        <w:tc>
          <w:tcPr>
            <w:tcW w:w="1360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669C0921" w14:textId="77777777" w:rsidR="00170580" w:rsidRPr="0080624C" w:rsidRDefault="00000000">
            <w:pPr>
              <w:jc w:val="center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b/>
                <w:sz w:val="14"/>
                <w:lang w:val="pl-PL"/>
              </w:rPr>
              <w:t>Termin</w:t>
            </w:r>
          </w:p>
        </w:tc>
        <w:tc>
          <w:tcPr>
            <w:tcW w:w="2381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0B1711BB" w14:textId="77777777" w:rsidR="00170580" w:rsidRPr="0080624C" w:rsidRDefault="00000000">
            <w:pPr>
              <w:jc w:val="center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b/>
                <w:sz w:val="14"/>
                <w:lang w:val="pl-PL"/>
              </w:rPr>
              <w:t>Wskaźnik</w:t>
            </w:r>
          </w:p>
        </w:tc>
      </w:tr>
      <w:tr w:rsidR="0080624C" w:rsidRPr="0080624C" w14:paraId="43C215E0" w14:textId="77777777" w:rsidTr="000406BE">
        <w:trPr>
          <w:cantSplit/>
          <w:jc w:val="center"/>
        </w:trPr>
        <w:tc>
          <w:tcPr>
            <w:tcW w:w="396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6FD63E03" w14:textId="77777777" w:rsidR="00170580" w:rsidRPr="0080624C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4"/>
                <w:lang w:val="pl-PL"/>
              </w:rPr>
              <w:t>1</w:t>
            </w:r>
          </w:p>
        </w:tc>
        <w:tc>
          <w:tcPr>
            <w:tcW w:w="3969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0915F22D" w14:textId="77777777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4"/>
                <w:lang w:val="pl-PL"/>
              </w:rPr>
              <w:t xml:space="preserve">Zebranie otwierające: organizacja roku, kalendarz, ocenianie, bezpieczeństwo, nowa podstawa w klasach I </w:t>
            </w:r>
            <w:proofErr w:type="spellStart"/>
            <w:r w:rsidRPr="0080624C">
              <w:rPr>
                <w:rFonts w:ascii="Times New Roman" w:hAnsi="Times New Roman" w:cs="Times New Roman"/>
                <w:sz w:val="14"/>
                <w:lang w:val="pl-PL"/>
              </w:rPr>
              <w:t>i</w:t>
            </w:r>
            <w:proofErr w:type="spellEnd"/>
            <w:r w:rsidRPr="0080624C">
              <w:rPr>
                <w:rFonts w:ascii="Times New Roman" w:hAnsi="Times New Roman" w:cs="Times New Roman"/>
                <w:sz w:val="14"/>
                <w:lang w:val="pl-PL"/>
              </w:rPr>
              <w:t xml:space="preserve"> IV, edukacja zdrowotna.</w:t>
            </w:r>
          </w:p>
        </w:tc>
        <w:tc>
          <w:tcPr>
            <w:tcW w:w="1701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29F87035" w14:textId="77777777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4"/>
                <w:lang w:val="pl-PL"/>
              </w:rPr>
              <w:t>Dyrektor, wychowawcy</w:t>
            </w:r>
          </w:p>
        </w:tc>
        <w:tc>
          <w:tcPr>
            <w:tcW w:w="1360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3AF55C26" w14:textId="77777777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4"/>
                <w:lang w:val="pl-PL"/>
              </w:rPr>
              <w:t>wrzesień</w:t>
            </w:r>
          </w:p>
        </w:tc>
        <w:tc>
          <w:tcPr>
            <w:tcW w:w="2381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71DCEECD" w14:textId="77777777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4"/>
                <w:lang w:val="pl-PL"/>
              </w:rPr>
              <w:t>Protokoły i materiały</w:t>
            </w:r>
          </w:p>
        </w:tc>
      </w:tr>
      <w:tr w:rsidR="0080624C" w:rsidRPr="0080624C" w14:paraId="07C2B405" w14:textId="77777777" w:rsidTr="000406BE">
        <w:trPr>
          <w:cantSplit/>
          <w:jc w:val="center"/>
        </w:trPr>
        <w:tc>
          <w:tcPr>
            <w:tcW w:w="396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07CDFF55" w14:textId="77777777" w:rsidR="00170580" w:rsidRPr="0080624C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4"/>
                <w:lang w:val="pl-PL"/>
              </w:rPr>
              <w:t>2</w:t>
            </w:r>
          </w:p>
        </w:tc>
        <w:tc>
          <w:tcPr>
            <w:tcW w:w="3969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04C901E6" w14:textId="77777777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4"/>
                <w:lang w:val="pl-PL"/>
              </w:rPr>
              <w:t>Przekazywanie rodzicom czytelnej informacji o postępach, trudnościach i zaleceniach do pracy – bez sprowadzania jej wyłącznie do stopnia.</w:t>
            </w:r>
          </w:p>
        </w:tc>
        <w:tc>
          <w:tcPr>
            <w:tcW w:w="1701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2E5A99DD" w14:textId="77777777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4"/>
                <w:lang w:val="pl-PL"/>
              </w:rPr>
              <w:t>Nauczyciele</w:t>
            </w:r>
          </w:p>
        </w:tc>
        <w:tc>
          <w:tcPr>
            <w:tcW w:w="1360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64CD8DCC" w14:textId="77777777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4"/>
                <w:lang w:val="pl-PL"/>
              </w:rPr>
              <w:t>cały rok</w:t>
            </w:r>
          </w:p>
        </w:tc>
        <w:tc>
          <w:tcPr>
            <w:tcW w:w="2381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3CC5B522" w14:textId="77777777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4"/>
                <w:lang w:val="pl-PL"/>
              </w:rPr>
              <w:t>Informacja zwrotna, konsultacje</w:t>
            </w:r>
          </w:p>
        </w:tc>
      </w:tr>
      <w:tr w:rsidR="0080624C" w:rsidRPr="0080624C" w14:paraId="0DC799BC" w14:textId="77777777" w:rsidTr="000406BE">
        <w:trPr>
          <w:cantSplit/>
          <w:jc w:val="center"/>
        </w:trPr>
        <w:tc>
          <w:tcPr>
            <w:tcW w:w="396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5380CF0D" w14:textId="77777777" w:rsidR="00170580" w:rsidRPr="0080624C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4"/>
                <w:lang w:val="pl-PL"/>
              </w:rPr>
              <w:t>3</w:t>
            </w:r>
          </w:p>
        </w:tc>
        <w:tc>
          <w:tcPr>
            <w:tcW w:w="3969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0F93F826" w14:textId="77777777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4"/>
                <w:lang w:val="pl-PL"/>
              </w:rPr>
              <w:t>Jednolity wzór dokumentowania ważnych konsultacji: temat, ustalenia, zadania stron, termin weryfikacji.</w:t>
            </w:r>
          </w:p>
        </w:tc>
        <w:tc>
          <w:tcPr>
            <w:tcW w:w="1701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3AA375CA" w14:textId="77777777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4"/>
                <w:lang w:val="pl-PL"/>
              </w:rPr>
              <w:t>Wychowawcy, specjaliści</w:t>
            </w:r>
          </w:p>
        </w:tc>
        <w:tc>
          <w:tcPr>
            <w:tcW w:w="1360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2BEA91C3" w14:textId="77777777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4"/>
                <w:lang w:val="pl-PL"/>
              </w:rPr>
              <w:t>od września</w:t>
            </w:r>
          </w:p>
        </w:tc>
        <w:tc>
          <w:tcPr>
            <w:tcW w:w="2381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60E6B556" w14:textId="77777777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4"/>
                <w:lang w:val="pl-PL"/>
              </w:rPr>
              <w:t>Notatki w dokumentacji</w:t>
            </w:r>
          </w:p>
        </w:tc>
      </w:tr>
      <w:tr w:rsidR="0080624C" w:rsidRPr="0080624C" w14:paraId="4091615E" w14:textId="77777777" w:rsidTr="000406BE">
        <w:trPr>
          <w:cantSplit/>
          <w:jc w:val="center"/>
        </w:trPr>
        <w:tc>
          <w:tcPr>
            <w:tcW w:w="396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3D616D94" w14:textId="77777777" w:rsidR="00170580" w:rsidRPr="0080624C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4"/>
                <w:lang w:val="pl-PL"/>
              </w:rPr>
              <w:t>4</w:t>
            </w:r>
          </w:p>
        </w:tc>
        <w:tc>
          <w:tcPr>
            <w:tcW w:w="3969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5DB5AE04" w14:textId="77777777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4"/>
                <w:lang w:val="pl-PL"/>
              </w:rPr>
              <w:t>Warsztaty/spotkania: higiena cyfrowa, przemoc rówieśnicza, zdrowie psychiczne, uczenie się i przygotowanie do egzaminu.</w:t>
            </w:r>
          </w:p>
        </w:tc>
        <w:tc>
          <w:tcPr>
            <w:tcW w:w="1701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1DE1B4D5" w14:textId="77777777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4"/>
                <w:lang w:val="pl-PL"/>
              </w:rPr>
              <w:t>Specjaliści, nauczyciele</w:t>
            </w:r>
          </w:p>
        </w:tc>
        <w:tc>
          <w:tcPr>
            <w:tcW w:w="1360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76E32000" w14:textId="77777777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4"/>
                <w:lang w:val="pl-PL"/>
              </w:rPr>
              <w:t>co najmniej 2 w roku</w:t>
            </w:r>
          </w:p>
        </w:tc>
        <w:tc>
          <w:tcPr>
            <w:tcW w:w="2381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024F8AED" w14:textId="77777777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4"/>
                <w:lang w:val="pl-PL"/>
              </w:rPr>
              <w:t>Frekwencja i ankieta</w:t>
            </w:r>
          </w:p>
        </w:tc>
      </w:tr>
      <w:tr w:rsidR="0080624C" w:rsidRPr="0080624C" w14:paraId="337B8DF3" w14:textId="77777777" w:rsidTr="000406BE">
        <w:trPr>
          <w:cantSplit/>
          <w:jc w:val="center"/>
        </w:trPr>
        <w:tc>
          <w:tcPr>
            <w:tcW w:w="396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245120A1" w14:textId="77777777" w:rsidR="00170580" w:rsidRPr="0080624C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4"/>
                <w:lang w:val="pl-PL"/>
              </w:rPr>
              <w:t>5</w:t>
            </w:r>
          </w:p>
        </w:tc>
        <w:tc>
          <w:tcPr>
            <w:tcW w:w="3969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575D83EC" w14:textId="77777777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4"/>
                <w:lang w:val="pl-PL"/>
              </w:rPr>
              <w:t>Włączanie rodziców w projekty, wolontariat, doradztwo zawodowe i rozwijanie zainteresowań uczniów.</w:t>
            </w:r>
          </w:p>
        </w:tc>
        <w:tc>
          <w:tcPr>
            <w:tcW w:w="1701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399AE0DB" w14:textId="77777777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4"/>
                <w:lang w:val="pl-PL"/>
              </w:rPr>
              <w:t>Wychowawcy</w:t>
            </w:r>
          </w:p>
        </w:tc>
        <w:tc>
          <w:tcPr>
            <w:tcW w:w="1360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05B10F86" w14:textId="77777777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4"/>
                <w:lang w:val="pl-PL"/>
              </w:rPr>
              <w:t>cały rok</w:t>
            </w:r>
          </w:p>
        </w:tc>
        <w:tc>
          <w:tcPr>
            <w:tcW w:w="2381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74AD329C" w14:textId="77777777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4"/>
                <w:lang w:val="pl-PL"/>
              </w:rPr>
              <w:t>Udział rodziców</w:t>
            </w:r>
          </w:p>
        </w:tc>
      </w:tr>
      <w:tr w:rsidR="000406BE" w:rsidRPr="0080624C" w14:paraId="706C5E73" w14:textId="77777777" w:rsidTr="000406BE">
        <w:trPr>
          <w:cantSplit/>
          <w:jc w:val="center"/>
        </w:trPr>
        <w:tc>
          <w:tcPr>
            <w:tcW w:w="396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26015FBF" w14:textId="77777777" w:rsidR="00170580" w:rsidRPr="0080624C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4"/>
                <w:lang w:val="pl-PL"/>
              </w:rPr>
              <w:t>6</w:t>
            </w:r>
          </w:p>
        </w:tc>
        <w:tc>
          <w:tcPr>
            <w:tcW w:w="3969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1DC2EC45" w14:textId="77777777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4"/>
                <w:lang w:val="pl-PL"/>
              </w:rPr>
              <w:t>Konsultowanie istotnych rozwiązań organizacyjnych i wychowawczych w zakresie kompetencji rady rodziców.</w:t>
            </w:r>
          </w:p>
        </w:tc>
        <w:tc>
          <w:tcPr>
            <w:tcW w:w="1701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59EECA4A" w14:textId="77777777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4"/>
                <w:lang w:val="pl-PL"/>
              </w:rPr>
              <w:t>Dyrektor, rada rodziców</w:t>
            </w:r>
          </w:p>
        </w:tc>
        <w:tc>
          <w:tcPr>
            <w:tcW w:w="1360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38D34DB4" w14:textId="77777777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4"/>
                <w:lang w:val="pl-PL"/>
              </w:rPr>
              <w:t>według potrzeb</w:t>
            </w:r>
          </w:p>
        </w:tc>
        <w:tc>
          <w:tcPr>
            <w:tcW w:w="2381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1D58BD8C" w14:textId="77777777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4"/>
                <w:lang w:val="pl-PL"/>
              </w:rPr>
              <w:t>Opinie i protokoły</w:t>
            </w:r>
          </w:p>
        </w:tc>
      </w:tr>
    </w:tbl>
    <w:p w14:paraId="087063A2" w14:textId="77777777" w:rsidR="00170580" w:rsidRPr="0080624C" w:rsidRDefault="00170580">
      <w:pPr>
        <w:spacing w:after="0"/>
        <w:rPr>
          <w:rFonts w:ascii="Times New Roman" w:hAnsi="Times New Roman" w:cs="Times New Roman"/>
          <w:lang w:val="pl-PL"/>
        </w:rPr>
      </w:pPr>
    </w:p>
    <w:p w14:paraId="5AAAE915" w14:textId="77777777" w:rsidR="00170580" w:rsidRPr="0080624C" w:rsidRDefault="00000000">
      <w:pPr>
        <w:pStyle w:val="Nagwek1"/>
        <w:rPr>
          <w:rFonts w:ascii="Times New Roman" w:hAnsi="Times New Roman" w:cs="Times New Roman"/>
          <w:color w:val="auto"/>
          <w:lang w:val="pl-PL"/>
        </w:rPr>
      </w:pPr>
      <w:r w:rsidRPr="0080624C">
        <w:rPr>
          <w:rFonts w:ascii="Times New Roman" w:hAnsi="Times New Roman" w:cs="Times New Roman"/>
          <w:color w:val="auto"/>
          <w:lang w:val="pl-PL"/>
        </w:rPr>
        <w:t>III. Kalendarz roku szkolnego 2026/2027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64"/>
        <w:gridCol w:w="7087"/>
      </w:tblGrid>
      <w:tr w:rsidR="0080624C" w:rsidRPr="0080624C" w14:paraId="157F1BF0" w14:textId="77777777" w:rsidTr="000406BE">
        <w:trPr>
          <w:tblHeader/>
          <w:jc w:val="center"/>
        </w:trPr>
        <w:tc>
          <w:tcPr>
            <w:tcW w:w="2664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69BCC369" w14:textId="77777777" w:rsidR="00170580" w:rsidRPr="0080624C" w:rsidRDefault="00000000">
            <w:pPr>
              <w:jc w:val="center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b/>
                <w:sz w:val="16"/>
                <w:lang w:val="pl-PL"/>
              </w:rPr>
              <w:t>Termin</w:t>
            </w:r>
          </w:p>
        </w:tc>
        <w:tc>
          <w:tcPr>
            <w:tcW w:w="7087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09A18BDC" w14:textId="77777777" w:rsidR="00170580" w:rsidRPr="0080624C" w:rsidRDefault="00000000">
            <w:pPr>
              <w:jc w:val="center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b/>
                <w:sz w:val="16"/>
                <w:lang w:val="pl-PL"/>
              </w:rPr>
              <w:t>Zdarzenie / zadanie</w:t>
            </w:r>
          </w:p>
        </w:tc>
      </w:tr>
      <w:tr w:rsidR="0080624C" w:rsidRPr="0080624C" w14:paraId="58524875" w14:textId="77777777" w:rsidTr="000406BE">
        <w:trPr>
          <w:cantSplit/>
          <w:jc w:val="center"/>
        </w:trPr>
        <w:tc>
          <w:tcPr>
            <w:tcW w:w="2664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485F95B0" w14:textId="77777777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6"/>
                <w:lang w:val="pl-PL"/>
              </w:rPr>
              <w:t>1 września 2026 r.</w:t>
            </w:r>
          </w:p>
        </w:tc>
        <w:tc>
          <w:tcPr>
            <w:tcW w:w="7087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15FE5011" w14:textId="77777777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6"/>
                <w:lang w:val="pl-PL"/>
              </w:rPr>
              <w:t>Rozpoczęcie zajęć dydaktyczno-wychowawczych.</w:t>
            </w:r>
          </w:p>
        </w:tc>
      </w:tr>
      <w:tr w:rsidR="0080624C" w:rsidRPr="0080624C" w14:paraId="1C0A2E66" w14:textId="77777777" w:rsidTr="000406BE">
        <w:trPr>
          <w:cantSplit/>
          <w:jc w:val="center"/>
        </w:trPr>
        <w:tc>
          <w:tcPr>
            <w:tcW w:w="2664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67B297C1" w14:textId="77777777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6"/>
                <w:lang w:val="pl-PL"/>
              </w:rPr>
              <w:t>do 15 września 2026 r.</w:t>
            </w:r>
          </w:p>
        </w:tc>
        <w:tc>
          <w:tcPr>
            <w:tcW w:w="7087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4974AC7E" w14:textId="77777777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6"/>
                <w:lang w:val="pl-PL"/>
              </w:rPr>
              <w:t>Przedstawienie planu nadzoru pedagogicznego; decyzja organizacyjna dotycząca tygodnia projektowego.</w:t>
            </w:r>
          </w:p>
        </w:tc>
      </w:tr>
      <w:tr w:rsidR="0080624C" w:rsidRPr="0080624C" w14:paraId="7A8F70B9" w14:textId="77777777" w:rsidTr="000406BE">
        <w:trPr>
          <w:cantSplit/>
          <w:jc w:val="center"/>
        </w:trPr>
        <w:tc>
          <w:tcPr>
            <w:tcW w:w="2664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4DA2C39D" w14:textId="77777777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6"/>
                <w:lang w:val="pl-PL"/>
              </w:rPr>
              <w:t>do 30 września 2026 r.</w:t>
            </w:r>
          </w:p>
        </w:tc>
        <w:tc>
          <w:tcPr>
            <w:tcW w:w="7087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78373F97" w14:textId="77777777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6"/>
                <w:lang w:val="pl-PL"/>
              </w:rPr>
              <w:t>Uchwalenie programu wychowawczo-profilaktycznego; opracowanie programu doradztwa zawodowego.</w:t>
            </w:r>
          </w:p>
        </w:tc>
      </w:tr>
      <w:tr w:rsidR="0080624C" w:rsidRPr="0080624C" w14:paraId="01E3FD6B" w14:textId="77777777" w:rsidTr="000406BE">
        <w:trPr>
          <w:cantSplit/>
          <w:jc w:val="center"/>
        </w:trPr>
        <w:tc>
          <w:tcPr>
            <w:tcW w:w="2664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6BE4668F" w14:textId="77777777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6"/>
                <w:lang w:val="pl-PL"/>
              </w:rPr>
              <w:lastRenderedPageBreak/>
              <w:t>23–31 grudnia 2026 r.</w:t>
            </w:r>
          </w:p>
        </w:tc>
        <w:tc>
          <w:tcPr>
            <w:tcW w:w="7087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343F77CF" w14:textId="77777777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6"/>
                <w:lang w:val="pl-PL"/>
              </w:rPr>
              <w:t>Zimowa przerwa świąteczna.</w:t>
            </w:r>
          </w:p>
        </w:tc>
      </w:tr>
      <w:tr w:rsidR="0080624C" w:rsidRPr="0080624C" w14:paraId="1657F758" w14:textId="77777777" w:rsidTr="000406BE">
        <w:trPr>
          <w:cantSplit/>
          <w:jc w:val="center"/>
        </w:trPr>
        <w:tc>
          <w:tcPr>
            <w:tcW w:w="2664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227DB4B6" w14:textId="77777777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6"/>
                <w:lang w:val="pl-PL"/>
              </w:rPr>
              <w:t>18–31 stycznia 2027 r.</w:t>
            </w:r>
          </w:p>
        </w:tc>
        <w:tc>
          <w:tcPr>
            <w:tcW w:w="7087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4B8A5E7E" w14:textId="77777777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6"/>
                <w:lang w:val="pl-PL"/>
              </w:rPr>
              <w:t>Ferie zimowe: podkarpackie, podlaskie, dolnośląskie, łódzkie, śląskie, opolskie.</w:t>
            </w:r>
          </w:p>
        </w:tc>
      </w:tr>
      <w:tr w:rsidR="0080624C" w:rsidRPr="0080624C" w14:paraId="7B012677" w14:textId="77777777" w:rsidTr="000406BE">
        <w:trPr>
          <w:cantSplit/>
          <w:jc w:val="center"/>
        </w:trPr>
        <w:tc>
          <w:tcPr>
            <w:tcW w:w="2664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47B8B034" w14:textId="77777777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6"/>
                <w:lang w:val="pl-PL"/>
              </w:rPr>
              <w:t>1–14 lutego 2027 r.</w:t>
            </w:r>
          </w:p>
        </w:tc>
        <w:tc>
          <w:tcPr>
            <w:tcW w:w="7087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134C8E70" w14:textId="77777777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6"/>
                <w:lang w:val="pl-PL"/>
              </w:rPr>
              <w:t>Ferie zimowe: mazowieckie, pomorskie, świętokrzyskie, lubelskie.</w:t>
            </w:r>
          </w:p>
        </w:tc>
      </w:tr>
      <w:tr w:rsidR="0080624C" w:rsidRPr="0080624C" w14:paraId="01CD2D52" w14:textId="77777777" w:rsidTr="000406BE">
        <w:trPr>
          <w:cantSplit/>
          <w:jc w:val="center"/>
        </w:trPr>
        <w:tc>
          <w:tcPr>
            <w:tcW w:w="2664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762DA3E1" w14:textId="77777777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6"/>
                <w:lang w:val="pl-PL"/>
              </w:rPr>
              <w:t>15–28 lutego 2027 r.</w:t>
            </w:r>
          </w:p>
        </w:tc>
        <w:tc>
          <w:tcPr>
            <w:tcW w:w="7087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4FF4EA4B" w14:textId="77777777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6"/>
                <w:lang w:val="pl-PL"/>
              </w:rPr>
              <w:t>Ferie zimowe: lubuskie, kujawsko-pomorskie, warmińsko-mazurskie, wielkopolskie, zachodniopomorskie, małopolskie.</w:t>
            </w:r>
          </w:p>
        </w:tc>
      </w:tr>
      <w:tr w:rsidR="0080624C" w:rsidRPr="0080624C" w14:paraId="4A6696C8" w14:textId="77777777" w:rsidTr="000406BE">
        <w:trPr>
          <w:cantSplit/>
          <w:jc w:val="center"/>
        </w:trPr>
        <w:tc>
          <w:tcPr>
            <w:tcW w:w="2664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37504FBF" w14:textId="77777777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6"/>
                <w:lang w:val="pl-PL"/>
              </w:rPr>
              <w:t>25–30 marca 2027 r.</w:t>
            </w:r>
          </w:p>
        </w:tc>
        <w:tc>
          <w:tcPr>
            <w:tcW w:w="7087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1F102BA2" w14:textId="77777777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6"/>
                <w:lang w:val="pl-PL"/>
              </w:rPr>
              <w:t>Wiosenna przerwa świąteczna.</w:t>
            </w:r>
          </w:p>
        </w:tc>
      </w:tr>
      <w:tr w:rsidR="0080624C" w:rsidRPr="0080624C" w14:paraId="52113359" w14:textId="77777777" w:rsidTr="000406BE">
        <w:trPr>
          <w:cantSplit/>
          <w:jc w:val="center"/>
        </w:trPr>
        <w:tc>
          <w:tcPr>
            <w:tcW w:w="2664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5CB34195" w14:textId="77777777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6"/>
                <w:lang w:val="pl-PL"/>
              </w:rPr>
              <w:t>termin po komunikacie CKE</w:t>
            </w:r>
          </w:p>
        </w:tc>
        <w:tc>
          <w:tcPr>
            <w:tcW w:w="7087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63E7E38B" w14:textId="77777777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6"/>
                <w:lang w:val="pl-PL"/>
              </w:rPr>
              <w:t>Egzamin ósmoklasisty – termin główny; komunikat dyrektora CKE ma zostać wydany do 20 sierpnia 2026 r.</w:t>
            </w:r>
          </w:p>
        </w:tc>
      </w:tr>
      <w:tr w:rsidR="0080624C" w:rsidRPr="0080624C" w14:paraId="0C4EBC33" w14:textId="77777777" w:rsidTr="000406BE">
        <w:trPr>
          <w:cantSplit/>
          <w:jc w:val="center"/>
        </w:trPr>
        <w:tc>
          <w:tcPr>
            <w:tcW w:w="2664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78EBADBA" w14:textId="77777777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6"/>
                <w:lang w:val="pl-PL"/>
              </w:rPr>
              <w:t>25 czerwca 2027 r.</w:t>
            </w:r>
          </w:p>
        </w:tc>
        <w:tc>
          <w:tcPr>
            <w:tcW w:w="7087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0474B4F5" w14:textId="77777777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6"/>
                <w:lang w:val="pl-PL"/>
              </w:rPr>
              <w:t>Zakończenie zajęć dydaktyczno-wychowawczych w szkołach.</w:t>
            </w:r>
          </w:p>
        </w:tc>
      </w:tr>
      <w:tr w:rsidR="0080624C" w:rsidRPr="0080624C" w14:paraId="73ABEA86" w14:textId="77777777" w:rsidTr="000406BE">
        <w:trPr>
          <w:cantSplit/>
          <w:jc w:val="center"/>
        </w:trPr>
        <w:tc>
          <w:tcPr>
            <w:tcW w:w="2664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4396B5E9" w14:textId="77777777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6"/>
                <w:lang w:val="pl-PL"/>
              </w:rPr>
              <w:t>26 czerwca–31 sierpnia 2027 r.</w:t>
            </w:r>
          </w:p>
        </w:tc>
        <w:tc>
          <w:tcPr>
            <w:tcW w:w="7087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07CD8D21" w14:textId="77777777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6"/>
                <w:lang w:val="pl-PL"/>
              </w:rPr>
              <w:t>Ferie letnie.</w:t>
            </w:r>
          </w:p>
        </w:tc>
      </w:tr>
      <w:tr w:rsidR="000406BE" w:rsidRPr="0080624C" w14:paraId="616BDC70" w14:textId="77777777" w:rsidTr="000406BE">
        <w:trPr>
          <w:cantSplit/>
          <w:jc w:val="center"/>
        </w:trPr>
        <w:tc>
          <w:tcPr>
            <w:tcW w:w="2664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25511815" w14:textId="77777777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6"/>
                <w:lang w:val="pl-PL"/>
              </w:rPr>
              <w:t>………………………………</w:t>
            </w:r>
          </w:p>
        </w:tc>
        <w:tc>
          <w:tcPr>
            <w:tcW w:w="7087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3315ABC8" w14:textId="77777777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6"/>
                <w:lang w:val="pl-PL"/>
              </w:rPr>
              <w:t>Dodatkowe dni wolne od zajęć dydaktyczno-wychowawczych ustalone przez dyrektora po wymaganych opiniach; szkoła zapewnia zajęcia opiekuńczo-wychowawcze.</w:t>
            </w:r>
          </w:p>
        </w:tc>
      </w:tr>
    </w:tbl>
    <w:p w14:paraId="01F4AB27" w14:textId="77777777" w:rsidR="00170580" w:rsidRPr="0080624C" w:rsidRDefault="00170580">
      <w:pPr>
        <w:spacing w:after="0"/>
        <w:rPr>
          <w:rFonts w:ascii="Times New Roman" w:hAnsi="Times New Roman" w:cs="Times New Roman"/>
          <w:lang w:val="pl-PL"/>
        </w:rPr>
      </w:pPr>
    </w:p>
    <w:p w14:paraId="287240B3" w14:textId="77777777" w:rsidR="00170580" w:rsidRPr="0080624C" w:rsidRDefault="00170580">
      <w:pPr>
        <w:spacing w:after="0"/>
        <w:rPr>
          <w:rFonts w:ascii="Times New Roman" w:hAnsi="Times New Roman" w:cs="Times New Roman"/>
          <w:lang w:val="pl-PL"/>
        </w:rPr>
      </w:pPr>
    </w:p>
    <w:p w14:paraId="4228D33E" w14:textId="77777777" w:rsidR="00170580" w:rsidRPr="0080624C" w:rsidRDefault="00000000">
      <w:pPr>
        <w:pStyle w:val="Nagwek1"/>
        <w:rPr>
          <w:rFonts w:ascii="Times New Roman" w:hAnsi="Times New Roman" w:cs="Times New Roman"/>
          <w:color w:val="auto"/>
          <w:lang w:val="pl-PL"/>
        </w:rPr>
      </w:pPr>
      <w:r w:rsidRPr="0080624C">
        <w:rPr>
          <w:rFonts w:ascii="Times New Roman" w:hAnsi="Times New Roman" w:cs="Times New Roman"/>
          <w:color w:val="auto"/>
          <w:lang w:val="pl-PL"/>
        </w:rPr>
        <w:t>IV. Szczegółowe kalendarium działań szkoły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4"/>
        <w:gridCol w:w="7767"/>
      </w:tblGrid>
      <w:tr w:rsidR="0080624C" w:rsidRPr="0080624C" w14:paraId="550E2697" w14:textId="77777777" w:rsidTr="00566CCE">
        <w:trPr>
          <w:tblHeader/>
          <w:jc w:val="center"/>
        </w:trPr>
        <w:tc>
          <w:tcPr>
            <w:tcW w:w="1984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333CBE8D" w14:textId="77777777" w:rsidR="00170580" w:rsidRPr="0080624C" w:rsidRDefault="00000000">
            <w:pPr>
              <w:jc w:val="center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b/>
                <w:sz w:val="16"/>
                <w:lang w:val="pl-PL"/>
              </w:rPr>
              <w:t>Termin</w:t>
            </w:r>
          </w:p>
        </w:tc>
        <w:tc>
          <w:tcPr>
            <w:tcW w:w="7767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3C66F692" w14:textId="77777777" w:rsidR="00170580" w:rsidRPr="0080624C" w:rsidRDefault="00000000">
            <w:pPr>
              <w:jc w:val="center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b/>
                <w:sz w:val="16"/>
                <w:lang w:val="pl-PL"/>
              </w:rPr>
              <w:t>Najważniejsze działania</w:t>
            </w:r>
          </w:p>
        </w:tc>
      </w:tr>
      <w:tr w:rsidR="0080624C" w:rsidRPr="0080624C" w14:paraId="6BE3D519" w14:textId="77777777" w:rsidTr="00566CCE">
        <w:trPr>
          <w:cantSplit/>
          <w:jc w:val="center"/>
        </w:trPr>
        <w:tc>
          <w:tcPr>
            <w:tcW w:w="1984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1AEB49BF" w14:textId="77777777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6"/>
                <w:lang w:val="pl-PL"/>
              </w:rPr>
              <w:t>Sierpień 2026</w:t>
            </w:r>
          </w:p>
        </w:tc>
        <w:tc>
          <w:tcPr>
            <w:tcW w:w="7767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4F78E486" w14:textId="77777777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6"/>
                <w:lang w:val="pl-PL"/>
              </w:rPr>
              <w:t>Rada organizacyjna; wyniki nadzoru; weryfikacja prawa; audyt Reformy26; dopuszczenie programów; przydziały; plan lekcji; BHP i gotowość obiektu.</w:t>
            </w:r>
          </w:p>
        </w:tc>
      </w:tr>
      <w:tr w:rsidR="0080624C" w:rsidRPr="0080624C" w14:paraId="232A623A" w14:textId="77777777" w:rsidTr="00566CCE">
        <w:trPr>
          <w:cantSplit/>
          <w:jc w:val="center"/>
        </w:trPr>
        <w:tc>
          <w:tcPr>
            <w:tcW w:w="1984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1E7319EB" w14:textId="77777777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6"/>
                <w:lang w:val="pl-PL"/>
              </w:rPr>
              <w:t>1 września 2026</w:t>
            </w:r>
          </w:p>
        </w:tc>
        <w:tc>
          <w:tcPr>
            <w:tcW w:w="7767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40B60D56" w14:textId="77777777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6"/>
                <w:lang w:val="pl-PL"/>
              </w:rPr>
              <w:t>Uroczyste rozpoczęcie roku; informacje organizacyjne i bezpieczeństwo.</w:t>
            </w:r>
          </w:p>
        </w:tc>
      </w:tr>
      <w:tr w:rsidR="0080624C" w:rsidRPr="0080624C" w14:paraId="1791EC48" w14:textId="77777777" w:rsidTr="00566CCE">
        <w:trPr>
          <w:cantSplit/>
          <w:jc w:val="center"/>
        </w:trPr>
        <w:tc>
          <w:tcPr>
            <w:tcW w:w="1984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2C071793" w14:textId="77777777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6"/>
                <w:lang w:val="pl-PL"/>
              </w:rPr>
              <w:t>Wrzesień 2026</w:t>
            </w:r>
          </w:p>
        </w:tc>
        <w:tc>
          <w:tcPr>
            <w:tcW w:w="7767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27202757" w14:textId="77777777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6"/>
                <w:lang w:val="pl-PL"/>
              </w:rPr>
              <w:t xml:space="preserve">Integracja klas I </w:t>
            </w:r>
            <w:proofErr w:type="spellStart"/>
            <w:r w:rsidRPr="0080624C">
              <w:rPr>
                <w:rFonts w:ascii="Times New Roman" w:hAnsi="Times New Roman" w:cs="Times New Roman"/>
                <w:sz w:val="16"/>
                <w:lang w:val="pl-PL"/>
              </w:rPr>
              <w:t>i</w:t>
            </w:r>
            <w:proofErr w:type="spellEnd"/>
            <w:r w:rsidRPr="0080624C">
              <w:rPr>
                <w:rFonts w:ascii="Times New Roman" w:hAnsi="Times New Roman" w:cs="Times New Roman"/>
                <w:sz w:val="16"/>
                <w:lang w:val="pl-PL"/>
              </w:rPr>
              <w:t xml:space="preserve"> IV; zebrania z rodzicami; diagnozy wstępne; standard informacji zwrotnej; diagnoza ryzyka; wybory SU; Sprzątanie Świata; szkolenia BHP.</w:t>
            </w:r>
          </w:p>
        </w:tc>
      </w:tr>
      <w:tr w:rsidR="0080624C" w:rsidRPr="0080624C" w14:paraId="4757B75D" w14:textId="77777777" w:rsidTr="00566CCE">
        <w:trPr>
          <w:cantSplit/>
          <w:jc w:val="center"/>
        </w:trPr>
        <w:tc>
          <w:tcPr>
            <w:tcW w:w="1984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5422380F" w14:textId="77777777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6"/>
                <w:lang w:val="pl-PL"/>
              </w:rPr>
              <w:t>Październik 2026</w:t>
            </w:r>
          </w:p>
        </w:tc>
        <w:tc>
          <w:tcPr>
            <w:tcW w:w="7767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3FCD703D" w14:textId="77777777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6"/>
                <w:lang w:val="pl-PL"/>
              </w:rPr>
              <w:t>Ślubowanie klas I; Dzień Edukacji Narodowej; szkolenie z nowej podstawy/oceniania; pierwsza kontrola dokumentacji; działania zdrowotne.</w:t>
            </w:r>
          </w:p>
        </w:tc>
      </w:tr>
      <w:tr w:rsidR="0080624C" w:rsidRPr="0080624C" w14:paraId="4116CAF2" w14:textId="77777777" w:rsidTr="00566CCE">
        <w:trPr>
          <w:cantSplit/>
          <w:jc w:val="center"/>
        </w:trPr>
        <w:tc>
          <w:tcPr>
            <w:tcW w:w="1984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0B225782" w14:textId="77777777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6"/>
                <w:lang w:val="pl-PL"/>
              </w:rPr>
              <w:t>Listopad 2026</w:t>
            </w:r>
          </w:p>
        </w:tc>
        <w:tc>
          <w:tcPr>
            <w:tcW w:w="7767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3F83DF35" w14:textId="77777777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6"/>
                <w:lang w:val="pl-PL"/>
              </w:rPr>
              <w:t xml:space="preserve">Narodowe Święto Niepodległości; debata uczniowska; działania </w:t>
            </w:r>
            <w:proofErr w:type="spellStart"/>
            <w:r w:rsidRPr="0080624C">
              <w:rPr>
                <w:rFonts w:ascii="Times New Roman" w:hAnsi="Times New Roman" w:cs="Times New Roman"/>
                <w:sz w:val="16"/>
                <w:lang w:val="pl-PL"/>
              </w:rPr>
              <w:t>antyprzemocowe</w:t>
            </w:r>
            <w:proofErr w:type="spellEnd"/>
            <w:r w:rsidRPr="0080624C">
              <w:rPr>
                <w:rFonts w:ascii="Times New Roman" w:hAnsi="Times New Roman" w:cs="Times New Roman"/>
                <w:sz w:val="16"/>
                <w:lang w:val="pl-PL"/>
              </w:rPr>
              <w:t xml:space="preserve">; zebrania/konsultacje; analiza wdrożenia klas I </w:t>
            </w:r>
            <w:proofErr w:type="spellStart"/>
            <w:r w:rsidRPr="0080624C">
              <w:rPr>
                <w:rFonts w:ascii="Times New Roman" w:hAnsi="Times New Roman" w:cs="Times New Roman"/>
                <w:sz w:val="16"/>
                <w:lang w:val="pl-PL"/>
              </w:rPr>
              <w:t>i</w:t>
            </w:r>
            <w:proofErr w:type="spellEnd"/>
            <w:r w:rsidRPr="0080624C">
              <w:rPr>
                <w:rFonts w:ascii="Times New Roman" w:hAnsi="Times New Roman" w:cs="Times New Roman"/>
                <w:sz w:val="16"/>
                <w:lang w:val="pl-PL"/>
              </w:rPr>
              <w:t xml:space="preserve"> IV.</w:t>
            </w:r>
          </w:p>
        </w:tc>
      </w:tr>
      <w:tr w:rsidR="0080624C" w:rsidRPr="0080624C" w14:paraId="5FE4D98D" w14:textId="77777777" w:rsidTr="00566CCE">
        <w:trPr>
          <w:cantSplit/>
          <w:jc w:val="center"/>
        </w:trPr>
        <w:tc>
          <w:tcPr>
            <w:tcW w:w="1984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227485D3" w14:textId="77777777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6"/>
                <w:lang w:val="pl-PL"/>
              </w:rPr>
              <w:t>Grudzień 2026</w:t>
            </w:r>
          </w:p>
        </w:tc>
        <w:tc>
          <w:tcPr>
            <w:tcW w:w="7767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6B3EB64F" w14:textId="77777777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6"/>
                <w:lang w:val="pl-PL"/>
              </w:rPr>
              <w:t>Wolontariat; projekty świąteczne i kulturowe; ocena zagrożeń ocenami; kontrola obciążenia pracą; zimowa przerwa świąteczna.</w:t>
            </w:r>
          </w:p>
        </w:tc>
      </w:tr>
      <w:tr w:rsidR="0080624C" w:rsidRPr="0080624C" w14:paraId="6C1DF5E2" w14:textId="77777777" w:rsidTr="00566CCE">
        <w:trPr>
          <w:cantSplit/>
          <w:jc w:val="center"/>
        </w:trPr>
        <w:tc>
          <w:tcPr>
            <w:tcW w:w="1984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697AE2F1" w14:textId="77777777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6"/>
                <w:lang w:val="pl-PL"/>
              </w:rPr>
              <w:t>Styczeń 2027</w:t>
            </w:r>
          </w:p>
        </w:tc>
        <w:tc>
          <w:tcPr>
            <w:tcW w:w="7767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2A6126E5" w14:textId="2608B8CA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6"/>
                <w:lang w:val="pl-PL"/>
              </w:rPr>
              <w:t xml:space="preserve">Klasyfikacja śródroczna zgodnie ze statutem; analiza PPP i postępów; próbny egzamin; program działań na II </w:t>
            </w:r>
            <w:r w:rsidR="004A08D2" w:rsidRPr="0080624C">
              <w:rPr>
                <w:rFonts w:ascii="Times New Roman" w:hAnsi="Times New Roman" w:cs="Times New Roman"/>
                <w:sz w:val="16"/>
                <w:lang w:val="pl-PL"/>
              </w:rPr>
              <w:t>okres</w:t>
            </w:r>
            <w:r w:rsidRPr="0080624C">
              <w:rPr>
                <w:rFonts w:ascii="Times New Roman" w:hAnsi="Times New Roman" w:cs="Times New Roman"/>
                <w:sz w:val="16"/>
                <w:lang w:val="pl-PL"/>
              </w:rPr>
              <w:t>.</w:t>
            </w:r>
          </w:p>
        </w:tc>
      </w:tr>
      <w:tr w:rsidR="0080624C" w:rsidRPr="0080624C" w14:paraId="7464303D" w14:textId="77777777" w:rsidTr="00566CCE">
        <w:trPr>
          <w:cantSplit/>
          <w:jc w:val="center"/>
        </w:trPr>
        <w:tc>
          <w:tcPr>
            <w:tcW w:w="1984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546EBF02" w14:textId="77777777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6"/>
                <w:lang w:val="pl-PL"/>
              </w:rPr>
              <w:t>Luty 2027</w:t>
            </w:r>
          </w:p>
        </w:tc>
        <w:tc>
          <w:tcPr>
            <w:tcW w:w="7767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37A29CC0" w14:textId="77777777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6"/>
                <w:lang w:val="pl-PL"/>
              </w:rPr>
              <w:t>Ferie zgodnie z województwem; Dzień Bezpiecznego Internetu; analiza frekwencji i dobrostanu; konsultacje dla klas VIII.</w:t>
            </w:r>
          </w:p>
        </w:tc>
      </w:tr>
      <w:tr w:rsidR="0080624C" w:rsidRPr="0080624C" w14:paraId="24DA336A" w14:textId="77777777" w:rsidTr="00566CCE">
        <w:trPr>
          <w:cantSplit/>
          <w:jc w:val="center"/>
        </w:trPr>
        <w:tc>
          <w:tcPr>
            <w:tcW w:w="1984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429B80BB" w14:textId="77777777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6"/>
                <w:lang w:val="pl-PL"/>
              </w:rPr>
              <w:t>Marzec 2027</w:t>
            </w:r>
          </w:p>
        </w:tc>
        <w:tc>
          <w:tcPr>
            <w:tcW w:w="7767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62A6676A" w14:textId="77777777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6"/>
                <w:lang w:val="pl-PL"/>
              </w:rPr>
              <w:t>Dzień Wiosny / aktywność ruchowa; projekty obywatelskie; rekolekcje – jeżeli organizowane; wiosenna przerwa świąteczna.</w:t>
            </w:r>
          </w:p>
        </w:tc>
      </w:tr>
      <w:tr w:rsidR="0080624C" w:rsidRPr="0080624C" w14:paraId="2A86F8FC" w14:textId="77777777" w:rsidTr="00566CCE">
        <w:trPr>
          <w:cantSplit/>
          <w:jc w:val="center"/>
        </w:trPr>
        <w:tc>
          <w:tcPr>
            <w:tcW w:w="1984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61F31E2E" w14:textId="77777777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6"/>
                <w:lang w:val="pl-PL"/>
              </w:rPr>
              <w:t>Kwiecień 2027</w:t>
            </w:r>
          </w:p>
        </w:tc>
        <w:tc>
          <w:tcPr>
            <w:tcW w:w="7767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46D9BF26" w14:textId="77777777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6"/>
                <w:lang w:val="pl-PL"/>
              </w:rPr>
              <w:t>Informacje o przewidywanych ocenach zgodnie ze statutem; dni otwarte/rekrutacja; przygotowanie arkusza organizacji; decyzje programowe 2027/2028.</w:t>
            </w:r>
          </w:p>
        </w:tc>
      </w:tr>
      <w:tr w:rsidR="0080624C" w:rsidRPr="0080624C" w14:paraId="4A6308CE" w14:textId="77777777" w:rsidTr="00566CCE">
        <w:trPr>
          <w:cantSplit/>
          <w:jc w:val="center"/>
        </w:trPr>
        <w:tc>
          <w:tcPr>
            <w:tcW w:w="1984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170AAFC5" w14:textId="77777777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6"/>
                <w:lang w:val="pl-PL"/>
              </w:rPr>
              <w:t>Maj 2027</w:t>
            </w:r>
          </w:p>
        </w:tc>
        <w:tc>
          <w:tcPr>
            <w:tcW w:w="7767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1005D257" w14:textId="77777777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6"/>
                <w:lang w:val="pl-PL"/>
              </w:rPr>
              <w:t>Egzamin ósmoklasisty – po komunikacie CKE; Święto Konstytucji 3 Maja; ewaluacja programu profilaktycznego; podsumowanie projektów.</w:t>
            </w:r>
          </w:p>
        </w:tc>
      </w:tr>
      <w:tr w:rsidR="0080624C" w:rsidRPr="0080624C" w14:paraId="45CEFBAD" w14:textId="77777777" w:rsidTr="00566CCE">
        <w:trPr>
          <w:cantSplit/>
          <w:jc w:val="center"/>
        </w:trPr>
        <w:tc>
          <w:tcPr>
            <w:tcW w:w="1984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54559F53" w14:textId="77777777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6"/>
                <w:lang w:val="pl-PL"/>
              </w:rPr>
              <w:t>Czerwiec 2027</w:t>
            </w:r>
          </w:p>
        </w:tc>
        <w:tc>
          <w:tcPr>
            <w:tcW w:w="7767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73CE20D8" w14:textId="77777777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6"/>
                <w:lang w:val="pl-PL"/>
              </w:rPr>
              <w:t>Klasyfikacja roczna; zakończenie roku; podsumowanie wdrożenia reformy i PPP; wnioski do planu 2027/2028; ewentualne egzaminy klasyfikacyjne.</w:t>
            </w:r>
          </w:p>
        </w:tc>
      </w:tr>
      <w:tr w:rsidR="00566CCE" w:rsidRPr="0080624C" w14:paraId="4C4C76BD" w14:textId="77777777" w:rsidTr="00566CCE">
        <w:trPr>
          <w:cantSplit/>
          <w:jc w:val="center"/>
        </w:trPr>
        <w:tc>
          <w:tcPr>
            <w:tcW w:w="1984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3099E368" w14:textId="77777777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6"/>
                <w:lang w:val="pl-PL"/>
              </w:rPr>
              <w:t>Sierpień 2027</w:t>
            </w:r>
          </w:p>
        </w:tc>
        <w:tc>
          <w:tcPr>
            <w:tcW w:w="7767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1AB5D22B" w14:textId="77777777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6"/>
                <w:lang w:val="pl-PL"/>
              </w:rPr>
              <w:t>Egzaminy poprawkowe zgodnie ze statutem i przepisami; rada podsumowująca; przygotowanie kolejnego roku.</w:t>
            </w:r>
          </w:p>
        </w:tc>
      </w:tr>
    </w:tbl>
    <w:p w14:paraId="2C741690" w14:textId="77777777" w:rsidR="00170580" w:rsidRPr="0080624C" w:rsidRDefault="00170580">
      <w:pPr>
        <w:spacing w:after="0"/>
        <w:rPr>
          <w:rFonts w:ascii="Times New Roman" w:hAnsi="Times New Roman" w:cs="Times New Roman"/>
          <w:lang w:val="pl-PL"/>
        </w:rPr>
      </w:pPr>
    </w:p>
    <w:p w14:paraId="7C926D59" w14:textId="77777777" w:rsidR="00170580" w:rsidRPr="0080624C" w:rsidRDefault="00000000">
      <w:pPr>
        <w:pStyle w:val="Nagwek1"/>
        <w:rPr>
          <w:rFonts w:ascii="Times New Roman" w:hAnsi="Times New Roman" w:cs="Times New Roman"/>
          <w:color w:val="auto"/>
          <w:lang w:val="pl-PL"/>
        </w:rPr>
      </w:pPr>
      <w:r w:rsidRPr="0080624C">
        <w:rPr>
          <w:rFonts w:ascii="Times New Roman" w:hAnsi="Times New Roman" w:cs="Times New Roman"/>
          <w:color w:val="auto"/>
          <w:lang w:val="pl-PL"/>
        </w:rPr>
        <w:t>V. Harmonogram zebrań rady pedagogicznej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1984"/>
        <w:gridCol w:w="6066"/>
      </w:tblGrid>
      <w:tr w:rsidR="0080624C" w:rsidRPr="0080624C" w14:paraId="445C9539" w14:textId="77777777" w:rsidTr="004A469F">
        <w:trPr>
          <w:tblHeader/>
          <w:jc w:val="center"/>
        </w:trPr>
        <w:tc>
          <w:tcPr>
            <w:tcW w:w="1701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1879E3C6" w14:textId="77777777" w:rsidR="00170580" w:rsidRPr="0080624C" w:rsidRDefault="00000000">
            <w:pPr>
              <w:jc w:val="center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b/>
                <w:sz w:val="16"/>
                <w:lang w:val="pl-PL"/>
              </w:rPr>
              <w:t>Termin</w:t>
            </w:r>
          </w:p>
        </w:tc>
        <w:tc>
          <w:tcPr>
            <w:tcW w:w="1984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1723E0E6" w14:textId="77777777" w:rsidR="00170580" w:rsidRPr="0080624C" w:rsidRDefault="00000000">
            <w:pPr>
              <w:jc w:val="center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b/>
                <w:sz w:val="16"/>
                <w:lang w:val="pl-PL"/>
              </w:rPr>
              <w:t>Rodzaj</w:t>
            </w:r>
          </w:p>
        </w:tc>
        <w:tc>
          <w:tcPr>
            <w:tcW w:w="6066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56779359" w14:textId="77777777" w:rsidR="00170580" w:rsidRPr="0080624C" w:rsidRDefault="00000000">
            <w:pPr>
              <w:jc w:val="center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b/>
                <w:sz w:val="16"/>
                <w:lang w:val="pl-PL"/>
              </w:rPr>
              <w:t>Tematyka</w:t>
            </w:r>
          </w:p>
        </w:tc>
      </w:tr>
      <w:tr w:rsidR="0080624C" w:rsidRPr="0080624C" w14:paraId="1FE88E07" w14:textId="77777777" w:rsidTr="004A469F">
        <w:trPr>
          <w:cantSplit/>
          <w:jc w:val="center"/>
        </w:trPr>
        <w:tc>
          <w:tcPr>
            <w:tcW w:w="1701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2ED58805" w14:textId="77777777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6"/>
                <w:lang w:val="pl-PL"/>
              </w:rPr>
              <w:t>Sierpień 2026</w:t>
            </w:r>
          </w:p>
        </w:tc>
        <w:tc>
          <w:tcPr>
            <w:tcW w:w="1984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50CFF943" w14:textId="7A6D7095" w:rsidR="00170580" w:rsidRPr="0080624C" w:rsidRDefault="003B19BA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6"/>
              </w:rPr>
              <w:t> </w:t>
            </w:r>
            <w:r w:rsidRPr="0080624C">
              <w:rPr>
                <w:rFonts w:ascii="Times New Roman" w:hAnsi="Times New Roman" w:cs="Times New Roman"/>
                <w:sz w:val="16"/>
                <w:lang w:val="pl-PL"/>
              </w:rPr>
              <w:t>Dwa zebrania</w:t>
            </w:r>
            <w:r w:rsidRPr="0080624C">
              <w:rPr>
                <w:rFonts w:ascii="Times New Roman" w:hAnsi="Times New Roman" w:cs="Times New Roman"/>
                <w:sz w:val="16"/>
              </w:rPr>
              <w:t xml:space="preserve">: </w:t>
            </w:r>
            <w:r w:rsidRPr="0080624C">
              <w:rPr>
                <w:rFonts w:ascii="Times New Roman" w:hAnsi="Times New Roman" w:cs="Times New Roman"/>
                <w:sz w:val="16"/>
                <w:lang w:val="pl-PL"/>
              </w:rPr>
              <w:t>po zakończeniu rocznych zajęć dydaktyczno-wychowawczych oraz przed rozpoczęciem roku szkolnego</w:t>
            </w:r>
          </w:p>
        </w:tc>
        <w:tc>
          <w:tcPr>
            <w:tcW w:w="6066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559A6A30" w14:textId="77777777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6"/>
                <w:lang w:val="pl-PL"/>
              </w:rPr>
              <w:t>Wyniki nadzoru 2025/2026; zmiany prawa; organizacja roku; Reforma26; programy i podręczniki; WDN; przydziały; bezpieczeństwo.</w:t>
            </w:r>
          </w:p>
        </w:tc>
      </w:tr>
      <w:tr w:rsidR="0080624C" w:rsidRPr="0080624C" w14:paraId="74AFA05A" w14:textId="77777777" w:rsidTr="004A469F">
        <w:trPr>
          <w:cantSplit/>
          <w:jc w:val="center"/>
        </w:trPr>
        <w:tc>
          <w:tcPr>
            <w:tcW w:w="1701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379D6D2C" w14:textId="77777777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6"/>
                <w:lang w:val="pl-PL"/>
              </w:rPr>
              <w:t>Wrzesień 2026</w:t>
            </w:r>
          </w:p>
        </w:tc>
        <w:tc>
          <w:tcPr>
            <w:tcW w:w="1984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2D720787" w14:textId="2F443EB6" w:rsidR="00170580" w:rsidRPr="0080624C" w:rsidRDefault="00023FB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6"/>
                <w:lang w:val="pl-PL"/>
              </w:rPr>
              <w:t>Organizacyjne</w:t>
            </w:r>
          </w:p>
        </w:tc>
        <w:tc>
          <w:tcPr>
            <w:tcW w:w="6066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0A979805" w14:textId="77777777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6"/>
                <w:lang w:val="pl-PL"/>
              </w:rPr>
              <w:t>Plan nadzoru; sposób wykorzystania wniosków; program wychowawczo-profilaktyczny; doradztwo; standard oceniania i informacji zwrotnej.</w:t>
            </w:r>
          </w:p>
        </w:tc>
      </w:tr>
      <w:tr w:rsidR="0080624C" w:rsidRPr="0080624C" w14:paraId="60CF800E" w14:textId="77777777" w:rsidTr="004A469F">
        <w:trPr>
          <w:cantSplit/>
          <w:jc w:val="center"/>
        </w:trPr>
        <w:tc>
          <w:tcPr>
            <w:tcW w:w="1701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10A780CD" w14:textId="77777777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6"/>
                <w:lang w:val="pl-PL"/>
              </w:rPr>
              <w:lastRenderedPageBreak/>
              <w:t>Listopad 2026</w:t>
            </w:r>
          </w:p>
        </w:tc>
        <w:tc>
          <w:tcPr>
            <w:tcW w:w="1984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050505BA" w14:textId="3DEC4942" w:rsidR="00170580" w:rsidRPr="0080624C" w:rsidRDefault="000F2974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6"/>
                <w:lang w:val="pl-PL"/>
              </w:rPr>
              <w:t>Organizacyjne/szkolenie nauczycieli</w:t>
            </w:r>
          </w:p>
        </w:tc>
        <w:tc>
          <w:tcPr>
            <w:tcW w:w="6066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2CB96E76" w14:textId="77777777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6"/>
                <w:lang w:val="pl-PL"/>
              </w:rPr>
              <w:t>Praktyczne wdrażanie nowej podstawy, doświadczenia edukacyjne i ocenianie kształtujące; pierwsze wnioski z kontroli.</w:t>
            </w:r>
          </w:p>
        </w:tc>
      </w:tr>
      <w:tr w:rsidR="0080624C" w:rsidRPr="0080624C" w14:paraId="4624B81C" w14:textId="77777777" w:rsidTr="004A469F">
        <w:trPr>
          <w:cantSplit/>
          <w:jc w:val="center"/>
        </w:trPr>
        <w:tc>
          <w:tcPr>
            <w:tcW w:w="1701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1370751A" w14:textId="77777777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6"/>
                <w:lang w:val="pl-PL"/>
              </w:rPr>
              <w:t>Styczeń/luty 2027</w:t>
            </w:r>
          </w:p>
        </w:tc>
        <w:tc>
          <w:tcPr>
            <w:tcW w:w="1984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5C491C05" w14:textId="5D2EF710" w:rsidR="00170580" w:rsidRPr="0080624C" w:rsidRDefault="004A469F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6"/>
                <w:lang w:val="pl-PL"/>
              </w:rPr>
              <w:t xml:space="preserve">w związku z klasyfikowaniem uczniów, </w:t>
            </w:r>
          </w:p>
        </w:tc>
        <w:tc>
          <w:tcPr>
            <w:tcW w:w="6066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7BC4C0C8" w14:textId="0A99D460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6"/>
                <w:lang w:val="pl-PL"/>
              </w:rPr>
              <w:t>Klasyfikacja śródroczna; frekwencja; PPP; efekty dobrostan; korekta planu pracy.</w:t>
            </w:r>
          </w:p>
        </w:tc>
      </w:tr>
      <w:tr w:rsidR="0080624C" w:rsidRPr="0080624C" w14:paraId="1533A4E6" w14:textId="77777777" w:rsidTr="004A469F">
        <w:trPr>
          <w:cantSplit/>
          <w:jc w:val="center"/>
        </w:trPr>
        <w:tc>
          <w:tcPr>
            <w:tcW w:w="1701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09B7E2F7" w14:textId="77777777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6"/>
                <w:lang w:val="pl-PL"/>
              </w:rPr>
              <w:t>Kwiecień 2027</w:t>
            </w:r>
          </w:p>
        </w:tc>
        <w:tc>
          <w:tcPr>
            <w:tcW w:w="1984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6E8ADA92" w14:textId="3A091C92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6"/>
                <w:lang w:val="pl-PL"/>
              </w:rPr>
              <w:t>Organizacyjne/szkoleni</w:t>
            </w:r>
            <w:r w:rsidR="004A469F" w:rsidRPr="0080624C">
              <w:rPr>
                <w:rFonts w:ascii="Times New Roman" w:hAnsi="Times New Roman" w:cs="Times New Roman"/>
                <w:sz w:val="16"/>
                <w:lang w:val="pl-PL"/>
              </w:rPr>
              <w:t>e nauczycieli</w:t>
            </w:r>
          </w:p>
        </w:tc>
        <w:tc>
          <w:tcPr>
            <w:tcW w:w="6066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5FEFFFC2" w14:textId="77777777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6"/>
                <w:lang w:val="pl-PL"/>
              </w:rPr>
              <w:t>Arkusz organizacji; przygotowanie do egzaminu; kolejny etap reformy; programy i wyposażenie; analiza ryzyka.</w:t>
            </w:r>
          </w:p>
        </w:tc>
      </w:tr>
      <w:tr w:rsidR="0080624C" w:rsidRPr="0080624C" w14:paraId="4DAB10F8" w14:textId="77777777" w:rsidTr="004A469F">
        <w:trPr>
          <w:cantSplit/>
          <w:jc w:val="center"/>
        </w:trPr>
        <w:tc>
          <w:tcPr>
            <w:tcW w:w="1701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7949C2D9" w14:textId="77777777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6"/>
                <w:lang w:val="pl-PL"/>
              </w:rPr>
              <w:t>Czerwiec 2027</w:t>
            </w:r>
          </w:p>
        </w:tc>
        <w:tc>
          <w:tcPr>
            <w:tcW w:w="1984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1DC500FC" w14:textId="57F74A5C" w:rsidR="00170580" w:rsidRPr="0080624C" w:rsidRDefault="004A469F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6"/>
                <w:lang w:val="pl-PL"/>
              </w:rPr>
              <w:t>w związku z klasyfikowaniem uczniów,</w:t>
            </w:r>
          </w:p>
        </w:tc>
        <w:tc>
          <w:tcPr>
            <w:tcW w:w="6066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29C38AA8" w14:textId="77777777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6"/>
                <w:lang w:val="pl-PL"/>
              </w:rPr>
              <w:t>Klasyfikacja roczna; analiza efektów kształcenia, wychowania i opieki; wnioski do pracy.</w:t>
            </w:r>
          </w:p>
        </w:tc>
      </w:tr>
      <w:tr w:rsidR="004A469F" w:rsidRPr="0080624C" w14:paraId="1776070D" w14:textId="77777777" w:rsidTr="004A469F">
        <w:trPr>
          <w:cantSplit/>
          <w:jc w:val="center"/>
        </w:trPr>
        <w:tc>
          <w:tcPr>
            <w:tcW w:w="1701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36B6CDF0" w14:textId="77777777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6"/>
                <w:lang w:val="pl-PL"/>
              </w:rPr>
              <w:t>Do 31 sierpnia 2027</w:t>
            </w:r>
          </w:p>
        </w:tc>
        <w:tc>
          <w:tcPr>
            <w:tcW w:w="1984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1E0753D8" w14:textId="6F1B83A6" w:rsidR="00170580" w:rsidRPr="0080624C" w:rsidRDefault="0028430C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6"/>
                <w:lang w:val="pl-PL"/>
              </w:rPr>
              <w:t>po zakończeniu rocznych zajęć dydaktyczno-wychowawczych</w:t>
            </w:r>
          </w:p>
        </w:tc>
        <w:tc>
          <w:tcPr>
            <w:tcW w:w="6066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1A284F47" w14:textId="77777777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6"/>
                <w:lang w:val="pl-PL"/>
              </w:rPr>
              <w:t>Wyniki i wnioski nadzoru; informacja o działalności szkoły; ustalenie sposobu wykorzystania wyników w 2027/2028.</w:t>
            </w:r>
          </w:p>
        </w:tc>
      </w:tr>
    </w:tbl>
    <w:p w14:paraId="25F9304D" w14:textId="77777777" w:rsidR="00170580" w:rsidRPr="0080624C" w:rsidRDefault="00170580">
      <w:pPr>
        <w:spacing w:after="0"/>
        <w:rPr>
          <w:rFonts w:ascii="Times New Roman" w:hAnsi="Times New Roman" w:cs="Times New Roman"/>
          <w:lang w:val="pl-PL"/>
        </w:rPr>
      </w:pPr>
    </w:p>
    <w:p w14:paraId="63BEC4C0" w14:textId="77777777" w:rsidR="00170580" w:rsidRPr="0080624C" w:rsidRDefault="00000000">
      <w:pPr>
        <w:pStyle w:val="Nagwek1"/>
        <w:rPr>
          <w:rFonts w:ascii="Times New Roman" w:hAnsi="Times New Roman" w:cs="Times New Roman"/>
          <w:color w:val="auto"/>
          <w:lang w:val="pl-PL"/>
        </w:rPr>
      </w:pPr>
      <w:r w:rsidRPr="0080624C">
        <w:rPr>
          <w:rFonts w:ascii="Times New Roman" w:hAnsi="Times New Roman" w:cs="Times New Roman"/>
          <w:color w:val="auto"/>
          <w:lang w:val="pl-PL"/>
        </w:rPr>
        <w:t>VI. Harmonogram doskonalenia zawodowego nauczycieli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6"/>
        <w:gridCol w:w="3515"/>
        <w:gridCol w:w="1360"/>
        <w:gridCol w:w="1814"/>
        <w:gridCol w:w="2664"/>
      </w:tblGrid>
      <w:tr w:rsidR="0080624C" w:rsidRPr="0080624C" w14:paraId="1D53D884" w14:textId="77777777" w:rsidTr="0028430C">
        <w:trPr>
          <w:tblHeader/>
          <w:jc w:val="center"/>
        </w:trPr>
        <w:tc>
          <w:tcPr>
            <w:tcW w:w="396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288EDE3B" w14:textId="77777777" w:rsidR="00170580" w:rsidRPr="0080624C" w:rsidRDefault="00000000">
            <w:pPr>
              <w:jc w:val="center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b/>
                <w:sz w:val="15"/>
                <w:lang w:val="pl-PL"/>
              </w:rPr>
              <w:t>Lp.</w:t>
            </w:r>
          </w:p>
        </w:tc>
        <w:tc>
          <w:tcPr>
            <w:tcW w:w="3515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0BF0472B" w14:textId="77777777" w:rsidR="00170580" w:rsidRPr="0080624C" w:rsidRDefault="00000000">
            <w:pPr>
              <w:jc w:val="center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b/>
                <w:sz w:val="15"/>
                <w:lang w:val="pl-PL"/>
              </w:rPr>
              <w:t>Temat</w:t>
            </w:r>
          </w:p>
        </w:tc>
        <w:tc>
          <w:tcPr>
            <w:tcW w:w="1360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1BE6E5E9" w14:textId="77777777" w:rsidR="00170580" w:rsidRPr="0080624C" w:rsidRDefault="00000000">
            <w:pPr>
              <w:jc w:val="center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b/>
                <w:sz w:val="15"/>
                <w:lang w:val="pl-PL"/>
              </w:rPr>
              <w:t>Termin</w:t>
            </w:r>
          </w:p>
        </w:tc>
        <w:tc>
          <w:tcPr>
            <w:tcW w:w="1814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040ED259" w14:textId="77777777" w:rsidR="00170580" w:rsidRPr="0080624C" w:rsidRDefault="00000000">
            <w:pPr>
              <w:jc w:val="center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b/>
                <w:sz w:val="15"/>
                <w:lang w:val="pl-PL"/>
              </w:rPr>
              <w:t>Forma</w:t>
            </w:r>
          </w:p>
        </w:tc>
        <w:tc>
          <w:tcPr>
            <w:tcW w:w="2664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47A8445F" w14:textId="77777777" w:rsidR="00170580" w:rsidRPr="0080624C" w:rsidRDefault="00000000">
            <w:pPr>
              <w:jc w:val="center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b/>
                <w:sz w:val="15"/>
                <w:lang w:val="pl-PL"/>
              </w:rPr>
              <w:t>Produkt wdrożeniowy</w:t>
            </w:r>
          </w:p>
        </w:tc>
      </w:tr>
      <w:tr w:rsidR="0080624C" w:rsidRPr="0080624C" w14:paraId="547EC83A" w14:textId="77777777" w:rsidTr="0028430C">
        <w:trPr>
          <w:cantSplit/>
          <w:jc w:val="center"/>
        </w:trPr>
        <w:tc>
          <w:tcPr>
            <w:tcW w:w="396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34A5F7ED" w14:textId="77777777" w:rsidR="00170580" w:rsidRPr="0080624C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5"/>
                <w:lang w:val="pl-PL"/>
              </w:rPr>
              <w:t>1</w:t>
            </w:r>
          </w:p>
        </w:tc>
        <w:tc>
          <w:tcPr>
            <w:tcW w:w="3515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5E250CDF" w14:textId="77777777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5"/>
                <w:lang w:val="pl-PL"/>
              </w:rPr>
              <w:t xml:space="preserve">Nowa podstawa w klasach I </w:t>
            </w:r>
            <w:proofErr w:type="spellStart"/>
            <w:r w:rsidRPr="0080624C">
              <w:rPr>
                <w:rFonts w:ascii="Times New Roman" w:hAnsi="Times New Roman" w:cs="Times New Roman"/>
                <w:sz w:val="15"/>
                <w:lang w:val="pl-PL"/>
              </w:rPr>
              <w:t>i</w:t>
            </w:r>
            <w:proofErr w:type="spellEnd"/>
            <w:r w:rsidRPr="0080624C">
              <w:rPr>
                <w:rFonts w:ascii="Times New Roman" w:hAnsi="Times New Roman" w:cs="Times New Roman"/>
                <w:sz w:val="15"/>
                <w:lang w:val="pl-PL"/>
              </w:rPr>
              <w:t xml:space="preserve"> IV: efekty, doświadczenia edukacyjne, moduły, planowanie i dokumentowanie.</w:t>
            </w:r>
          </w:p>
        </w:tc>
        <w:tc>
          <w:tcPr>
            <w:tcW w:w="1360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4E6BB5AE" w14:textId="77777777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5"/>
                <w:lang w:val="pl-PL"/>
              </w:rPr>
              <w:t>sierpień/wrzesień</w:t>
            </w:r>
          </w:p>
        </w:tc>
        <w:tc>
          <w:tcPr>
            <w:tcW w:w="1814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1525B8EB" w14:textId="60495C39" w:rsidR="00170580" w:rsidRPr="0080624C" w:rsidRDefault="0028430C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5"/>
                <w:lang w:val="pl-PL"/>
              </w:rPr>
              <w:t>Szkolenie nauczycieli + warsztat</w:t>
            </w:r>
          </w:p>
        </w:tc>
        <w:tc>
          <w:tcPr>
            <w:tcW w:w="2664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6333C7A4" w14:textId="77777777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5"/>
                <w:lang w:val="pl-PL"/>
              </w:rPr>
              <w:t xml:space="preserve">Mapy wdrożenia dla klas I </w:t>
            </w:r>
            <w:proofErr w:type="spellStart"/>
            <w:r w:rsidRPr="0080624C">
              <w:rPr>
                <w:rFonts w:ascii="Times New Roman" w:hAnsi="Times New Roman" w:cs="Times New Roman"/>
                <w:sz w:val="15"/>
                <w:lang w:val="pl-PL"/>
              </w:rPr>
              <w:t>i</w:t>
            </w:r>
            <w:proofErr w:type="spellEnd"/>
            <w:r w:rsidRPr="0080624C">
              <w:rPr>
                <w:rFonts w:ascii="Times New Roman" w:hAnsi="Times New Roman" w:cs="Times New Roman"/>
                <w:sz w:val="15"/>
                <w:lang w:val="pl-PL"/>
              </w:rPr>
              <w:t xml:space="preserve"> IV</w:t>
            </w:r>
          </w:p>
        </w:tc>
      </w:tr>
      <w:tr w:rsidR="0080624C" w:rsidRPr="0080624C" w14:paraId="67BB5B48" w14:textId="77777777" w:rsidTr="0028430C">
        <w:trPr>
          <w:cantSplit/>
          <w:jc w:val="center"/>
        </w:trPr>
        <w:tc>
          <w:tcPr>
            <w:tcW w:w="396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1ED43742" w14:textId="77777777" w:rsidR="00170580" w:rsidRPr="0080624C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5"/>
                <w:lang w:val="pl-PL"/>
              </w:rPr>
              <w:t>2</w:t>
            </w:r>
          </w:p>
        </w:tc>
        <w:tc>
          <w:tcPr>
            <w:tcW w:w="3515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4E589ED1" w14:textId="77777777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5"/>
                <w:lang w:val="pl-PL"/>
              </w:rPr>
              <w:t>Informacja zwrotna i ocenianie kształtujące w praktyce.</w:t>
            </w:r>
          </w:p>
        </w:tc>
        <w:tc>
          <w:tcPr>
            <w:tcW w:w="1360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38D18879" w14:textId="77777777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5"/>
                <w:lang w:val="pl-PL"/>
              </w:rPr>
              <w:t>wrzesień/listopad</w:t>
            </w:r>
          </w:p>
        </w:tc>
        <w:tc>
          <w:tcPr>
            <w:tcW w:w="1814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596D6DE9" w14:textId="77777777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5"/>
                <w:lang w:val="pl-PL"/>
              </w:rPr>
              <w:t>Warsztat, lekcje otwarte</w:t>
            </w:r>
          </w:p>
        </w:tc>
        <w:tc>
          <w:tcPr>
            <w:tcW w:w="2664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561E6952" w14:textId="77777777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5"/>
                <w:lang w:val="pl-PL"/>
              </w:rPr>
              <w:t>Szkolny standard i przykłady prac</w:t>
            </w:r>
          </w:p>
        </w:tc>
      </w:tr>
      <w:tr w:rsidR="0080624C" w:rsidRPr="0080624C" w14:paraId="36F3D66E" w14:textId="77777777" w:rsidTr="0028430C">
        <w:trPr>
          <w:cantSplit/>
          <w:jc w:val="center"/>
        </w:trPr>
        <w:tc>
          <w:tcPr>
            <w:tcW w:w="396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19A9D9F6" w14:textId="77777777" w:rsidR="00170580" w:rsidRPr="0080624C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5"/>
                <w:lang w:val="pl-PL"/>
              </w:rPr>
              <w:t>3</w:t>
            </w:r>
          </w:p>
        </w:tc>
        <w:tc>
          <w:tcPr>
            <w:tcW w:w="3515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241B6F10" w14:textId="77777777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5"/>
                <w:lang w:val="pl-PL"/>
              </w:rPr>
              <w:t>Diagnoza funkcjonalna, IPET/WOPFU i ocena skuteczności PPP.</w:t>
            </w:r>
          </w:p>
        </w:tc>
        <w:tc>
          <w:tcPr>
            <w:tcW w:w="1360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4B80713C" w14:textId="77777777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5"/>
                <w:lang w:val="pl-PL"/>
              </w:rPr>
              <w:t>październik</w:t>
            </w:r>
          </w:p>
        </w:tc>
        <w:tc>
          <w:tcPr>
            <w:tcW w:w="1814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1984DC06" w14:textId="77777777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5"/>
                <w:lang w:val="pl-PL"/>
              </w:rPr>
              <w:t>Warsztat specjalistyczny</w:t>
            </w:r>
          </w:p>
        </w:tc>
        <w:tc>
          <w:tcPr>
            <w:tcW w:w="2664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18F981C3" w14:textId="77777777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5"/>
                <w:lang w:val="pl-PL"/>
              </w:rPr>
              <w:t>Karta skuteczności i standard pracy zespołu</w:t>
            </w:r>
          </w:p>
        </w:tc>
      </w:tr>
      <w:tr w:rsidR="0080624C" w:rsidRPr="0080624C" w14:paraId="6377DC2F" w14:textId="77777777" w:rsidTr="0028430C">
        <w:trPr>
          <w:cantSplit/>
          <w:jc w:val="center"/>
        </w:trPr>
        <w:tc>
          <w:tcPr>
            <w:tcW w:w="396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43760377" w14:textId="77777777" w:rsidR="00170580" w:rsidRPr="0080624C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5"/>
                <w:lang w:val="pl-PL"/>
              </w:rPr>
              <w:t>4</w:t>
            </w:r>
          </w:p>
        </w:tc>
        <w:tc>
          <w:tcPr>
            <w:tcW w:w="3515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216FCD57" w14:textId="77777777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5"/>
                <w:lang w:val="pl-PL"/>
              </w:rPr>
              <w:t>Przeciwdziałanie przemocy, wykluczeniu i kryzysom psychicznym.</w:t>
            </w:r>
          </w:p>
        </w:tc>
        <w:tc>
          <w:tcPr>
            <w:tcW w:w="1360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592545AA" w14:textId="23AC5ABC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5"/>
                <w:lang w:val="pl-PL"/>
              </w:rPr>
              <w:t>I</w:t>
            </w:r>
            <w:r w:rsidR="004A08D2" w:rsidRPr="0080624C">
              <w:rPr>
                <w:rFonts w:ascii="Times New Roman" w:hAnsi="Times New Roman" w:cs="Times New Roman"/>
                <w:sz w:val="15"/>
                <w:lang w:val="pl-PL"/>
              </w:rPr>
              <w:t xml:space="preserve"> okres</w:t>
            </w:r>
          </w:p>
        </w:tc>
        <w:tc>
          <w:tcPr>
            <w:tcW w:w="1814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05EE7A68" w14:textId="77777777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5"/>
                <w:lang w:val="pl-PL"/>
              </w:rPr>
              <w:t>Szkolenie praktyczne</w:t>
            </w:r>
          </w:p>
        </w:tc>
        <w:tc>
          <w:tcPr>
            <w:tcW w:w="2664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28DA8D9F" w14:textId="77777777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5"/>
                <w:lang w:val="pl-PL"/>
              </w:rPr>
              <w:t>Scenariusze reagowania</w:t>
            </w:r>
          </w:p>
        </w:tc>
      </w:tr>
      <w:tr w:rsidR="0080624C" w:rsidRPr="0080624C" w14:paraId="7FA357D0" w14:textId="77777777" w:rsidTr="0028430C">
        <w:trPr>
          <w:cantSplit/>
          <w:jc w:val="center"/>
        </w:trPr>
        <w:tc>
          <w:tcPr>
            <w:tcW w:w="396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0846E599" w14:textId="77777777" w:rsidR="00170580" w:rsidRPr="0080624C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5"/>
                <w:lang w:val="pl-PL"/>
              </w:rPr>
              <w:t>5</w:t>
            </w:r>
          </w:p>
        </w:tc>
        <w:tc>
          <w:tcPr>
            <w:tcW w:w="3515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22E2CEFD" w14:textId="77777777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5"/>
                <w:lang w:val="pl-PL"/>
              </w:rPr>
              <w:t xml:space="preserve">AI, ZPE, </w:t>
            </w:r>
            <w:proofErr w:type="spellStart"/>
            <w:r w:rsidRPr="0080624C">
              <w:rPr>
                <w:rFonts w:ascii="Times New Roman" w:hAnsi="Times New Roman" w:cs="Times New Roman"/>
                <w:sz w:val="15"/>
                <w:lang w:val="pl-PL"/>
              </w:rPr>
              <w:t>deepfake</w:t>
            </w:r>
            <w:proofErr w:type="spellEnd"/>
            <w:r w:rsidRPr="0080624C">
              <w:rPr>
                <w:rFonts w:ascii="Times New Roman" w:hAnsi="Times New Roman" w:cs="Times New Roman"/>
                <w:sz w:val="15"/>
                <w:lang w:val="pl-PL"/>
              </w:rPr>
              <w:t>, prawa autorskie i ochrona danych.</w:t>
            </w:r>
          </w:p>
        </w:tc>
        <w:tc>
          <w:tcPr>
            <w:tcW w:w="1360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722B806C" w14:textId="37665B4A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5"/>
                <w:lang w:val="pl-PL"/>
              </w:rPr>
              <w:t xml:space="preserve">I </w:t>
            </w:r>
            <w:r w:rsidR="004A08D2" w:rsidRPr="0080624C">
              <w:rPr>
                <w:rFonts w:ascii="Times New Roman" w:hAnsi="Times New Roman" w:cs="Times New Roman"/>
                <w:sz w:val="15"/>
                <w:lang w:val="pl-PL"/>
              </w:rPr>
              <w:t>okres</w:t>
            </w:r>
          </w:p>
        </w:tc>
        <w:tc>
          <w:tcPr>
            <w:tcW w:w="1814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09EA9823" w14:textId="77777777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5"/>
                <w:lang w:val="pl-PL"/>
              </w:rPr>
              <w:t>Szkolenie + zadanie wdrożeniowe</w:t>
            </w:r>
          </w:p>
        </w:tc>
        <w:tc>
          <w:tcPr>
            <w:tcW w:w="2664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07DB3595" w14:textId="77777777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5"/>
                <w:lang w:val="pl-PL"/>
              </w:rPr>
              <w:t>Szkolne zasady AI</w:t>
            </w:r>
          </w:p>
        </w:tc>
      </w:tr>
      <w:tr w:rsidR="0080624C" w:rsidRPr="0080624C" w14:paraId="2A5F461C" w14:textId="77777777" w:rsidTr="0028430C">
        <w:trPr>
          <w:cantSplit/>
          <w:jc w:val="center"/>
        </w:trPr>
        <w:tc>
          <w:tcPr>
            <w:tcW w:w="396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386CB9BA" w14:textId="77777777" w:rsidR="00170580" w:rsidRPr="0080624C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5"/>
                <w:lang w:val="pl-PL"/>
              </w:rPr>
              <w:t>6</w:t>
            </w:r>
          </w:p>
        </w:tc>
        <w:tc>
          <w:tcPr>
            <w:tcW w:w="3515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3E1DF574" w14:textId="77777777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5"/>
                <w:lang w:val="pl-PL"/>
              </w:rPr>
              <w:t>Zadania tekstowe, problemowe i interdyscyplinarne.</w:t>
            </w:r>
          </w:p>
        </w:tc>
        <w:tc>
          <w:tcPr>
            <w:tcW w:w="1360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1E5E37AA" w14:textId="03CCF68F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5"/>
                <w:lang w:val="pl-PL"/>
              </w:rPr>
              <w:t xml:space="preserve">I/II </w:t>
            </w:r>
            <w:r w:rsidR="004A08D2" w:rsidRPr="0080624C">
              <w:rPr>
                <w:rFonts w:ascii="Times New Roman" w:hAnsi="Times New Roman" w:cs="Times New Roman"/>
                <w:sz w:val="15"/>
                <w:lang w:val="pl-PL"/>
              </w:rPr>
              <w:t>okres</w:t>
            </w:r>
          </w:p>
        </w:tc>
        <w:tc>
          <w:tcPr>
            <w:tcW w:w="1814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1F8A240A" w14:textId="77777777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5"/>
                <w:lang w:val="pl-PL"/>
              </w:rPr>
              <w:t>Warsztaty zespołów</w:t>
            </w:r>
          </w:p>
        </w:tc>
        <w:tc>
          <w:tcPr>
            <w:tcW w:w="2664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11955EB7" w14:textId="77777777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5"/>
                <w:lang w:val="pl-PL"/>
              </w:rPr>
              <w:t>Bank zadań i projektów</w:t>
            </w:r>
          </w:p>
        </w:tc>
      </w:tr>
      <w:tr w:rsidR="0080624C" w:rsidRPr="0080624C" w14:paraId="426A6D7B" w14:textId="77777777" w:rsidTr="0028430C">
        <w:trPr>
          <w:cantSplit/>
          <w:jc w:val="center"/>
        </w:trPr>
        <w:tc>
          <w:tcPr>
            <w:tcW w:w="396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2411596B" w14:textId="77777777" w:rsidR="00170580" w:rsidRPr="0080624C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5"/>
                <w:lang w:val="pl-PL"/>
              </w:rPr>
              <w:t>7</w:t>
            </w:r>
          </w:p>
        </w:tc>
        <w:tc>
          <w:tcPr>
            <w:tcW w:w="3515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48A02F05" w14:textId="77777777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5"/>
                <w:lang w:val="pl-PL"/>
              </w:rPr>
              <w:t>Edukacja zdrowotna i pierwsza pomoc – metodyka oraz komunikacja z rodzicami.</w:t>
            </w:r>
          </w:p>
        </w:tc>
        <w:tc>
          <w:tcPr>
            <w:tcW w:w="1360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4438A1CA" w14:textId="464BB586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5"/>
                <w:lang w:val="pl-PL"/>
              </w:rPr>
              <w:t xml:space="preserve">I </w:t>
            </w:r>
            <w:r w:rsidR="004A08D2" w:rsidRPr="0080624C">
              <w:rPr>
                <w:rFonts w:ascii="Times New Roman" w:hAnsi="Times New Roman" w:cs="Times New Roman"/>
                <w:sz w:val="15"/>
                <w:lang w:val="pl-PL"/>
              </w:rPr>
              <w:t>okres</w:t>
            </w:r>
          </w:p>
        </w:tc>
        <w:tc>
          <w:tcPr>
            <w:tcW w:w="1814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4BA3AD74" w14:textId="77777777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5"/>
                <w:lang w:val="pl-PL"/>
              </w:rPr>
              <w:t>Szkolenie/warsztat</w:t>
            </w:r>
          </w:p>
        </w:tc>
        <w:tc>
          <w:tcPr>
            <w:tcW w:w="2664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61422AA2" w14:textId="77777777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5"/>
                <w:lang w:val="pl-PL"/>
              </w:rPr>
              <w:t>Plan działań i materiały</w:t>
            </w:r>
          </w:p>
        </w:tc>
      </w:tr>
      <w:tr w:rsidR="0028430C" w:rsidRPr="0080624C" w14:paraId="260791C6" w14:textId="77777777" w:rsidTr="0028430C">
        <w:trPr>
          <w:cantSplit/>
          <w:jc w:val="center"/>
        </w:trPr>
        <w:tc>
          <w:tcPr>
            <w:tcW w:w="396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07F6DF5A" w14:textId="77777777" w:rsidR="00170580" w:rsidRPr="0080624C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5"/>
                <w:lang w:val="pl-PL"/>
              </w:rPr>
              <w:t>8</w:t>
            </w:r>
          </w:p>
        </w:tc>
        <w:tc>
          <w:tcPr>
            <w:tcW w:w="3515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24E3471B" w14:textId="77777777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5"/>
                <w:lang w:val="pl-PL"/>
              </w:rPr>
              <w:t>Obserwacje koleżeńskie i analiza wpływu szkolenia na praktykę.</w:t>
            </w:r>
          </w:p>
        </w:tc>
        <w:tc>
          <w:tcPr>
            <w:tcW w:w="1360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3E2B8E42" w14:textId="77777777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5"/>
                <w:lang w:val="pl-PL"/>
              </w:rPr>
              <w:t>cały rok</w:t>
            </w:r>
          </w:p>
        </w:tc>
        <w:tc>
          <w:tcPr>
            <w:tcW w:w="1814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27FD3D57" w14:textId="77777777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5"/>
                <w:lang w:val="pl-PL"/>
              </w:rPr>
              <w:t>Lekcje otwarte / coaching</w:t>
            </w:r>
          </w:p>
        </w:tc>
        <w:tc>
          <w:tcPr>
            <w:tcW w:w="2664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3926F165" w14:textId="77777777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5"/>
                <w:lang w:val="pl-PL"/>
              </w:rPr>
              <w:t>Minimum 1 obserwacja na nauczyciela lub zespół</w:t>
            </w:r>
          </w:p>
        </w:tc>
      </w:tr>
    </w:tbl>
    <w:p w14:paraId="0B7029DB" w14:textId="77777777" w:rsidR="00170580" w:rsidRPr="0080624C" w:rsidRDefault="00170580">
      <w:pPr>
        <w:spacing w:after="0"/>
        <w:rPr>
          <w:rFonts w:ascii="Times New Roman" w:hAnsi="Times New Roman" w:cs="Times New Roman"/>
          <w:lang w:val="pl-PL"/>
        </w:rPr>
      </w:pPr>
    </w:p>
    <w:p w14:paraId="690270A0" w14:textId="77777777" w:rsidR="00170580" w:rsidRPr="0080624C" w:rsidRDefault="00000000">
      <w:pPr>
        <w:pStyle w:val="Nagwek1"/>
        <w:rPr>
          <w:rFonts w:ascii="Times New Roman" w:hAnsi="Times New Roman" w:cs="Times New Roman"/>
          <w:color w:val="auto"/>
          <w:lang w:val="pl-PL"/>
        </w:rPr>
      </w:pPr>
      <w:r w:rsidRPr="0080624C">
        <w:rPr>
          <w:rFonts w:ascii="Times New Roman" w:hAnsi="Times New Roman" w:cs="Times New Roman"/>
          <w:color w:val="auto"/>
          <w:lang w:val="pl-PL"/>
        </w:rPr>
        <w:t>VII. Plan wycieczek, wyjść i działań terenowych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6"/>
        <w:gridCol w:w="850"/>
        <w:gridCol w:w="1417"/>
        <w:gridCol w:w="5329"/>
        <w:gridCol w:w="1814"/>
      </w:tblGrid>
      <w:tr w:rsidR="0080624C" w:rsidRPr="0080624C" w14:paraId="7505C0B7" w14:textId="77777777" w:rsidTr="0028430C">
        <w:trPr>
          <w:tblHeader/>
          <w:jc w:val="center"/>
        </w:trPr>
        <w:tc>
          <w:tcPr>
            <w:tcW w:w="396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1DA7A190" w14:textId="77777777" w:rsidR="00170580" w:rsidRPr="0080624C" w:rsidRDefault="00000000">
            <w:pPr>
              <w:jc w:val="center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b/>
                <w:sz w:val="15"/>
                <w:lang w:val="pl-PL"/>
              </w:rPr>
              <w:t>Lp.</w:t>
            </w:r>
          </w:p>
        </w:tc>
        <w:tc>
          <w:tcPr>
            <w:tcW w:w="850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42EDD952" w14:textId="77777777" w:rsidR="00170580" w:rsidRPr="0080624C" w:rsidRDefault="00000000">
            <w:pPr>
              <w:jc w:val="center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b/>
                <w:sz w:val="15"/>
                <w:lang w:val="pl-PL"/>
              </w:rPr>
              <w:t>Klasy</w:t>
            </w:r>
          </w:p>
        </w:tc>
        <w:tc>
          <w:tcPr>
            <w:tcW w:w="1417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39B6E79F" w14:textId="77777777" w:rsidR="00170580" w:rsidRPr="0080624C" w:rsidRDefault="00000000">
            <w:pPr>
              <w:jc w:val="center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b/>
                <w:sz w:val="15"/>
                <w:lang w:val="pl-PL"/>
              </w:rPr>
              <w:t>Kierownik</w:t>
            </w:r>
          </w:p>
        </w:tc>
        <w:tc>
          <w:tcPr>
            <w:tcW w:w="5329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38E08785" w14:textId="77777777" w:rsidR="00170580" w:rsidRPr="0080624C" w:rsidRDefault="00000000">
            <w:pPr>
              <w:jc w:val="center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b/>
                <w:sz w:val="15"/>
                <w:lang w:val="pl-PL"/>
              </w:rPr>
              <w:t>Cel / miejsce</w:t>
            </w:r>
          </w:p>
        </w:tc>
        <w:tc>
          <w:tcPr>
            <w:tcW w:w="1814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18BBBB1B" w14:textId="77777777" w:rsidR="00170580" w:rsidRPr="0080624C" w:rsidRDefault="00000000">
            <w:pPr>
              <w:jc w:val="center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b/>
                <w:sz w:val="15"/>
                <w:lang w:val="pl-PL"/>
              </w:rPr>
              <w:t>Termin</w:t>
            </w:r>
          </w:p>
        </w:tc>
      </w:tr>
      <w:tr w:rsidR="0080624C" w:rsidRPr="0080624C" w14:paraId="38265393" w14:textId="77777777" w:rsidTr="0028430C">
        <w:trPr>
          <w:cantSplit/>
          <w:jc w:val="center"/>
        </w:trPr>
        <w:tc>
          <w:tcPr>
            <w:tcW w:w="396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78BF1860" w14:textId="77777777" w:rsidR="00170580" w:rsidRPr="0080624C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5"/>
                <w:lang w:val="pl-PL"/>
              </w:rPr>
              <w:t>1</w:t>
            </w:r>
          </w:p>
        </w:tc>
        <w:tc>
          <w:tcPr>
            <w:tcW w:w="850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56170A4B" w14:textId="77777777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5"/>
                <w:lang w:val="pl-PL"/>
              </w:rPr>
              <w:t>I–III</w:t>
            </w:r>
          </w:p>
        </w:tc>
        <w:tc>
          <w:tcPr>
            <w:tcW w:w="1417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4CF2BCFB" w14:textId="77777777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5"/>
                <w:lang w:val="pl-PL"/>
              </w:rPr>
              <w:t>……………………</w:t>
            </w:r>
          </w:p>
        </w:tc>
        <w:tc>
          <w:tcPr>
            <w:tcW w:w="5329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1748CBF1" w14:textId="77777777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5"/>
                <w:lang w:val="pl-PL"/>
              </w:rPr>
              <w:t>Bezpieczna droga do szkoły, instytucje lokalne, biblioteka, park – orientacja i edukacja społeczna</w:t>
            </w:r>
          </w:p>
        </w:tc>
        <w:tc>
          <w:tcPr>
            <w:tcW w:w="1814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5EC49F76" w14:textId="77777777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5"/>
                <w:lang w:val="pl-PL"/>
              </w:rPr>
              <w:t>wrzesień–październik</w:t>
            </w:r>
          </w:p>
        </w:tc>
      </w:tr>
      <w:tr w:rsidR="0080624C" w:rsidRPr="0080624C" w14:paraId="3FE5B708" w14:textId="77777777" w:rsidTr="0028430C">
        <w:trPr>
          <w:cantSplit/>
          <w:jc w:val="center"/>
        </w:trPr>
        <w:tc>
          <w:tcPr>
            <w:tcW w:w="396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316102D9" w14:textId="77777777" w:rsidR="00170580" w:rsidRPr="0080624C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5"/>
                <w:lang w:val="pl-PL"/>
              </w:rPr>
              <w:t>2</w:t>
            </w:r>
          </w:p>
        </w:tc>
        <w:tc>
          <w:tcPr>
            <w:tcW w:w="850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71B70D81" w14:textId="77777777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5"/>
                <w:lang w:val="pl-PL"/>
              </w:rPr>
              <w:t>I–III</w:t>
            </w:r>
          </w:p>
        </w:tc>
        <w:tc>
          <w:tcPr>
            <w:tcW w:w="1417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168E036E" w14:textId="77777777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5"/>
                <w:lang w:val="pl-PL"/>
              </w:rPr>
              <w:t>……………………</w:t>
            </w:r>
          </w:p>
        </w:tc>
        <w:tc>
          <w:tcPr>
            <w:tcW w:w="5329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61264649" w14:textId="77777777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5"/>
                <w:lang w:val="pl-PL"/>
              </w:rPr>
              <w:t>Terenowe obserwacje przyrodnicze i badawcze zgodne z nową podstawą</w:t>
            </w:r>
          </w:p>
        </w:tc>
        <w:tc>
          <w:tcPr>
            <w:tcW w:w="1814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1463489F" w14:textId="77777777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5"/>
                <w:lang w:val="pl-PL"/>
              </w:rPr>
              <w:t>każda pora roku</w:t>
            </w:r>
          </w:p>
        </w:tc>
      </w:tr>
      <w:tr w:rsidR="0080624C" w:rsidRPr="0080624C" w14:paraId="2EC1C544" w14:textId="77777777" w:rsidTr="0028430C">
        <w:trPr>
          <w:cantSplit/>
          <w:jc w:val="center"/>
        </w:trPr>
        <w:tc>
          <w:tcPr>
            <w:tcW w:w="396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6AAB7B61" w14:textId="77777777" w:rsidR="00170580" w:rsidRPr="0080624C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5"/>
                <w:lang w:val="pl-PL"/>
              </w:rPr>
              <w:t>3</w:t>
            </w:r>
          </w:p>
        </w:tc>
        <w:tc>
          <w:tcPr>
            <w:tcW w:w="850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4FA93166" w14:textId="77777777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5"/>
                <w:lang w:val="pl-PL"/>
              </w:rPr>
              <w:t>IV</w:t>
            </w:r>
          </w:p>
        </w:tc>
        <w:tc>
          <w:tcPr>
            <w:tcW w:w="1417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28D8E4E2" w14:textId="77777777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5"/>
                <w:lang w:val="pl-PL"/>
              </w:rPr>
              <w:t>……………………</w:t>
            </w:r>
          </w:p>
        </w:tc>
        <w:tc>
          <w:tcPr>
            <w:tcW w:w="5329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23D168E0" w14:textId="77777777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5"/>
                <w:lang w:val="pl-PL"/>
              </w:rPr>
              <w:t>Przyroda w terenie: środowisko lokalne, pomiary, obserwacje i dokumentowanie</w:t>
            </w:r>
          </w:p>
        </w:tc>
        <w:tc>
          <w:tcPr>
            <w:tcW w:w="1814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33B12AC0" w14:textId="77777777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5"/>
                <w:lang w:val="pl-PL"/>
              </w:rPr>
              <w:t>minimum 2 razy w roku</w:t>
            </w:r>
          </w:p>
        </w:tc>
      </w:tr>
      <w:tr w:rsidR="0080624C" w:rsidRPr="0080624C" w14:paraId="0EDC059C" w14:textId="77777777" w:rsidTr="0028430C">
        <w:trPr>
          <w:cantSplit/>
          <w:jc w:val="center"/>
        </w:trPr>
        <w:tc>
          <w:tcPr>
            <w:tcW w:w="396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5AB9A069" w14:textId="77777777" w:rsidR="00170580" w:rsidRPr="0080624C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5"/>
                <w:lang w:val="pl-PL"/>
              </w:rPr>
              <w:t>4</w:t>
            </w:r>
          </w:p>
        </w:tc>
        <w:tc>
          <w:tcPr>
            <w:tcW w:w="850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1E4BCCC4" w14:textId="77777777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5"/>
                <w:lang w:val="pl-PL"/>
              </w:rPr>
              <w:t>IV–VI</w:t>
            </w:r>
          </w:p>
        </w:tc>
        <w:tc>
          <w:tcPr>
            <w:tcW w:w="1417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5CFB2EE7" w14:textId="77777777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5"/>
                <w:lang w:val="pl-PL"/>
              </w:rPr>
              <w:t>……………………</w:t>
            </w:r>
          </w:p>
        </w:tc>
        <w:tc>
          <w:tcPr>
            <w:tcW w:w="5329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2B433A7F" w14:textId="77777777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5"/>
                <w:lang w:val="pl-PL"/>
              </w:rPr>
              <w:t>Muzeum, centrum nauki, teatr lub instytucja kultury – moduł interdyscyplinarny</w:t>
            </w:r>
          </w:p>
        </w:tc>
        <w:tc>
          <w:tcPr>
            <w:tcW w:w="1814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4D27E72A" w14:textId="3697CA58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5"/>
                <w:lang w:val="pl-PL"/>
              </w:rPr>
              <w:t>I/II</w:t>
            </w:r>
            <w:r w:rsidR="004A08D2" w:rsidRPr="0080624C">
              <w:rPr>
                <w:rFonts w:ascii="Times New Roman" w:hAnsi="Times New Roman" w:cs="Times New Roman"/>
                <w:sz w:val="15"/>
                <w:lang w:val="pl-PL"/>
              </w:rPr>
              <w:t xml:space="preserve"> okres</w:t>
            </w:r>
          </w:p>
        </w:tc>
      </w:tr>
      <w:tr w:rsidR="0080624C" w:rsidRPr="0080624C" w14:paraId="6608D510" w14:textId="77777777" w:rsidTr="0028430C">
        <w:trPr>
          <w:cantSplit/>
          <w:jc w:val="center"/>
        </w:trPr>
        <w:tc>
          <w:tcPr>
            <w:tcW w:w="396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29CFF2DC" w14:textId="77777777" w:rsidR="00170580" w:rsidRPr="0080624C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5"/>
                <w:lang w:val="pl-PL"/>
              </w:rPr>
              <w:t>5</w:t>
            </w:r>
          </w:p>
        </w:tc>
        <w:tc>
          <w:tcPr>
            <w:tcW w:w="850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29A4BCD0" w14:textId="77777777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5"/>
                <w:lang w:val="pl-PL"/>
              </w:rPr>
              <w:t>VII–VIII</w:t>
            </w:r>
          </w:p>
        </w:tc>
        <w:tc>
          <w:tcPr>
            <w:tcW w:w="1417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2FEC37B4" w14:textId="77777777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5"/>
                <w:lang w:val="pl-PL"/>
              </w:rPr>
              <w:t>……………………</w:t>
            </w:r>
          </w:p>
        </w:tc>
        <w:tc>
          <w:tcPr>
            <w:tcW w:w="5329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1421BA74" w14:textId="77777777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5"/>
                <w:lang w:val="pl-PL"/>
              </w:rPr>
              <w:t xml:space="preserve">Wizyta </w:t>
            </w:r>
            <w:proofErr w:type="spellStart"/>
            <w:r w:rsidRPr="0080624C">
              <w:rPr>
                <w:rFonts w:ascii="Times New Roman" w:hAnsi="Times New Roman" w:cs="Times New Roman"/>
                <w:sz w:val="15"/>
                <w:lang w:val="pl-PL"/>
              </w:rPr>
              <w:t>zawodoznawcza</w:t>
            </w:r>
            <w:proofErr w:type="spellEnd"/>
            <w:r w:rsidRPr="0080624C">
              <w:rPr>
                <w:rFonts w:ascii="Times New Roman" w:hAnsi="Times New Roman" w:cs="Times New Roman"/>
                <w:sz w:val="15"/>
                <w:lang w:val="pl-PL"/>
              </w:rPr>
              <w:t xml:space="preserve"> w szkole ponadpodstawowej lub zakładzie pracy</w:t>
            </w:r>
          </w:p>
        </w:tc>
        <w:tc>
          <w:tcPr>
            <w:tcW w:w="1814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6CFAA13F" w14:textId="77777777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5"/>
                <w:lang w:val="pl-PL"/>
              </w:rPr>
              <w:t>październik–kwiecień</w:t>
            </w:r>
          </w:p>
        </w:tc>
      </w:tr>
      <w:tr w:rsidR="0080624C" w:rsidRPr="0080624C" w14:paraId="1D6B87D0" w14:textId="77777777" w:rsidTr="0028430C">
        <w:trPr>
          <w:cantSplit/>
          <w:jc w:val="center"/>
        </w:trPr>
        <w:tc>
          <w:tcPr>
            <w:tcW w:w="396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7BE2A54B" w14:textId="77777777" w:rsidR="00170580" w:rsidRPr="0080624C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5"/>
                <w:lang w:val="pl-PL"/>
              </w:rPr>
              <w:t>6</w:t>
            </w:r>
          </w:p>
        </w:tc>
        <w:tc>
          <w:tcPr>
            <w:tcW w:w="850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40EC3052" w14:textId="77777777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5"/>
                <w:lang w:val="pl-PL"/>
              </w:rPr>
              <w:t>IV–VIII</w:t>
            </w:r>
          </w:p>
        </w:tc>
        <w:tc>
          <w:tcPr>
            <w:tcW w:w="1417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4006A037" w14:textId="77777777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5"/>
                <w:lang w:val="pl-PL"/>
              </w:rPr>
              <w:t>……………………</w:t>
            </w:r>
          </w:p>
        </w:tc>
        <w:tc>
          <w:tcPr>
            <w:tcW w:w="5329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593D436F" w14:textId="77777777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5"/>
                <w:lang w:val="pl-PL"/>
              </w:rPr>
              <w:t>Wyjście obywatelskie: urząd, sąd, miejsce pamięci lub organizacja społeczna</w:t>
            </w:r>
          </w:p>
        </w:tc>
        <w:tc>
          <w:tcPr>
            <w:tcW w:w="1814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1E50D0EB" w14:textId="77777777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5"/>
                <w:lang w:val="pl-PL"/>
              </w:rPr>
              <w:t>cały rok</w:t>
            </w:r>
          </w:p>
        </w:tc>
      </w:tr>
      <w:tr w:rsidR="0028430C" w:rsidRPr="0080624C" w14:paraId="4AE5323C" w14:textId="77777777" w:rsidTr="0028430C">
        <w:trPr>
          <w:cantSplit/>
          <w:jc w:val="center"/>
        </w:trPr>
        <w:tc>
          <w:tcPr>
            <w:tcW w:w="396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4145F221" w14:textId="77777777" w:rsidR="00170580" w:rsidRPr="0080624C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5"/>
                <w:lang w:val="pl-PL"/>
              </w:rPr>
              <w:t>7</w:t>
            </w:r>
          </w:p>
        </w:tc>
        <w:tc>
          <w:tcPr>
            <w:tcW w:w="850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3366C557" w14:textId="77777777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5"/>
                <w:lang w:val="pl-PL"/>
              </w:rPr>
              <w:t>I–VIII</w:t>
            </w:r>
          </w:p>
        </w:tc>
        <w:tc>
          <w:tcPr>
            <w:tcW w:w="1417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08AD5CEC" w14:textId="77777777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5"/>
                <w:lang w:val="pl-PL"/>
              </w:rPr>
              <w:t>……………………</w:t>
            </w:r>
          </w:p>
        </w:tc>
        <w:tc>
          <w:tcPr>
            <w:tcW w:w="5329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7DD273B1" w14:textId="77777777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5"/>
                <w:lang w:val="pl-PL"/>
              </w:rPr>
              <w:t>Wycieczka integracyjna/turystyczna z elementami zdrowia, bezpieczeństwa i współpracy</w:t>
            </w:r>
          </w:p>
        </w:tc>
        <w:tc>
          <w:tcPr>
            <w:tcW w:w="1814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0DAD42B8" w14:textId="77777777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5"/>
                <w:lang w:val="pl-PL"/>
              </w:rPr>
              <w:t>według planu klas</w:t>
            </w:r>
          </w:p>
        </w:tc>
      </w:tr>
    </w:tbl>
    <w:p w14:paraId="55C4F3C6" w14:textId="77777777" w:rsidR="00170580" w:rsidRPr="0080624C" w:rsidRDefault="00170580">
      <w:pPr>
        <w:spacing w:after="0"/>
        <w:rPr>
          <w:rFonts w:ascii="Times New Roman" w:hAnsi="Times New Roman" w:cs="Times New Roman"/>
          <w:lang w:val="pl-PL"/>
        </w:rPr>
      </w:pPr>
    </w:p>
    <w:p w14:paraId="7FC8D3CF" w14:textId="77777777" w:rsidR="00170580" w:rsidRPr="0080624C" w:rsidRDefault="00000000">
      <w:pPr>
        <w:pStyle w:val="Nagwek1"/>
        <w:rPr>
          <w:rFonts w:ascii="Times New Roman" w:hAnsi="Times New Roman" w:cs="Times New Roman"/>
          <w:color w:val="auto"/>
          <w:lang w:val="pl-PL"/>
        </w:rPr>
      </w:pPr>
      <w:r w:rsidRPr="0080624C">
        <w:rPr>
          <w:rFonts w:ascii="Times New Roman" w:hAnsi="Times New Roman" w:cs="Times New Roman"/>
          <w:color w:val="auto"/>
          <w:lang w:val="pl-PL"/>
        </w:rPr>
        <w:t>VIII. Harmonogram konkursów, olimpiad i prezentacji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6"/>
        <w:gridCol w:w="2891"/>
        <w:gridCol w:w="2041"/>
        <w:gridCol w:w="1757"/>
        <w:gridCol w:w="2664"/>
      </w:tblGrid>
      <w:tr w:rsidR="0080624C" w:rsidRPr="0080624C" w14:paraId="5CC985DF" w14:textId="77777777" w:rsidTr="0028430C">
        <w:trPr>
          <w:tblHeader/>
          <w:jc w:val="center"/>
        </w:trPr>
        <w:tc>
          <w:tcPr>
            <w:tcW w:w="396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5672A715" w14:textId="77777777" w:rsidR="00170580" w:rsidRPr="0080624C" w:rsidRDefault="00000000">
            <w:pPr>
              <w:jc w:val="center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b/>
                <w:sz w:val="15"/>
                <w:lang w:val="pl-PL"/>
              </w:rPr>
              <w:t>Lp.</w:t>
            </w:r>
          </w:p>
        </w:tc>
        <w:tc>
          <w:tcPr>
            <w:tcW w:w="2891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0780A647" w14:textId="77777777" w:rsidR="00170580" w:rsidRPr="0080624C" w:rsidRDefault="00000000">
            <w:pPr>
              <w:jc w:val="center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b/>
                <w:sz w:val="15"/>
                <w:lang w:val="pl-PL"/>
              </w:rPr>
              <w:t>Nazwa</w:t>
            </w:r>
          </w:p>
        </w:tc>
        <w:tc>
          <w:tcPr>
            <w:tcW w:w="2041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6D779681" w14:textId="77777777" w:rsidR="00170580" w:rsidRPr="0080624C" w:rsidRDefault="00000000">
            <w:pPr>
              <w:jc w:val="center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b/>
                <w:sz w:val="15"/>
                <w:lang w:val="pl-PL"/>
              </w:rPr>
              <w:t>Odpowiedzialni</w:t>
            </w:r>
          </w:p>
        </w:tc>
        <w:tc>
          <w:tcPr>
            <w:tcW w:w="1757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1FD5D338" w14:textId="77777777" w:rsidR="00170580" w:rsidRPr="0080624C" w:rsidRDefault="00000000">
            <w:pPr>
              <w:jc w:val="center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b/>
                <w:sz w:val="15"/>
                <w:lang w:val="pl-PL"/>
              </w:rPr>
              <w:t>Termin</w:t>
            </w:r>
          </w:p>
        </w:tc>
        <w:tc>
          <w:tcPr>
            <w:tcW w:w="2664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6914C4A9" w14:textId="77777777" w:rsidR="00170580" w:rsidRPr="0080624C" w:rsidRDefault="00000000">
            <w:pPr>
              <w:jc w:val="center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b/>
                <w:sz w:val="15"/>
                <w:lang w:val="pl-PL"/>
              </w:rPr>
              <w:t>Cel / uwagi</w:t>
            </w:r>
          </w:p>
        </w:tc>
      </w:tr>
      <w:tr w:rsidR="0080624C" w:rsidRPr="0080624C" w14:paraId="494D52B6" w14:textId="77777777" w:rsidTr="0028430C">
        <w:trPr>
          <w:cantSplit/>
          <w:jc w:val="center"/>
        </w:trPr>
        <w:tc>
          <w:tcPr>
            <w:tcW w:w="396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3A21AD3B" w14:textId="77777777" w:rsidR="00170580" w:rsidRPr="0080624C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5"/>
                <w:lang w:val="pl-PL"/>
              </w:rPr>
              <w:t>1</w:t>
            </w:r>
          </w:p>
        </w:tc>
        <w:tc>
          <w:tcPr>
            <w:tcW w:w="2891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38FF7585" w14:textId="77777777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5"/>
                <w:lang w:val="pl-PL"/>
              </w:rPr>
              <w:t>Konkurs polonistyczny / czytelniczy</w:t>
            </w:r>
          </w:p>
        </w:tc>
        <w:tc>
          <w:tcPr>
            <w:tcW w:w="2041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3B4C34ED" w14:textId="77777777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5"/>
                <w:lang w:val="pl-PL"/>
              </w:rPr>
              <w:t>Nauczyciele języka polskiego i biblioteka</w:t>
            </w:r>
          </w:p>
        </w:tc>
        <w:tc>
          <w:tcPr>
            <w:tcW w:w="1757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7597381E" w14:textId="77777777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5"/>
                <w:lang w:val="pl-PL"/>
              </w:rPr>
              <w:t>według harmonogramu KO/organizatora</w:t>
            </w:r>
          </w:p>
        </w:tc>
        <w:tc>
          <w:tcPr>
            <w:tcW w:w="2664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4550D6CD" w14:textId="77777777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5"/>
                <w:lang w:val="pl-PL"/>
              </w:rPr>
              <w:t>Rozwijanie języka i czytania</w:t>
            </w:r>
          </w:p>
        </w:tc>
      </w:tr>
      <w:tr w:rsidR="0080624C" w:rsidRPr="0080624C" w14:paraId="01C8E501" w14:textId="77777777" w:rsidTr="0028430C">
        <w:trPr>
          <w:cantSplit/>
          <w:jc w:val="center"/>
        </w:trPr>
        <w:tc>
          <w:tcPr>
            <w:tcW w:w="396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366ADA99" w14:textId="77777777" w:rsidR="00170580" w:rsidRPr="0080624C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5"/>
                <w:lang w:val="pl-PL"/>
              </w:rPr>
              <w:t>2</w:t>
            </w:r>
          </w:p>
        </w:tc>
        <w:tc>
          <w:tcPr>
            <w:tcW w:w="2891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3C50E830" w14:textId="77777777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5"/>
                <w:lang w:val="pl-PL"/>
              </w:rPr>
              <w:t>Konkurs matematyczny / Kangur</w:t>
            </w:r>
          </w:p>
        </w:tc>
        <w:tc>
          <w:tcPr>
            <w:tcW w:w="2041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06E853A8" w14:textId="77777777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5"/>
                <w:lang w:val="pl-PL"/>
              </w:rPr>
              <w:t>Nauczyciele matematyki</w:t>
            </w:r>
          </w:p>
        </w:tc>
        <w:tc>
          <w:tcPr>
            <w:tcW w:w="1757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19DDFBD2" w14:textId="77777777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5"/>
                <w:lang w:val="pl-PL"/>
              </w:rPr>
              <w:t>według organizatora</w:t>
            </w:r>
          </w:p>
        </w:tc>
        <w:tc>
          <w:tcPr>
            <w:tcW w:w="2664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74126C12" w14:textId="77777777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5"/>
                <w:lang w:val="pl-PL"/>
              </w:rPr>
              <w:t>Myślenie problemowe</w:t>
            </w:r>
          </w:p>
        </w:tc>
      </w:tr>
      <w:tr w:rsidR="0080624C" w:rsidRPr="0080624C" w14:paraId="241069A9" w14:textId="77777777" w:rsidTr="0028430C">
        <w:trPr>
          <w:cantSplit/>
          <w:jc w:val="center"/>
        </w:trPr>
        <w:tc>
          <w:tcPr>
            <w:tcW w:w="396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13061196" w14:textId="77777777" w:rsidR="00170580" w:rsidRPr="0080624C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5"/>
                <w:lang w:val="pl-PL"/>
              </w:rPr>
              <w:t>3</w:t>
            </w:r>
          </w:p>
        </w:tc>
        <w:tc>
          <w:tcPr>
            <w:tcW w:w="2891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6ADD6023" w14:textId="77777777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5"/>
                <w:lang w:val="pl-PL"/>
              </w:rPr>
              <w:t>Konkurs przyrodniczy / ekologiczny</w:t>
            </w:r>
          </w:p>
        </w:tc>
        <w:tc>
          <w:tcPr>
            <w:tcW w:w="2041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49BE1BD8" w14:textId="77777777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5"/>
                <w:lang w:val="pl-PL"/>
              </w:rPr>
              <w:t>Nauczyciele przyrody i przedmiotów przyrodniczych</w:t>
            </w:r>
          </w:p>
        </w:tc>
        <w:tc>
          <w:tcPr>
            <w:tcW w:w="1757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1D3F147F" w14:textId="43AB3608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5"/>
                <w:lang w:val="pl-PL"/>
              </w:rPr>
              <w:t xml:space="preserve">I/II </w:t>
            </w:r>
            <w:r w:rsidR="004A08D2" w:rsidRPr="0080624C">
              <w:rPr>
                <w:rFonts w:ascii="Times New Roman" w:hAnsi="Times New Roman" w:cs="Times New Roman"/>
                <w:sz w:val="15"/>
                <w:lang w:val="pl-PL"/>
              </w:rPr>
              <w:t>okres</w:t>
            </w:r>
          </w:p>
        </w:tc>
        <w:tc>
          <w:tcPr>
            <w:tcW w:w="2664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18021C9D" w14:textId="77777777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5"/>
                <w:lang w:val="pl-PL"/>
              </w:rPr>
              <w:t>Badania i odpowiedzialność środowiskowa</w:t>
            </w:r>
          </w:p>
        </w:tc>
      </w:tr>
      <w:tr w:rsidR="0080624C" w:rsidRPr="0080624C" w14:paraId="5C2E0186" w14:textId="77777777" w:rsidTr="0028430C">
        <w:trPr>
          <w:cantSplit/>
          <w:jc w:val="center"/>
        </w:trPr>
        <w:tc>
          <w:tcPr>
            <w:tcW w:w="396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24B23BD5" w14:textId="77777777" w:rsidR="00170580" w:rsidRPr="0080624C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5"/>
                <w:lang w:val="pl-PL"/>
              </w:rPr>
              <w:lastRenderedPageBreak/>
              <w:t>4</w:t>
            </w:r>
          </w:p>
        </w:tc>
        <w:tc>
          <w:tcPr>
            <w:tcW w:w="2891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64AE2023" w14:textId="77777777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5"/>
                <w:lang w:val="pl-PL"/>
              </w:rPr>
              <w:t>Konkurs językowy</w:t>
            </w:r>
          </w:p>
        </w:tc>
        <w:tc>
          <w:tcPr>
            <w:tcW w:w="2041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0713BCAE" w14:textId="77777777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5"/>
                <w:lang w:val="pl-PL"/>
              </w:rPr>
              <w:t>Nauczyciele języków obcych</w:t>
            </w:r>
          </w:p>
        </w:tc>
        <w:tc>
          <w:tcPr>
            <w:tcW w:w="1757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1B3A0A26" w14:textId="77777777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5"/>
                <w:lang w:val="pl-PL"/>
              </w:rPr>
              <w:t>według organizatora</w:t>
            </w:r>
          </w:p>
        </w:tc>
        <w:tc>
          <w:tcPr>
            <w:tcW w:w="2664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1CA40A5B" w14:textId="77777777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5"/>
                <w:lang w:val="pl-PL"/>
              </w:rPr>
              <w:t>Komunikacja</w:t>
            </w:r>
          </w:p>
        </w:tc>
      </w:tr>
      <w:tr w:rsidR="0080624C" w:rsidRPr="0080624C" w14:paraId="74B96A40" w14:textId="77777777" w:rsidTr="0028430C">
        <w:trPr>
          <w:cantSplit/>
          <w:jc w:val="center"/>
        </w:trPr>
        <w:tc>
          <w:tcPr>
            <w:tcW w:w="396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6BFD61EB" w14:textId="77777777" w:rsidR="00170580" w:rsidRPr="0080624C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5"/>
                <w:lang w:val="pl-PL"/>
              </w:rPr>
              <w:t>5</w:t>
            </w:r>
          </w:p>
        </w:tc>
        <w:tc>
          <w:tcPr>
            <w:tcW w:w="2891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72A27851" w14:textId="77777777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5"/>
                <w:lang w:val="pl-PL"/>
              </w:rPr>
              <w:t>Turniej pierwszej pomocy / bezpieczeństwa</w:t>
            </w:r>
          </w:p>
        </w:tc>
        <w:tc>
          <w:tcPr>
            <w:tcW w:w="2041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5DEEB6AE" w14:textId="77777777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5"/>
                <w:lang w:val="pl-PL"/>
              </w:rPr>
              <w:t>Nauczyciele, służby</w:t>
            </w:r>
          </w:p>
        </w:tc>
        <w:tc>
          <w:tcPr>
            <w:tcW w:w="1757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29E329C6" w14:textId="2E8FB9DA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5"/>
                <w:lang w:val="pl-PL"/>
              </w:rPr>
              <w:t xml:space="preserve">II </w:t>
            </w:r>
            <w:r w:rsidR="004A08D2" w:rsidRPr="0080624C">
              <w:rPr>
                <w:rFonts w:ascii="Times New Roman" w:hAnsi="Times New Roman" w:cs="Times New Roman"/>
                <w:sz w:val="15"/>
                <w:lang w:val="pl-PL"/>
              </w:rPr>
              <w:t>okres</w:t>
            </w:r>
          </w:p>
        </w:tc>
        <w:tc>
          <w:tcPr>
            <w:tcW w:w="2664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0AC64E60" w14:textId="77777777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5"/>
                <w:lang w:val="pl-PL"/>
              </w:rPr>
              <w:t>Praktyczne umiejętności</w:t>
            </w:r>
          </w:p>
        </w:tc>
      </w:tr>
      <w:tr w:rsidR="0080624C" w:rsidRPr="0080624C" w14:paraId="53B66772" w14:textId="77777777" w:rsidTr="0028430C">
        <w:trPr>
          <w:cantSplit/>
          <w:jc w:val="center"/>
        </w:trPr>
        <w:tc>
          <w:tcPr>
            <w:tcW w:w="396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082E0DFE" w14:textId="77777777" w:rsidR="00170580" w:rsidRPr="0080624C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5"/>
                <w:lang w:val="pl-PL"/>
              </w:rPr>
              <w:t>6</w:t>
            </w:r>
          </w:p>
        </w:tc>
        <w:tc>
          <w:tcPr>
            <w:tcW w:w="2891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69DB7CBF" w14:textId="77777777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5"/>
                <w:lang w:val="pl-PL"/>
              </w:rPr>
              <w:t>Konkurs medialny: „Rozpoznaj dezinformację/</w:t>
            </w:r>
            <w:proofErr w:type="spellStart"/>
            <w:r w:rsidRPr="0080624C">
              <w:rPr>
                <w:rFonts w:ascii="Times New Roman" w:hAnsi="Times New Roman" w:cs="Times New Roman"/>
                <w:sz w:val="15"/>
                <w:lang w:val="pl-PL"/>
              </w:rPr>
              <w:t>deepfake</w:t>
            </w:r>
            <w:proofErr w:type="spellEnd"/>
            <w:r w:rsidRPr="0080624C">
              <w:rPr>
                <w:rFonts w:ascii="Times New Roman" w:hAnsi="Times New Roman" w:cs="Times New Roman"/>
                <w:sz w:val="15"/>
                <w:lang w:val="pl-PL"/>
              </w:rPr>
              <w:t>”</w:t>
            </w:r>
          </w:p>
        </w:tc>
        <w:tc>
          <w:tcPr>
            <w:tcW w:w="2041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244DA36D" w14:textId="77777777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5"/>
                <w:lang w:val="pl-PL"/>
              </w:rPr>
              <w:t>Informatycy, biblioteka</w:t>
            </w:r>
          </w:p>
        </w:tc>
        <w:tc>
          <w:tcPr>
            <w:tcW w:w="1757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51833FA0" w14:textId="77777777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5"/>
                <w:lang w:val="pl-PL"/>
              </w:rPr>
              <w:t>luty–marzec</w:t>
            </w:r>
          </w:p>
        </w:tc>
        <w:tc>
          <w:tcPr>
            <w:tcW w:w="2664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332CAB5A" w14:textId="77777777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5"/>
                <w:lang w:val="pl-PL"/>
              </w:rPr>
              <w:t>Higiena cyfrowa</w:t>
            </w:r>
          </w:p>
        </w:tc>
      </w:tr>
      <w:tr w:rsidR="0080624C" w:rsidRPr="0080624C" w14:paraId="7113B595" w14:textId="77777777" w:rsidTr="0028430C">
        <w:trPr>
          <w:cantSplit/>
          <w:jc w:val="center"/>
        </w:trPr>
        <w:tc>
          <w:tcPr>
            <w:tcW w:w="396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17AB72C2" w14:textId="77777777" w:rsidR="00170580" w:rsidRPr="0080624C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5"/>
                <w:lang w:val="pl-PL"/>
              </w:rPr>
              <w:t>7</w:t>
            </w:r>
          </w:p>
        </w:tc>
        <w:tc>
          <w:tcPr>
            <w:tcW w:w="2891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275E36FF" w14:textId="77777777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5"/>
                <w:lang w:val="pl-PL"/>
              </w:rPr>
              <w:t>Szkolna prezentacja projektów interdyscyplinarnych</w:t>
            </w:r>
          </w:p>
        </w:tc>
        <w:tc>
          <w:tcPr>
            <w:tcW w:w="2041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6470A927" w14:textId="77777777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5"/>
                <w:lang w:val="pl-PL"/>
              </w:rPr>
              <w:t>Zespoły nauczycieli</w:t>
            </w:r>
          </w:p>
        </w:tc>
        <w:tc>
          <w:tcPr>
            <w:tcW w:w="1757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5116392C" w14:textId="77777777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5"/>
                <w:lang w:val="pl-PL"/>
              </w:rPr>
              <w:t>maj–czerwiec</w:t>
            </w:r>
          </w:p>
        </w:tc>
        <w:tc>
          <w:tcPr>
            <w:tcW w:w="2664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5C9C3E6D" w14:textId="77777777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5"/>
                <w:lang w:val="pl-PL"/>
              </w:rPr>
              <w:t>Sprawczość i praca projektowa</w:t>
            </w:r>
          </w:p>
        </w:tc>
      </w:tr>
      <w:tr w:rsidR="0080624C" w:rsidRPr="0080624C" w14:paraId="3384407E" w14:textId="77777777" w:rsidTr="0028430C">
        <w:trPr>
          <w:cantSplit/>
          <w:jc w:val="center"/>
        </w:trPr>
        <w:tc>
          <w:tcPr>
            <w:tcW w:w="396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1C2A1B1A" w14:textId="77777777" w:rsidR="00170580" w:rsidRPr="0080624C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5"/>
                <w:lang w:val="pl-PL"/>
              </w:rPr>
              <w:t>8</w:t>
            </w:r>
          </w:p>
        </w:tc>
        <w:tc>
          <w:tcPr>
            <w:tcW w:w="2891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165E8598" w14:textId="77777777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5"/>
                <w:lang w:val="pl-PL"/>
              </w:rPr>
              <w:t>Zawody sportowe i rekreacyjne</w:t>
            </w:r>
          </w:p>
        </w:tc>
        <w:tc>
          <w:tcPr>
            <w:tcW w:w="2041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4337E731" w14:textId="77777777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5"/>
                <w:lang w:val="pl-PL"/>
              </w:rPr>
              <w:t>Nauczyciele WF</w:t>
            </w:r>
          </w:p>
        </w:tc>
        <w:tc>
          <w:tcPr>
            <w:tcW w:w="1757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52AD2DDF" w14:textId="77777777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5"/>
                <w:lang w:val="pl-PL"/>
              </w:rPr>
              <w:t>cały rok</w:t>
            </w:r>
          </w:p>
        </w:tc>
        <w:tc>
          <w:tcPr>
            <w:tcW w:w="2664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58C5B381" w14:textId="77777777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5"/>
                <w:lang w:val="pl-PL"/>
              </w:rPr>
              <w:t>Aktywność i współpraca</w:t>
            </w:r>
          </w:p>
        </w:tc>
      </w:tr>
      <w:tr w:rsidR="0028430C" w:rsidRPr="0080624C" w14:paraId="3694296B" w14:textId="77777777" w:rsidTr="0028430C">
        <w:trPr>
          <w:cantSplit/>
          <w:jc w:val="center"/>
        </w:trPr>
        <w:tc>
          <w:tcPr>
            <w:tcW w:w="396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73AAF970" w14:textId="77777777" w:rsidR="00170580" w:rsidRPr="0080624C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5"/>
                <w:lang w:val="pl-PL"/>
              </w:rPr>
              <w:t>9</w:t>
            </w:r>
          </w:p>
        </w:tc>
        <w:tc>
          <w:tcPr>
            <w:tcW w:w="2891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01302B76" w14:textId="77777777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5"/>
                <w:lang w:val="pl-PL"/>
              </w:rPr>
              <w:t>Konkurs talentów / wolontariatu / inicjatyw uczniowskich</w:t>
            </w:r>
          </w:p>
        </w:tc>
        <w:tc>
          <w:tcPr>
            <w:tcW w:w="2041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30000564" w14:textId="77777777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5"/>
                <w:lang w:val="pl-PL"/>
              </w:rPr>
              <w:t>SU, nauczyciele</w:t>
            </w:r>
          </w:p>
        </w:tc>
        <w:tc>
          <w:tcPr>
            <w:tcW w:w="1757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0BDB97A9" w14:textId="74EF5EBC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5"/>
                <w:lang w:val="pl-PL"/>
              </w:rPr>
              <w:t xml:space="preserve">II </w:t>
            </w:r>
            <w:r w:rsidR="004A08D2" w:rsidRPr="0080624C">
              <w:rPr>
                <w:rFonts w:ascii="Times New Roman" w:hAnsi="Times New Roman" w:cs="Times New Roman"/>
                <w:sz w:val="15"/>
                <w:lang w:val="pl-PL"/>
              </w:rPr>
              <w:t>okres</w:t>
            </w:r>
          </w:p>
        </w:tc>
        <w:tc>
          <w:tcPr>
            <w:tcW w:w="2664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0255F492" w14:textId="77777777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5"/>
                <w:lang w:val="pl-PL"/>
              </w:rPr>
              <w:t>Rozwój talentów i obywatelskość</w:t>
            </w:r>
          </w:p>
        </w:tc>
      </w:tr>
    </w:tbl>
    <w:p w14:paraId="6D05BBAF" w14:textId="77777777" w:rsidR="00170580" w:rsidRPr="0080624C" w:rsidRDefault="00170580">
      <w:pPr>
        <w:spacing w:after="0"/>
        <w:rPr>
          <w:rFonts w:ascii="Times New Roman" w:hAnsi="Times New Roman" w:cs="Times New Roman"/>
          <w:lang w:val="pl-PL"/>
        </w:rPr>
      </w:pPr>
    </w:p>
    <w:p w14:paraId="0FFE1E84" w14:textId="77777777" w:rsidR="00170580" w:rsidRPr="0080624C" w:rsidRDefault="00000000">
      <w:pPr>
        <w:pStyle w:val="Nagwek1"/>
        <w:rPr>
          <w:rFonts w:ascii="Times New Roman" w:hAnsi="Times New Roman" w:cs="Times New Roman"/>
          <w:color w:val="auto"/>
          <w:lang w:val="pl-PL"/>
        </w:rPr>
      </w:pPr>
      <w:r w:rsidRPr="0080624C">
        <w:rPr>
          <w:rFonts w:ascii="Times New Roman" w:hAnsi="Times New Roman" w:cs="Times New Roman"/>
          <w:color w:val="auto"/>
          <w:lang w:val="pl-PL"/>
        </w:rPr>
        <w:t>IX. Monitorowanie realizacji planu i wskaźniki sukcesu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57"/>
        <w:gridCol w:w="4309"/>
        <w:gridCol w:w="2268"/>
        <w:gridCol w:w="1417"/>
      </w:tblGrid>
      <w:tr w:rsidR="0080624C" w:rsidRPr="0080624C" w14:paraId="5E63B9CA" w14:textId="77777777" w:rsidTr="0028430C">
        <w:trPr>
          <w:tblHeader/>
          <w:jc w:val="center"/>
        </w:trPr>
        <w:tc>
          <w:tcPr>
            <w:tcW w:w="1757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22E55DD6" w14:textId="77777777" w:rsidR="00170580" w:rsidRPr="0080624C" w:rsidRDefault="00000000">
            <w:pPr>
              <w:jc w:val="center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b/>
                <w:sz w:val="15"/>
                <w:lang w:val="pl-PL"/>
              </w:rPr>
              <w:t>Obszar</w:t>
            </w:r>
          </w:p>
        </w:tc>
        <w:tc>
          <w:tcPr>
            <w:tcW w:w="4309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544D90D7" w14:textId="77777777" w:rsidR="00170580" w:rsidRPr="0080624C" w:rsidRDefault="00000000">
            <w:pPr>
              <w:jc w:val="center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b/>
                <w:sz w:val="15"/>
                <w:lang w:val="pl-PL"/>
              </w:rPr>
              <w:t>Wskaźnik sukcesu</w:t>
            </w:r>
          </w:p>
        </w:tc>
        <w:tc>
          <w:tcPr>
            <w:tcW w:w="2268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3EBA677D" w14:textId="77777777" w:rsidR="00170580" w:rsidRPr="0080624C" w:rsidRDefault="00000000">
            <w:pPr>
              <w:jc w:val="center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b/>
                <w:sz w:val="15"/>
                <w:lang w:val="pl-PL"/>
              </w:rPr>
              <w:t>Źródło danych</w:t>
            </w:r>
          </w:p>
        </w:tc>
        <w:tc>
          <w:tcPr>
            <w:tcW w:w="1417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10210905" w14:textId="77777777" w:rsidR="00170580" w:rsidRPr="0080624C" w:rsidRDefault="00000000">
            <w:pPr>
              <w:jc w:val="center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b/>
                <w:sz w:val="15"/>
                <w:lang w:val="pl-PL"/>
              </w:rPr>
              <w:t>Termin</w:t>
            </w:r>
          </w:p>
        </w:tc>
      </w:tr>
      <w:tr w:rsidR="0080624C" w:rsidRPr="0080624C" w14:paraId="70FBE090" w14:textId="77777777" w:rsidTr="0028430C">
        <w:trPr>
          <w:cantSplit/>
          <w:jc w:val="center"/>
        </w:trPr>
        <w:tc>
          <w:tcPr>
            <w:tcW w:w="1757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32DB6455" w14:textId="77777777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5"/>
                <w:lang w:val="pl-PL"/>
              </w:rPr>
              <w:t>Wdrożenie podstawy</w:t>
            </w:r>
          </w:p>
        </w:tc>
        <w:tc>
          <w:tcPr>
            <w:tcW w:w="4309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25A4E493" w14:textId="77777777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5"/>
                <w:lang w:val="pl-PL"/>
              </w:rPr>
              <w:t xml:space="preserve">Programy, plany, podręczniki i warunki dla klas I </w:t>
            </w:r>
            <w:proofErr w:type="spellStart"/>
            <w:r w:rsidRPr="0080624C">
              <w:rPr>
                <w:rFonts w:ascii="Times New Roman" w:hAnsi="Times New Roman" w:cs="Times New Roman"/>
                <w:sz w:val="15"/>
                <w:lang w:val="pl-PL"/>
              </w:rPr>
              <w:t>i</w:t>
            </w:r>
            <w:proofErr w:type="spellEnd"/>
            <w:r w:rsidRPr="0080624C">
              <w:rPr>
                <w:rFonts w:ascii="Times New Roman" w:hAnsi="Times New Roman" w:cs="Times New Roman"/>
                <w:sz w:val="15"/>
                <w:lang w:val="pl-PL"/>
              </w:rPr>
              <w:t xml:space="preserve"> IV są zgodne; doświadczenia edukacyjne są dokumentowane; wnioski prowadzą do korekt.</w:t>
            </w:r>
          </w:p>
        </w:tc>
        <w:tc>
          <w:tcPr>
            <w:tcW w:w="2268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41E1B11F" w14:textId="77777777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5"/>
                <w:lang w:val="pl-PL"/>
              </w:rPr>
              <w:t>Audyt, obserwacje, analiza planów</w:t>
            </w:r>
          </w:p>
        </w:tc>
        <w:tc>
          <w:tcPr>
            <w:tcW w:w="1417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0A54C450" w14:textId="77777777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5"/>
                <w:lang w:val="pl-PL"/>
              </w:rPr>
              <w:t>listopad, luty, maj</w:t>
            </w:r>
          </w:p>
        </w:tc>
      </w:tr>
      <w:tr w:rsidR="0080624C" w:rsidRPr="0080624C" w14:paraId="585056FF" w14:textId="77777777" w:rsidTr="0028430C">
        <w:trPr>
          <w:cantSplit/>
          <w:jc w:val="center"/>
        </w:trPr>
        <w:tc>
          <w:tcPr>
            <w:tcW w:w="1757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09E2FAAA" w14:textId="77777777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5"/>
                <w:lang w:val="pl-PL"/>
              </w:rPr>
              <w:t>Ocenianie</w:t>
            </w:r>
          </w:p>
        </w:tc>
        <w:tc>
          <w:tcPr>
            <w:tcW w:w="4309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63B6F318" w14:textId="77777777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5"/>
                <w:lang w:val="pl-PL"/>
              </w:rPr>
              <w:t>W co najmniej 90% analizowanych informacji zwrotnych występują konkretne wskazówki do dalszej pracy; zmniejsza się dominacja ocen z prac pisemnych.</w:t>
            </w:r>
          </w:p>
        </w:tc>
        <w:tc>
          <w:tcPr>
            <w:tcW w:w="2268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7C98C76B" w14:textId="77777777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5"/>
                <w:lang w:val="pl-PL"/>
              </w:rPr>
              <w:t>Prace uczniów, dziennik, ankieta</w:t>
            </w:r>
          </w:p>
        </w:tc>
        <w:tc>
          <w:tcPr>
            <w:tcW w:w="1417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0C273CB3" w14:textId="77777777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5"/>
                <w:lang w:val="pl-PL"/>
              </w:rPr>
              <w:t>kwartalnie</w:t>
            </w:r>
          </w:p>
        </w:tc>
      </w:tr>
      <w:tr w:rsidR="0080624C" w:rsidRPr="0080624C" w14:paraId="68F4C0D1" w14:textId="77777777" w:rsidTr="0028430C">
        <w:trPr>
          <w:cantSplit/>
          <w:jc w:val="center"/>
        </w:trPr>
        <w:tc>
          <w:tcPr>
            <w:tcW w:w="1757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1D2668C7" w14:textId="77777777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5"/>
                <w:lang w:val="pl-PL"/>
              </w:rPr>
              <w:t>Prace domowe</w:t>
            </w:r>
          </w:p>
        </w:tc>
        <w:tc>
          <w:tcPr>
            <w:tcW w:w="4309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658E6299" w14:textId="77777777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5"/>
                <w:lang w:val="pl-PL"/>
              </w:rPr>
              <w:t>Brak sygnałów systemowego przeciążenia; większe zadania i sprawdziany są koordynowane.</w:t>
            </w:r>
          </w:p>
        </w:tc>
        <w:tc>
          <w:tcPr>
            <w:tcW w:w="2268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22696C4A" w14:textId="77777777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5"/>
                <w:lang w:val="pl-PL"/>
              </w:rPr>
              <w:t>Kalendarze klas, ankieta</w:t>
            </w:r>
          </w:p>
        </w:tc>
        <w:tc>
          <w:tcPr>
            <w:tcW w:w="1417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416C0B27" w14:textId="77777777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5"/>
                <w:lang w:val="pl-PL"/>
              </w:rPr>
              <w:t>co 2 miesiące</w:t>
            </w:r>
          </w:p>
        </w:tc>
      </w:tr>
      <w:tr w:rsidR="0080624C" w:rsidRPr="0080624C" w14:paraId="3786711E" w14:textId="77777777" w:rsidTr="0028430C">
        <w:trPr>
          <w:cantSplit/>
          <w:jc w:val="center"/>
        </w:trPr>
        <w:tc>
          <w:tcPr>
            <w:tcW w:w="1757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1095F01D" w14:textId="77777777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5"/>
                <w:lang w:val="pl-PL"/>
              </w:rPr>
              <w:t>Egzamin</w:t>
            </w:r>
          </w:p>
        </w:tc>
        <w:tc>
          <w:tcPr>
            <w:tcW w:w="4309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6329485F" w14:textId="77777777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5"/>
                <w:lang w:val="pl-PL"/>
              </w:rPr>
              <w:t>Widoczny postęp w zadaniach tekstowych, argumentacji i strategiach; wyniki próbne są analizowane indywidualnie.</w:t>
            </w:r>
          </w:p>
        </w:tc>
        <w:tc>
          <w:tcPr>
            <w:tcW w:w="2268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41CA5B6C" w14:textId="77777777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5"/>
                <w:lang w:val="pl-PL"/>
              </w:rPr>
              <w:t>Diagnozy i próbne egzaminy</w:t>
            </w:r>
          </w:p>
        </w:tc>
        <w:tc>
          <w:tcPr>
            <w:tcW w:w="1417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0B222231" w14:textId="77777777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5"/>
                <w:lang w:val="pl-PL"/>
              </w:rPr>
              <w:t>po każdej diagnozie</w:t>
            </w:r>
          </w:p>
        </w:tc>
      </w:tr>
      <w:tr w:rsidR="0080624C" w:rsidRPr="0080624C" w14:paraId="038726F5" w14:textId="77777777" w:rsidTr="0028430C">
        <w:trPr>
          <w:cantSplit/>
          <w:jc w:val="center"/>
        </w:trPr>
        <w:tc>
          <w:tcPr>
            <w:tcW w:w="1757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3BAE5208" w14:textId="77777777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5"/>
                <w:lang w:val="pl-PL"/>
              </w:rPr>
              <w:t>PPP</w:t>
            </w:r>
          </w:p>
        </w:tc>
        <w:tc>
          <w:tcPr>
            <w:tcW w:w="4309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298DD759" w14:textId="77777777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5"/>
                <w:lang w:val="pl-PL"/>
              </w:rPr>
              <w:t>100% nauczycieli uczestniczy lub wnosi wkład do zespołów; każda forma pomocy ma ocenę skuteczności.</w:t>
            </w:r>
          </w:p>
        </w:tc>
        <w:tc>
          <w:tcPr>
            <w:tcW w:w="2268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418B2E06" w14:textId="77777777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5"/>
                <w:lang w:val="pl-PL"/>
              </w:rPr>
              <w:t>Protokoły, IPET/WOPFU</w:t>
            </w:r>
          </w:p>
        </w:tc>
        <w:tc>
          <w:tcPr>
            <w:tcW w:w="1417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13717AF8" w14:textId="605B0089" w:rsidR="00170580" w:rsidRPr="0080624C" w:rsidRDefault="004A08D2" w:rsidP="004A08D2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5"/>
                <w:lang w:val="pl-PL"/>
              </w:rPr>
              <w:t>okresowo</w:t>
            </w:r>
          </w:p>
        </w:tc>
      </w:tr>
      <w:tr w:rsidR="0080624C" w:rsidRPr="0080624C" w14:paraId="264AFCB6" w14:textId="77777777" w:rsidTr="0028430C">
        <w:trPr>
          <w:cantSplit/>
          <w:jc w:val="center"/>
        </w:trPr>
        <w:tc>
          <w:tcPr>
            <w:tcW w:w="1757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72EE3495" w14:textId="77777777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5"/>
                <w:lang w:val="pl-PL"/>
              </w:rPr>
              <w:t>Bezpieczeństwo</w:t>
            </w:r>
          </w:p>
        </w:tc>
        <w:tc>
          <w:tcPr>
            <w:tcW w:w="4309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37641F15" w14:textId="77777777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5"/>
                <w:lang w:val="pl-PL"/>
              </w:rPr>
              <w:t>Zmniejszenie liczby powtarzalnych incydentów; uczniowie znają procedury i miejsca pomocy.</w:t>
            </w:r>
          </w:p>
        </w:tc>
        <w:tc>
          <w:tcPr>
            <w:tcW w:w="2268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17093249" w14:textId="77777777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5"/>
                <w:lang w:val="pl-PL"/>
              </w:rPr>
              <w:t>Rejestr zdarzeń, ankiety</w:t>
            </w:r>
          </w:p>
        </w:tc>
        <w:tc>
          <w:tcPr>
            <w:tcW w:w="1417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56DAE333" w14:textId="1F484C58" w:rsidR="00170580" w:rsidRPr="0080624C" w:rsidRDefault="004A08D2" w:rsidP="004A08D2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5"/>
                <w:lang w:val="pl-PL"/>
              </w:rPr>
              <w:t>okresowo</w:t>
            </w:r>
          </w:p>
        </w:tc>
      </w:tr>
      <w:tr w:rsidR="0080624C" w:rsidRPr="0080624C" w14:paraId="37FBC1DC" w14:textId="77777777" w:rsidTr="0028430C">
        <w:trPr>
          <w:cantSplit/>
          <w:jc w:val="center"/>
        </w:trPr>
        <w:tc>
          <w:tcPr>
            <w:tcW w:w="1757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25CD9C26" w14:textId="77777777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5"/>
                <w:lang w:val="pl-PL"/>
              </w:rPr>
              <w:t>Cyfrowe/AI</w:t>
            </w:r>
          </w:p>
        </w:tc>
        <w:tc>
          <w:tcPr>
            <w:tcW w:w="4309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5BEC22F6" w14:textId="77777777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5"/>
                <w:lang w:val="pl-PL"/>
              </w:rPr>
              <w:t>Każda klasa realizuje cykl higieny cyfrowej; nauczyciele stosują szkolne zasady AI; ZPE jest wykorzystywane celowo.</w:t>
            </w:r>
          </w:p>
        </w:tc>
        <w:tc>
          <w:tcPr>
            <w:tcW w:w="2268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0D062A50" w14:textId="77777777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5"/>
                <w:lang w:val="pl-PL"/>
              </w:rPr>
              <w:t>Plany, obserwacje, bank zasobów</w:t>
            </w:r>
          </w:p>
        </w:tc>
        <w:tc>
          <w:tcPr>
            <w:tcW w:w="1417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4091E49A" w14:textId="27763959" w:rsidR="00170580" w:rsidRPr="0080624C" w:rsidRDefault="004A08D2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5"/>
                <w:lang w:val="pl-PL"/>
              </w:rPr>
              <w:t>okresowo</w:t>
            </w:r>
          </w:p>
        </w:tc>
      </w:tr>
      <w:tr w:rsidR="0080624C" w:rsidRPr="0080624C" w14:paraId="1BC23AFF" w14:textId="77777777" w:rsidTr="0028430C">
        <w:trPr>
          <w:cantSplit/>
          <w:jc w:val="center"/>
        </w:trPr>
        <w:tc>
          <w:tcPr>
            <w:tcW w:w="1757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5048ED90" w14:textId="77777777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5"/>
                <w:lang w:val="pl-PL"/>
              </w:rPr>
              <w:t>Zdrowie</w:t>
            </w:r>
          </w:p>
        </w:tc>
        <w:tc>
          <w:tcPr>
            <w:tcW w:w="4309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18CE8295" w14:textId="77777777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5"/>
                <w:lang w:val="pl-PL"/>
              </w:rPr>
              <w:t>Prawidłowa realizacja edukacji zdrowotnej; większa aktywność uczniów i analiza zwolnień z WF; ćwiczenia pierwszej pomocy.</w:t>
            </w:r>
          </w:p>
        </w:tc>
        <w:tc>
          <w:tcPr>
            <w:tcW w:w="2268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45745CBB" w14:textId="77777777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5"/>
                <w:lang w:val="pl-PL"/>
              </w:rPr>
              <w:t>Dzienniki, frekwencja, protokoły</w:t>
            </w:r>
          </w:p>
        </w:tc>
        <w:tc>
          <w:tcPr>
            <w:tcW w:w="1417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1C163A2B" w14:textId="78BA910E" w:rsidR="00170580" w:rsidRPr="0080624C" w:rsidRDefault="004A08D2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5"/>
                <w:lang w:val="pl-PL"/>
              </w:rPr>
              <w:t>okresowo</w:t>
            </w:r>
          </w:p>
        </w:tc>
      </w:tr>
      <w:tr w:rsidR="0080624C" w:rsidRPr="0080624C" w14:paraId="3163014A" w14:textId="77777777" w:rsidTr="0028430C">
        <w:trPr>
          <w:cantSplit/>
          <w:jc w:val="center"/>
        </w:trPr>
        <w:tc>
          <w:tcPr>
            <w:tcW w:w="1757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055E0508" w14:textId="77777777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5"/>
                <w:lang w:val="pl-PL"/>
              </w:rPr>
              <w:t>Sprawczość</w:t>
            </w:r>
          </w:p>
        </w:tc>
        <w:tc>
          <w:tcPr>
            <w:tcW w:w="4309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02F3C6D2" w14:textId="77777777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5"/>
                <w:lang w:val="pl-PL"/>
              </w:rPr>
              <w:t>Każdy oddział realizuje projekt lub inicjatywę; postulaty uczniów otrzymują odpowiedź i informację o wyniku.</w:t>
            </w:r>
          </w:p>
        </w:tc>
        <w:tc>
          <w:tcPr>
            <w:tcW w:w="2268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5D1F21A1" w14:textId="77777777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5"/>
                <w:lang w:val="pl-PL"/>
              </w:rPr>
              <w:t>Dokumentacja SU i projektów</w:t>
            </w:r>
          </w:p>
        </w:tc>
        <w:tc>
          <w:tcPr>
            <w:tcW w:w="1417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0E5A184D" w14:textId="37D63D80" w:rsidR="00170580" w:rsidRPr="0080624C" w:rsidRDefault="004A08D2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5"/>
                <w:lang w:val="pl-PL"/>
              </w:rPr>
              <w:t>okresowo</w:t>
            </w:r>
          </w:p>
        </w:tc>
      </w:tr>
      <w:tr w:rsidR="0028430C" w:rsidRPr="0080624C" w14:paraId="7880EFAF" w14:textId="77777777" w:rsidTr="0028430C">
        <w:trPr>
          <w:cantSplit/>
          <w:jc w:val="center"/>
        </w:trPr>
        <w:tc>
          <w:tcPr>
            <w:tcW w:w="1757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3E353A04" w14:textId="77777777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5"/>
                <w:lang w:val="pl-PL"/>
              </w:rPr>
              <w:t>Doskonalenie</w:t>
            </w:r>
          </w:p>
        </w:tc>
        <w:tc>
          <w:tcPr>
            <w:tcW w:w="4309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1AFF85E5" w14:textId="77777777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5"/>
                <w:lang w:val="pl-PL"/>
              </w:rPr>
              <w:t>Po szkoleniu wdrażane jest konkretne rozwiązanie, sprawdzane w obserwacji lub analizie dokumentacji.</w:t>
            </w:r>
          </w:p>
        </w:tc>
        <w:tc>
          <w:tcPr>
            <w:tcW w:w="2268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57C05EE2" w14:textId="77777777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5"/>
                <w:lang w:val="pl-PL"/>
              </w:rPr>
              <w:t>Protokoły WDN, obserwacje</w:t>
            </w:r>
          </w:p>
        </w:tc>
        <w:tc>
          <w:tcPr>
            <w:tcW w:w="1417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0A04E2E4" w14:textId="77777777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5"/>
                <w:lang w:val="pl-PL"/>
              </w:rPr>
              <w:t>po szkoleniu</w:t>
            </w:r>
          </w:p>
        </w:tc>
      </w:tr>
    </w:tbl>
    <w:p w14:paraId="057808E2" w14:textId="77777777" w:rsidR="00170580" w:rsidRPr="0080624C" w:rsidRDefault="00170580">
      <w:pPr>
        <w:spacing w:after="0"/>
        <w:rPr>
          <w:rFonts w:ascii="Times New Roman" w:hAnsi="Times New Roman" w:cs="Times New Roman"/>
          <w:lang w:val="pl-PL"/>
        </w:rPr>
      </w:pPr>
    </w:p>
    <w:p w14:paraId="68F986C3" w14:textId="77777777" w:rsidR="00170580" w:rsidRPr="0080624C" w:rsidRDefault="00000000">
      <w:pPr>
        <w:pStyle w:val="Nagwek1"/>
        <w:rPr>
          <w:rFonts w:ascii="Times New Roman" w:hAnsi="Times New Roman" w:cs="Times New Roman"/>
          <w:color w:val="auto"/>
          <w:lang w:val="pl-PL"/>
        </w:rPr>
      </w:pPr>
      <w:r w:rsidRPr="0080624C">
        <w:rPr>
          <w:rFonts w:ascii="Times New Roman" w:hAnsi="Times New Roman" w:cs="Times New Roman"/>
          <w:color w:val="auto"/>
          <w:lang w:val="pl-PL"/>
        </w:rPr>
        <w:t>X. Załączniki robocze</w:t>
      </w:r>
    </w:p>
    <w:p w14:paraId="47B3DDAD" w14:textId="77777777" w:rsidR="00170580" w:rsidRPr="0080624C" w:rsidRDefault="00000000">
      <w:pPr>
        <w:pStyle w:val="Nagwek2"/>
        <w:rPr>
          <w:rFonts w:ascii="Times New Roman" w:hAnsi="Times New Roman" w:cs="Times New Roman"/>
          <w:color w:val="auto"/>
          <w:lang w:val="pl-PL"/>
        </w:rPr>
      </w:pPr>
      <w:r w:rsidRPr="0080624C">
        <w:rPr>
          <w:rFonts w:ascii="Times New Roman" w:hAnsi="Times New Roman" w:cs="Times New Roman"/>
          <w:color w:val="auto"/>
          <w:lang w:val="pl-PL"/>
        </w:rPr>
        <w:t>Załącznik 1. Karta wdrożenia nowej podstawy – klasa I / IV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15"/>
        <w:gridCol w:w="6237"/>
      </w:tblGrid>
      <w:tr w:rsidR="0080624C" w:rsidRPr="0080624C" w14:paraId="1EFF2D79" w14:textId="77777777" w:rsidTr="00A72598">
        <w:trPr>
          <w:tblHeader/>
          <w:jc w:val="center"/>
        </w:trPr>
        <w:tc>
          <w:tcPr>
            <w:tcW w:w="3515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5A4C12D5" w14:textId="77777777" w:rsidR="00170580" w:rsidRPr="0080624C" w:rsidRDefault="00000000">
            <w:pPr>
              <w:jc w:val="center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b/>
                <w:sz w:val="16"/>
                <w:lang w:val="pl-PL"/>
              </w:rPr>
              <w:t>Element</w:t>
            </w:r>
          </w:p>
        </w:tc>
        <w:tc>
          <w:tcPr>
            <w:tcW w:w="6237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337B5F2E" w14:textId="77777777" w:rsidR="00170580" w:rsidRPr="0080624C" w:rsidRDefault="00000000">
            <w:pPr>
              <w:jc w:val="center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b/>
                <w:sz w:val="16"/>
                <w:lang w:val="pl-PL"/>
              </w:rPr>
              <w:t>Zapis</w:t>
            </w:r>
          </w:p>
        </w:tc>
      </w:tr>
      <w:tr w:rsidR="0080624C" w:rsidRPr="0080624C" w14:paraId="0BB2B504" w14:textId="77777777" w:rsidTr="00A72598">
        <w:trPr>
          <w:cantSplit/>
          <w:jc w:val="center"/>
        </w:trPr>
        <w:tc>
          <w:tcPr>
            <w:tcW w:w="3515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3E80328E" w14:textId="77777777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6"/>
                <w:lang w:val="pl-PL"/>
              </w:rPr>
              <w:t>Klasa / przedmiot / nauczyciel</w:t>
            </w:r>
          </w:p>
        </w:tc>
        <w:tc>
          <w:tcPr>
            <w:tcW w:w="6237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245189F8" w14:textId="4BC55EE2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sz w:val="16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6"/>
                <w:lang w:val="pl-PL"/>
              </w:rPr>
              <w:t>……………………………………………………………………………………………………</w:t>
            </w:r>
          </w:p>
          <w:p w14:paraId="55B80D57" w14:textId="77777777" w:rsidR="00A72598" w:rsidRPr="0080624C" w:rsidRDefault="00A72598" w:rsidP="00A72598">
            <w:pPr>
              <w:rPr>
                <w:rFonts w:ascii="Times New Roman" w:hAnsi="Times New Roman" w:cs="Times New Roman"/>
                <w:lang w:val="pl-PL"/>
              </w:rPr>
            </w:pPr>
          </w:p>
          <w:p w14:paraId="2F57FBCF" w14:textId="77777777" w:rsidR="00A72598" w:rsidRPr="0080624C" w:rsidRDefault="00A72598" w:rsidP="00A72598">
            <w:pPr>
              <w:rPr>
                <w:rFonts w:ascii="Times New Roman" w:hAnsi="Times New Roman" w:cs="Times New Roman"/>
                <w:lang w:val="pl-PL"/>
              </w:rPr>
            </w:pPr>
          </w:p>
          <w:p w14:paraId="607BBE53" w14:textId="77777777" w:rsidR="00A72598" w:rsidRPr="0080624C" w:rsidRDefault="00A72598" w:rsidP="00A72598">
            <w:pPr>
              <w:rPr>
                <w:rFonts w:ascii="Times New Roman" w:hAnsi="Times New Roman" w:cs="Times New Roman"/>
                <w:lang w:val="pl-PL"/>
              </w:rPr>
            </w:pPr>
          </w:p>
          <w:p w14:paraId="13478DB5" w14:textId="77777777" w:rsidR="00A72598" w:rsidRPr="0080624C" w:rsidRDefault="00A72598" w:rsidP="00A72598">
            <w:pPr>
              <w:rPr>
                <w:rFonts w:ascii="Times New Roman" w:hAnsi="Times New Roman" w:cs="Times New Roman"/>
                <w:lang w:val="pl-PL"/>
              </w:rPr>
            </w:pPr>
          </w:p>
          <w:p w14:paraId="0AFDC6EB" w14:textId="77777777" w:rsidR="00A72598" w:rsidRPr="0080624C" w:rsidRDefault="00A72598" w:rsidP="00A72598">
            <w:pPr>
              <w:rPr>
                <w:rFonts w:ascii="Times New Roman" w:hAnsi="Times New Roman" w:cs="Times New Roman"/>
                <w:lang w:val="pl-PL"/>
              </w:rPr>
            </w:pPr>
          </w:p>
          <w:p w14:paraId="51942DEA" w14:textId="77777777" w:rsidR="00A72598" w:rsidRPr="0080624C" w:rsidRDefault="00A72598" w:rsidP="00A72598">
            <w:pPr>
              <w:rPr>
                <w:rFonts w:ascii="Times New Roman" w:hAnsi="Times New Roman" w:cs="Times New Roman"/>
                <w:lang w:val="pl-PL"/>
              </w:rPr>
            </w:pPr>
          </w:p>
          <w:p w14:paraId="1D68F2F0" w14:textId="77777777" w:rsidR="00A72598" w:rsidRPr="0080624C" w:rsidRDefault="00A72598" w:rsidP="00A72598">
            <w:pPr>
              <w:rPr>
                <w:rFonts w:ascii="Times New Roman" w:hAnsi="Times New Roman" w:cs="Times New Roman"/>
                <w:lang w:val="pl-PL"/>
              </w:rPr>
            </w:pPr>
          </w:p>
          <w:p w14:paraId="57FFEE52" w14:textId="77777777" w:rsidR="00A72598" w:rsidRPr="0080624C" w:rsidRDefault="00A72598" w:rsidP="00A72598">
            <w:pPr>
              <w:rPr>
                <w:rFonts w:ascii="Times New Roman" w:hAnsi="Times New Roman" w:cs="Times New Roman"/>
                <w:lang w:val="pl-PL"/>
              </w:rPr>
            </w:pPr>
          </w:p>
          <w:p w14:paraId="572042E2" w14:textId="77777777" w:rsidR="00A72598" w:rsidRPr="0080624C" w:rsidRDefault="00A72598" w:rsidP="00A72598">
            <w:pPr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80624C" w:rsidRPr="0080624C" w14:paraId="288AD59F" w14:textId="77777777" w:rsidTr="00A72598">
        <w:trPr>
          <w:cantSplit/>
          <w:jc w:val="center"/>
        </w:trPr>
        <w:tc>
          <w:tcPr>
            <w:tcW w:w="3515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61D716EB" w14:textId="77777777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6"/>
                <w:lang w:val="pl-PL"/>
              </w:rPr>
              <w:lastRenderedPageBreak/>
              <w:t>Program nauczania i data dopuszczenia</w:t>
            </w:r>
          </w:p>
        </w:tc>
        <w:tc>
          <w:tcPr>
            <w:tcW w:w="6237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0C0168B0" w14:textId="6DD5E030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sz w:val="16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6"/>
                <w:lang w:val="pl-PL"/>
              </w:rPr>
              <w:t>……………………………………………………………………………………………………</w:t>
            </w:r>
          </w:p>
          <w:p w14:paraId="5758FCC5" w14:textId="77777777" w:rsidR="00A72598" w:rsidRPr="0080624C" w:rsidRDefault="00A72598" w:rsidP="00A72598">
            <w:pPr>
              <w:rPr>
                <w:rFonts w:ascii="Times New Roman" w:hAnsi="Times New Roman" w:cs="Times New Roman"/>
                <w:lang w:val="pl-PL"/>
              </w:rPr>
            </w:pPr>
          </w:p>
          <w:p w14:paraId="0F0060E5" w14:textId="77777777" w:rsidR="00A72598" w:rsidRPr="0080624C" w:rsidRDefault="00A72598" w:rsidP="00A72598">
            <w:pPr>
              <w:rPr>
                <w:rFonts w:ascii="Times New Roman" w:hAnsi="Times New Roman" w:cs="Times New Roman"/>
                <w:lang w:val="pl-PL"/>
              </w:rPr>
            </w:pPr>
          </w:p>
          <w:p w14:paraId="261D8D5A" w14:textId="77777777" w:rsidR="00A72598" w:rsidRPr="0080624C" w:rsidRDefault="00A72598" w:rsidP="00A72598">
            <w:pPr>
              <w:rPr>
                <w:rFonts w:ascii="Times New Roman" w:hAnsi="Times New Roman" w:cs="Times New Roman"/>
                <w:lang w:val="pl-PL"/>
              </w:rPr>
            </w:pPr>
          </w:p>
          <w:p w14:paraId="4BF48143" w14:textId="77777777" w:rsidR="00A72598" w:rsidRPr="0080624C" w:rsidRDefault="00A72598" w:rsidP="00A72598">
            <w:pPr>
              <w:rPr>
                <w:rFonts w:ascii="Times New Roman" w:hAnsi="Times New Roman" w:cs="Times New Roman"/>
                <w:lang w:val="pl-PL"/>
              </w:rPr>
            </w:pPr>
          </w:p>
          <w:p w14:paraId="3F13A0A2" w14:textId="77777777" w:rsidR="00A72598" w:rsidRPr="0080624C" w:rsidRDefault="00A72598" w:rsidP="00A72598">
            <w:pPr>
              <w:rPr>
                <w:rFonts w:ascii="Times New Roman" w:hAnsi="Times New Roman" w:cs="Times New Roman"/>
                <w:lang w:val="pl-PL"/>
              </w:rPr>
            </w:pPr>
          </w:p>
          <w:p w14:paraId="5A8E3EC5" w14:textId="77777777" w:rsidR="00A72598" w:rsidRPr="0080624C" w:rsidRDefault="00A72598" w:rsidP="00A72598">
            <w:pPr>
              <w:rPr>
                <w:rFonts w:ascii="Times New Roman" w:hAnsi="Times New Roman" w:cs="Times New Roman"/>
                <w:lang w:val="pl-PL"/>
              </w:rPr>
            </w:pPr>
          </w:p>
          <w:p w14:paraId="1397259E" w14:textId="77777777" w:rsidR="00A72598" w:rsidRPr="0080624C" w:rsidRDefault="00A72598" w:rsidP="00A72598">
            <w:pPr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80624C" w:rsidRPr="0080624C" w14:paraId="3561FF30" w14:textId="77777777" w:rsidTr="00A72598">
        <w:trPr>
          <w:cantSplit/>
          <w:jc w:val="center"/>
        </w:trPr>
        <w:tc>
          <w:tcPr>
            <w:tcW w:w="3515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71320994" w14:textId="77777777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6"/>
                <w:lang w:val="pl-PL"/>
              </w:rPr>
              <w:t>Najważniejsze efekty uczenia się</w:t>
            </w:r>
          </w:p>
        </w:tc>
        <w:tc>
          <w:tcPr>
            <w:tcW w:w="6237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424DDA7E" w14:textId="41068B59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sz w:val="16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6"/>
                <w:lang w:val="pl-PL"/>
              </w:rPr>
              <w:t>……………………………………………………………………………………………………</w:t>
            </w:r>
          </w:p>
          <w:p w14:paraId="5ADE4D70" w14:textId="77777777" w:rsidR="00A72598" w:rsidRPr="0080624C" w:rsidRDefault="00A72598" w:rsidP="00A72598">
            <w:pPr>
              <w:rPr>
                <w:rFonts w:ascii="Times New Roman" w:hAnsi="Times New Roman" w:cs="Times New Roman"/>
                <w:lang w:val="pl-PL"/>
              </w:rPr>
            </w:pPr>
          </w:p>
          <w:p w14:paraId="47E0DE5C" w14:textId="77777777" w:rsidR="00A72598" w:rsidRPr="0080624C" w:rsidRDefault="00A72598" w:rsidP="00A72598">
            <w:pPr>
              <w:rPr>
                <w:rFonts w:ascii="Times New Roman" w:hAnsi="Times New Roman" w:cs="Times New Roman"/>
                <w:lang w:val="pl-PL"/>
              </w:rPr>
            </w:pPr>
          </w:p>
          <w:p w14:paraId="7B22DB43" w14:textId="77777777" w:rsidR="00A72598" w:rsidRPr="0080624C" w:rsidRDefault="00A72598" w:rsidP="00A72598">
            <w:pPr>
              <w:rPr>
                <w:rFonts w:ascii="Times New Roman" w:hAnsi="Times New Roman" w:cs="Times New Roman"/>
                <w:lang w:val="pl-PL"/>
              </w:rPr>
            </w:pPr>
          </w:p>
          <w:p w14:paraId="2BDB68E6" w14:textId="77777777" w:rsidR="00A72598" w:rsidRPr="0080624C" w:rsidRDefault="00A72598" w:rsidP="00A72598">
            <w:pPr>
              <w:rPr>
                <w:rFonts w:ascii="Times New Roman" w:hAnsi="Times New Roman" w:cs="Times New Roman"/>
                <w:lang w:val="pl-PL"/>
              </w:rPr>
            </w:pPr>
          </w:p>
          <w:p w14:paraId="023FD8D0" w14:textId="77777777" w:rsidR="00A72598" w:rsidRPr="0080624C" w:rsidRDefault="00A72598" w:rsidP="00A72598">
            <w:pPr>
              <w:rPr>
                <w:rFonts w:ascii="Times New Roman" w:hAnsi="Times New Roman" w:cs="Times New Roman"/>
                <w:lang w:val="pl-PL"/>
              </w:rPr>
            </w:pPr>
          </w:p>
          <w:p w14:paraId="27A66449" w14:textId="77777777" w:rsidR="00A72598" w:rsidRPr="0080624C" w:rsidRDefault="00A72598" w:rsidP="00A72598">
            <w:pPr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80624C" w:rsidRPr="0080624C" w14:paraId="02A15F0D" w14:textId="77777777" w:rsidTr="00A72598">
        <w:trPr>
          <w:cantSplit/>
          <w:jc w:val="center"/>
        </w:trPr>
        <w:tc>
          <w:tcPr>
            <w:tcW w:w="3515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0B87B6E6" w14:textId="77777777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6"/>
                <w:lang w:val="pl-PL"/>
              </w:rPr>
              <w:t>Obowiązkowe doświadczenia edukacyjne</w:t>
            </w:r>
          </w:p>
        </w:tc>
        <w:tc>
          <w:tcPr>
            <w:tcW w:w="6237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7AE77D9E" w14:textId="507E4CA9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sz w:val="16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6"/>
                <w:lang w:val="pl-PL"/>
              </w:rPr>
              <w:t>…………………………………………………………………………………………………</w:t>
            </w:r>
          </w:p>
          <w:p w14:paraId="0FA28C90" w14:textId="77777777" w:rsidR="00A72598" w:rsidRPr="0080624C" w:rsidRDefault="00A72598" w:rsidP="00A72598">
            <w:pPr>
              <w:rPr>
                <w:rFonts w:ascii="Times New Roman" w:hAnsi="Times New Roman" w:cs="Times New Roman"/>
                <w:lang w:val="pl-PL"/>
              </w:rPr>
            </w:pPr>
          </w:p>
          <w:p w14:paraId="49CE666D" w14:textId="77777777" w:rsidR="00A72598" w:rsidRPr="0080624C" w:rsidRDefault="00A72598" w:rsidP="00A72598">
            <w:pPr>
              <w:rPr>
                <w:rFonts w:ascii="Times New Roman" w:hAnsi="Times New Roman" w:cs="Times New Roman"/>
                <w:lang w:val="pl-PL"/>
              </w:rPr>
            </w:pPr>
          </w:p>
          <w:p w14:paraId="360B3A82" w14:textId="77777777" w:rsidR="00A72598" w:rsidRPr="0080624C" w:rsidRDefault="00A72598" w:rsidP="00A72598">
            <w:pPr>
              <w:rPr>
                <w:rFonts w:ascii="Times New Roman" w:hAnsi="Times New Roman" w:cs="Times New Roman"/>
                <w:lang w:val="pl-PL"/>
              </w:rPr>
            </w:pPr>
          </w:p>
          <w:p w14:paraId="70803C97" w14:textId="77777777" w:rsidR="00A72598" w:rsidRPr="0080624C" w:rsidRDefault="00A72598" w:rsidP="00A72598">
            <w:pPr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80624C" w:rsidRPr="0080624C" w14:paraId="2F2695F9" w14:textId="77777777" w:rsidTr="00A72598">
        <w:trPr>
          <w:cantSplit/>
          <w:jc w:val="center"/>
        </w:trPr>
        <w:tc>
          <w:tcPr>
            <w:tcW w:w="3515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03C8224F" w14:textId="77777777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6"/>
                <w:lang w:val="pl-PL"/>
              </w:rPr>
              <w:t>Kompetencje fundamentalne/przekrojowe</w:t>
            </w:r>
          </w:p>
        </w:tc>
        <w:tc>
          <w:tcPr>
            <w:tcW w:w="6237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11ADE6EC" w14:textId="727CE285" w:rsidR="00A72598" w:rsidRPr="0080624C" w:rsidRDefault="00000000" w:rsidP="00A72598">
            <w:pPr>
              <w:spacing w:after="0" w:line="240" w:lineRule="auto"/>
              <w:rPr>
                <w:rFonts w:ascii="Times New Roman" w:hAnsi="Times New Roman" w:cs="Times New Roman"/>
                <w:sz w:val="16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6"/>
                <w:lang w:val="pl-PL"/>
              </w:rPr>
              <w:t>……………………………………………………………………………………………………</w:t>
            </w:r>
          </w:p>
          <w:p w14:paraId="2FD8E71A" w14:textId="77777777" w:rsidR="00A72598" w:rsidRPr="0080624C" w:rsidRDefault="00A72598" w:rsidP="00A72598">
            <w:pPr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80624C" w:rsidRPr="0080624C" w14:paraId="7CB8F365" w14:textId="77777777" w:rsidTr="00A72598">
        <w:trPr>
          <w:cantSplit/>
          <w:jc w:val="center"/>
        </w:trPr>
        <w:tc>
          <w:tcPr>
            <w:tcW w:w="3515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76542B43" w14:textId="77777777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6"/>
                <w:lang w:val="pl-PL"/>
              </w:rPr>
              <w:t>Moduły / korelacje interdyscyplinarne</w:t>
            </w:r>
          </w:p>
        </w:tc>
        <w:tc>
          <w:tcPr>
            <w:tcW w:w="6237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160C9B92" w14:textId="09DE2116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6"/>
                <w:lang w:val="pl-PL"/>
              </w:rPr>
              <w:t>…………………………………………………………………………………………………</w:t>
            </w:r>
          </w:p>
        </w:tc>
      </w:tr>
      <w:tr w:rsidR="0080624C" w:rsidRPr="0080624C" w14:paraId="288CF7E8" w14:textId="77777777" w:rsidTr="00A72598">
        <w:trPr>
          <w:cantSplit/>
          <w:jc w:val="center"/>
        </w:trPr>
        <w:tc>
          <w:tcPr>
            <w:tcW w:w="3515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5E5E7535" w14:textId="77777777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6"/>
                <w:lang w:val="pl-PL"/>
              </w:rPr>
              <w:t>Warunki, pomoce i przestrzeń</w:t>
            </w:r>
          </w:p>
        </w:tc>
        <w:tc>
          <w:tcPr>
            <w:tcW w:w="6237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68C3547C" w14:textId="15ED323D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6"/>
                <w:lang w:val="pl-PL"/>
              </w:rPr>
              <w:t>…………………………………………………………………………………………………</w:t>
            </w:r>
          </w:p>
        </w:tc>
      </w:tr>
      <w:tr w:rsidR="0080624C" w:rsidRPr="0080624C" w14:paraId="70C14F9E" w14:textId="77777777" w:rsidTr="00A72598">
        <w:trPr>
          <w:cantSplit/>
          <w:jc w:val="center"/>
        </w:trPr>
        <w:tc>
          <w:tcPr>
            <w:tcW w:w="3515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430F5779" w14:textId="77777777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6"/>
                <w:lang w:val="pl-PL"/>
              </w:rPr>
              <w:t>Sposób oceniania i informacji zwrotnej</w:t>
            </w:r>
          </w:p>
        </w:tc>
        <w:tc>
          <w:tcPr>
            <w:tcW w:w="6237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3E9B8EC7" w14:textId="523CC422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6"/>
                <w:lang w:val="pl-PL"/>
              </w:rPr>
              <w:t>…………………………………………………………………………………………………</w:t>
            </w:r>
          </w:p>
        </w:tc>
      </w:tr>
      <w:tr w:rsidR="0080624C" w:rsidRPr="0080624C" w14:paraId="71523A80" w14:textId="77777777" w:rsidTr="00A72598">
        <w:trPr>
          <w:cantSplit/>
          <w:jc w:val="center"/>
        </w:trPr>
        <w:tc>
          <w:tcPr>
            <w:tcW w:w="3515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43184CBF" w14:textId="77777777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6"/>
                <w:lang w:val="pl-PL"/>
              </w:rPr>
              <w:t>Dane o postępach uczniów</w:t>
            </w:r>
          </w:p>
        </w:tc>
        <w:tc>
          <w:tcPr>
            <w:tcW w:w="6237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1645080B" w14:textId="498855B7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6"/>
                <w:lang w:val="pl-PL"/>
              </w:rPr>
              <w:t>…………………………………………………………………………………………………</w:t>
            </w:r>
          </w:p>
        </w:tc>
      </w:tr>
      <w:tr w:rsidR="00A72598" w:rsidRPr="0080624C" w14:paraId="3FF3C80D" w14:textId="77777777" w:rsidTr="00A72598">
        <w:trPr>
          <w:cantSplit/>
          <w:jc w:val="center"/>
        </w:trPr>
        <w:tc>
          <w:tcPr>
            <w:tcW w:w="3515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7A9B3CA7" w14:textId="77777777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6"/>
                <w:lang w:val="pl-PL"/>
              </w:rPr>
              <w:t>Wniosek i działanie korygujące</w:t>
            </w:r>
          </w:p>
        </w:tc>
        <w:tc>
          <w:tcPr>
            <w:tcW w:w="6237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3072D21F" w14:textId="23D1D103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6"/>
                <w:lang w:val="pl-PL"/>
              </w:rPr>
              <w:t>…………………………………………………………………………………………………</w:t>
            </w:r>
          </w:p>
        </w:tc>
      </w:tr>
    </w:tbl>
    <w:p w14:paraId="064E7DEE" w14:textId="77777777" w:rsidR="00170580" w:rsidRPr="0080624C" w:rsidRDefault="00170580">
      <w:pPr>
        <w:spacing w:after="0"/>
        <w:rPr>
          <w:rFonts w:ascii="Times New Roman" w:hAnsi="Times New Roman" w:cs="Times New Roman"/>
          <w:lang w:val="pl-PL"/>
        </w:rPr>
      </w:pPr>
    </w:p>
    <w:p w14:paraId="46EBF1C4" w14:textId="77777777" w:rsidR="00A72598" w:rsidRPr="0080624C" w:rsidRDefault="00A72598">
      <w:pPr>
        <w:pStyle w:val="Nagwek2"/>
        <w:rPr>
          <w:rFonts w:ascii="Times New Roman" w:hAnsi="Times New Roman" w:cs="Times New Roman"/>
          <w:color w:val="auto"/>
          <w:lang w:val="pl-PL"/>
        </w:rPr>
      </w:pPr>
    </w:p>
    <w:p w14:paraId="0C41D9D2" w14:textId="64A6B76E" w:rsidR="00170580" w:rsidRPr="0080624C" w:rsidRDefault="00000000">
      <w:pPr>
        <w:pStyle w:val="Nagwek2"/>
        <w:rPr>
          <w:rFonts w:ascii="Times New Roman" w:hAnsi="Times New Roman" w:cs="Times New Roman"/>
          <w:color w:val="auto"/>
          <w:lang w:val="pl-PL"/>
        </w:rPr>
      </w:pPr>
      <w:r w:rsidRPr="0080624C">
        <w:rPr>
          <w:rFonts w:ascii="Times New Roman" w:hAnsi="Times New Roman" w:cs="Times New Roman"/>
          <w:color w:val="auto"/>
          <w:lang w:val="pl-PL"/>
        </w:rPr>
        <w:t>Załącznik 2. Szkolny standard informacji zwrotnej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6917"/>
      </w:tblGrid>
      <w:tr w:rsidR="0080624C" w:rsidRPr="0080624C" w14:paraId="6DD09162" w14:textId="77777777" w:rsidTr="00A72598">
        <w:trPr>
          <w:tblHeader/>
          <w:jc w:val="center"/>
        </w:trPr>
        <w:tc>
          <w:tcPr>
            <w:tcW w:w="2835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554E1645" w14:textId="77777777" w:rsidR="00170580" w:rsidRPr="0080624C" w:rsidRDefault="00000000">
            <w:pPr>
              <w:jc w:val="center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b/>
                <w:sz w:val="17"/>
                <w:lang w:val="pl-PL"/>
              </w:rPr>
              <w:t>Element</w:t>
            </w:r>
          </w:p>
        </w:tc>
        <w:tc>
          <w:tcPr>
            <w:tcW w:w="6917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2FB92BC2" w14:textId="77777777" w:rsidR="00170580" w:rsidRPr="0080624C" w:rsidRDefault="00000000">
            <w:pPr>
              <w:jc w:val="center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b/>
                <w:sz w:val="17"/>
                <w:lang w:val="pl-PL"/>
              </w:rPr>
              <w:t>Wymagany standard</w:t>
            </w:r>
          </w:p>
        </w:tc>
      </w:tr>
      <w:tr w:rsidR="0080624C" w:rsidRPr="0080624C" w14:paraId="13027C8E" w14:textId="77777777" w:rsidTr="00A72598">
        <w:trPr>
          <w:cantSplit/>
          <w:jc w:val="center"/>
        </w:trPr>
        <w:tc>
          <w:tcPr>
            <w:tcW w:w="2835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7566499F" w14:textId="77777777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7"/>
                <w:lang w:val="pl-PL"/>
              </w:rPr>
              <w:t>1. Co uczeń zrobił dobrze?</w:t>
            </w:r>
          </w:p>
        </w:tc>
        <w:tc>
          <w:tcPr>
            <w:tcW w:w="6917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70233DB0" w14:textId="77777777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7"/>
                <w:lang w:val="pl-PL"/>
              </w:rPr>
              <w:t>Wskazanie konkretnego elementu wiedzy, umiejętności, strategii lub wysiłku.</w:t>
            </w:r>
          </w:p>
        </w:tc>
      </w:tr>
      <w:tr w:rsidR="0080624C" w:rsidRPr="0080624C" w14:paraId="2D3BD121" w14:textId="77777777" w:rsidTr="00A72598">
        <w:trPr>
          <w:cantSplit/>
          <w:jc w:val="center"/>
        </w:trPr>
        <w:tc>
          <w:tcPr>
            <w:tcW w:w="2835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6171118D" w14:textId="77777777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7"/>
                <w:lang w:val="pl-PL"/>
              </w:rPr>
              <w:t>2. Co wymaga poprawy?</w:t>
            </w:r>
          </w:p>
        </w:tc>
        <w:tc>
          <w:tcPr>
            <w:tcW w:w="6917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49BB3061" w14:textId="77777777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7"/>
                <w:lang w:val="pl-PL"/>
              </w:rPr>
              <w:t>Precyzyjne wskazanie błędu lub brakującego elementu, bez etykietowania ucznia.</w:t>
            </w:r>
          </w:p>
        </w:tc>
      </w:tr>
      <w:tr w:rsidR="0080624C" w:rsidRPr="0080624C" w14:paraId="08FBD5CC" w14:textId="77777777" w:rsidTr="00A72598">
        <w:trPr>
          <w:cantSplit/>
          <w:jc w:val="center"/>
        </w:trPr>
        <w:tc>
          <w:tcPr>
            <w:tcW w:w="2835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6AD2BB4C" w14:textId="77777777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7"/>
                <w:lang w:val="pl-PL"/>
              </w:rPr>
              <w:t>3. Jak poprawić?</w:t>
            </w:r>
          </w:p>
        </w:tc>
        <w:tc>
          <w:tcPr>
            <w:tcW w:w="6917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31684A6C" w14:textId="77777777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7"/>
                <w:lang w:val="pl-PL"/>
              </w:rPr>
              <w:t>Instrukcja, przykład, pytanie naprowadzające lub możliwość ponownej próby.</w:t>
            </w:r>
          </w:p>
        </w:tc>
      </w:tr>
      <w:tr w:rsidR="0080624C" w:rsidRPr="0080624C" w14:paraId="4EBFB163" w14:textId="77777777" w:rsidTr="00A72598">
        <w:trPr>
          <w:cantSplit/>
          <w:jc w:val="center"/>
        </w:trPr>
        <w:tc>
          <w:tcPr>
            <w:tcW w:w="2835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4045AE4E" w14:textId="77777777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7"/>
                <w:lang w:val="pl-PL"/>
              </w:rPr>
              <w:t>4. Jak dalej się uczyć?</w:t>
            </w:r>
          </w:p>
        </w:tc>
        <w:tc>
          <w:tcPr>
            <w:tcW w:w="6917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4C3CACD8" w14:textId="77777777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7"/>
                <w:lang w:val="pl-PL"/>
              </w:rPr>
              <w:t>Wskazanie kolejnego kroku, ćwiczenia lub strategii możliwej do samodzielnego zastosowania.</w:t>
            </w:r>
          </w:p>
        </w:tc>
      </w:tr>
      <w:tr w:rsidR="00A72598" w:rsidRPr="0080624C" w14:paraId="7546413B" w14:textId="77777777" w:rsidTr="00A72598">
        <w:trPr>
          <w:cantSplit/>
          <w:jc w:val="center"/>
        </w:trPr>
        <w:tc>
          <w:tcPr>
            <w:tcW w:w="2835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2B04F16B" w14:textId="77777777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7"/>
                <w:lang w:val="pl-PL"/>
              </w:rPr>
              <w:t>5. Jak uczeń odniesie się do informacji?</w:t>
            </w:r>
          </w:p>
        </w:tc>
        <w:tc>
          <w:tcPr>
            <w:tcW w:w="6917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77AE502A" w14:textId="77777777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7"/>
                <w:lang w:val="pl-PL"/>
              </w:rPr>
              <w:t>Poprawa, refleksja, samoocena, rozmowa lub zastosowanie wskazówki w kolejnym zadaniu.</w:t>
            </w:r>
          </w:p>
        </w:tc>
      </w:tr>
    </w:tbl>
    <w:p w14:paraId="23417CE1" w14:textId="77777777" w:rsidR="00170580" w:rsidRPr="0080624C" w:rsidRDefault="00170580">
      <w:pPr>
        <w:spacing w:after="0"/>
        <w:rPr>
          <w:rFonts w:ascii="Times New Roman" w:hAnsi="Times New Roman" w:cs="Times New Roman"/>
          <w:lang w:val="pl-PL"/>
        </w:rPr>
      </w:pPr>
    </w:p>
    <w:p w14:paraId="226094BD" w14:textId="77777777" w:rsidR="00170580" w:rsidRPr="0080624C" w:rsidRDefault="00000000">
      <w:pPr>
        <w:pStyle w:val="Nagwek2"/>
        <w:rPr>
          <w:rFonts w:ascii="Times New Roman" w:hAnsi="Times New Roman" w:cs="Times New Roman"/>
          <w:color w:val="auto"/>
          <w:lang w:val="pl-PL"/>
        </w:rPr>
      </w:pPr>
      <w:r w:rsidRPr="0080624C">
        <w:rPr>
          <w:rFonts w:ascii="Times New Roman" w:hAnsi="Times New Roman" w:cs="Times New Roman"/>
          <w:color w:val="auto"/>
          <w:lang w:val="pl-PL"/>
        </w:rPr>
        <w:t>Załącznik 3. Karta koordynacji obciążenia ucznia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15"/>
        <w:gridCol w:w="6237"/>
      </w:tblGrid>
      <w:tr w:rsidR="0080624C" w:rsidRPr="0080624C" w14:paraId="48FAF7A4" w14:textId="77777777" w:rsidTr="00A72598">
        <w:trPr>
          <w:tblHeader/>
          <w:jc w:val="center"/>
        </w:trPr>
        <w:tc>
          <w:tcPr>
            <w:tcW w:w="3515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6E36D7B2" w14:textId="77777777" w:rsidR="00170580" w:rsidRPr="0080624C" w:rsidRDefault="00000000">
            <w:pPr>
              <w:jc w:val="center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b/>
                <w:sz w:val="16"/>
                <w:lang w:val="pl-PL"/>
              </w:rPr>
              <w:t>Element</w:t>
            </w:r>
          </w:p>
        </w:tc>
        <w:tc>
          <w:tcPr>
            <w:tcW w:w="6237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48FDBAFA" w14:textId="77777777" w:rsidR="00170580" w:rsidRPr="0080624C" w:rsidRDefault="00000000">
            <w:pPr>
              <w:jc w:val="center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b/>
                <w:sz w:val="16"/>
                <w:lang w:val="pl-PL"/>
              </w:rPr>
              <w:t>Ustalenia</w:t>
            </w:r>
          </w:p>
        </w:tc>
      </w:tr>
      <w:tr w:rsidR="0080624C" w:rsidRPr="0080624C" w14:paraId="1CEA69AE" w14:textId="77777777" w:rsidTr="00A72598">
        <w:trPr>
          <w:cantSplit/>
          <w:jc w:val="center"/>
        </w:trPr>
        <w:tc>
          <w:tcPr>
            <w:tcW w:w="3515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5EFB1ADB" w14:textId="77777777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6"/>
                <w:lang w:val="pl-PL"/>
              </w:rPr>
              <w:t>Oddział / tydzień</w:t>
            </w:r>
          </w:p>
        </w:tc>
        <w:tc>
          <w:tcPr>
            <w:tcW w:w="6237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624219F3" w14:textId="77777777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6"/>
                <w:lang w:val="pl-PL"/>
              </w:rPr>
              <w:t>…………………………………………………………………………………………………………</w:t>
            </w:r>
          </w:p>
        </w:tc>
      </w:tr>
      <w:tr w:rsidR="0080624C" w:rsidRPr="0080624C" w14:paraId="30FBA600" w14:textId="77777777" w:rsidTr="00A72598">
        <w:trPr>
          <w:cantSplit/>
          <w:jc w:val="center"/>
        </w:trPr>
        <w:tc>
          <w:tcPr>
            <w:tcW w:w="3515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67E4E8FD" w14:textId="77777777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6"/>
                <w:lang w:val="pl-PL"/>
              </w:rPr>
              <w:lastRenderedPageBreak/>
              <w:t>Zapowiedziane sprawdziany i większe prace</w:t>
            </w:r>
          </w:p>
        </w:tc>
        <w:tc>
          <w:tcPr>
            <w:tcW w:w="6237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53CB1544" w14:textId="77777777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6"/>
                <w:lang w:val="pl-PL"/>
              </w:rPr>
              <w:t>…………………………………………………………………………………………………………</w:t>
            </w:r>
          </w:p>
        </w:tc>
      </w:tr>
      <w:tr w:rsidR="0080624C" w:rsidRPr="0080624C" w14:paraId="5C9DFE4F" w14:textId="77777777" w:rsidTr="00A72598">
        <w:trPr>
          <w:cantSplit/>
          <w:jc w:val="center"/>
        </w:trPr>
        <w:tc>
          <w:tcPr>
            <w:tcW w:w="3515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411C0EBD" w14:textId="77777777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6"/>
                <w:lang w:val="pl-PL"/>
              </w:rPr>
              <w:t>Zadania długoterminowe / projekty</w:t>
            </w:r>
          </w:p>
        </w:tc>
        <w:tc>
          <w:tcPr>
            <w:tcW w:w="6237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6C6E4019" w14:textId="77777777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6"/>
                <w:lang w:val="pl-PL"/>
              </w:rPr>
              <w:t>…………………………………………………………………………………………………………</w:t>
            </w:r>
          </w:p>
        </w:tc>
      </w:tr>
      <w:tr w:rsidR="0080624C" w:rsidRPr="0080624C" w14:paraId="1B8C012D" w14:textId="77777777" w:rsidTr="00A72598">
        <w:trPr>
          <w:cantSplit/>
          <w:jc w:val="center"/>
        </w:trPr>
        <w:tc>
          <w:tcPr>
            <w:tcW w:w="3515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34320706" w14:textId="77777777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6"/>
                <w:lang w:val="pl-PL"/>
              </w:rPr>
              <w:t>Szacowany łączny czas prac domowych</w:t>
            </w:r>
          </w:p>
        </w:tc>
        <w:tc>
          <w:tcPr>
            <w:tcW w:w="6237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7E444159" w14:textId="77777777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6"/>
                <w:lang w:val="pl-PL"/>
              </w:rPr>
              <w:t>…………………………………………………………………………………………………………</w:t>
            </w:r>
          </w:p>
        </w:tc>
      </w:tr>
      <w:tr w:rsidR="0080624C" w:rsidRPr="0080624C" w14:paraId="229E7412" w14:textId="77777777" w:rsidTr="00A72598">
        <w:trPr>
          <w:cantSplit/>
          <w:jc w:val="center"/>
        </w:trPr>
        <w:tc>
          <w:tcPr>
            <w:tcW w:w="3515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6515C8FA" w14:textId="77777777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6"/>
                <w:lang w:val="pl-PL"/>
              </w:rPr>
              <w:t>Sygnały uczniów/rodziców</w:t>
            </w:r>
          </w:p>
        </w:tc>
        <w:tc>
          <w:tcPr>
            <w:tcW w:w="6237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0FCC106A" w14:textId="77777777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6"/>
                <w:lang w:val="pl-PL"/>
              </w:rPr>
              <w:t>…………………………………………………………………………………………………………</w:t>
            </w:r>
          </w:p>
        </w:tc>
      </w:tr>
      <w:tr w:rsidR="0080624C" w:rsidRPr="0080624C" w14:paraId="0DB0FFA5" w14:textId="77777777" w:rsidTr="00A72598">
        <w:trPr>
          <w:cantSplit/>
          <w:jc w:val="center"/>
        </w:trPr>
        <w:tc>
          <w:tcPr>
            <w:tcW w:w="3515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33D7ADE8" w14:textId="77777777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6"/>
                <w:lang w:val="pl-PL"/>
              </w:rPr>
              <w:t>Uzgodniona korekta</w:t>
            </w:r>
          </w:p>
        </w:tc>
        <w:tc>
          <w:tcPr>
            <w:tcW w:w="6237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74376F2D" w14:textId="77777777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6"/>
                <w:lang w:val="pl-PL"/>
              </w:rPr>
              <w:t>…………………………………………………………………………………………………………</w:t>
            </w:r>
          </w:p>
        </w:tc>
      </w:tr>
      <w:tr w:rsidR="00A72598" w:rsidRPr="0080624C" w14:paraId="6F50DAE4" w14:textId="77777777" w:rsidTr="00A72598">
        <w:trPr>
          <w:cantSplit/>
          <w:jc w:val="center"/>
        </w:trPr>
        <w:tc>
          <w:tcPr>
            <w:tcW w:w="3515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5A4C1ECD" w14:textId="77777777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6"/>
                <w:lang w:val="pl-PL"/>
              </w:rPr>
              <w:t>Osoba odpowiedzialna i termin weryfikacji</w:t>
            </w:r>
          </w:p>
        </w:tc>
        <w:tc>
          <w:tcPr>
            <w:tcW w:w="6237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354691B7" w14:textId="77777777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6"/>
                <w:lang w:val="pl-PL"/>
              </w:rPr>
              <w:t>…………………………………………………………………………………………………………</w:t>
            </w:r>
          </w:p>
        </w:tc>
      </w:tr>
    </w:tbl>
    <w:p w14:paraId="0BEA4CA0" w14:textId="77777777" w:rsidR="00170580" w:rsidRPr="0080624C" w:rsidRDefault="00170580">
      <w:pPr>
        <w:spacing w:after="0"/>
        <w:rPr>
          <w:rFonts w:ascii="Times New Roman" w:hAnsi="Times New Roman" w:cs="Times New Roman"/>
          <w:lang w:val="pl-PL"/>
        </w:rPr>
      </w:pPr>
    </w:p>
    <w:p w14:paraId="368A49E7" w14:textId="77777777" w:rsidR="00170580" w:rsidRPr="0080624C" w:rsidRDefault="00000000">
      <w:pPr>
        <w:pStyle w:val="Nagwek2"/>
        <w:rPr>
          <w:rFonts w:ascii="Times New Roman" w:hAnsi="Times New Roman" w:cs="Times New Roman"/>
          <w:color w:val="auto"/>
          <w:lang w:val="pl-PL"/>
        </w:rPr>
      </w:pPr>
      <w:r w:rsidRPr="0080624C">
        <w:rPr>
          <w:rFonts w:ascii="Times New Roman" w:hAnsi="Times New Roman" w:cs="Times New Roman"/>
          <w:color w:val="auto"/>
          <w:lang w:val="pl-PL"/>
        </w:rPr>
        <w:t>Załącznik 4. Karta okresowej oceny skuteczności PPP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15"/>
        <w:gridCol w:w="6237"/>
      </w:tblGrid>
      <w:tr w:rsidR="0080624C" w:rsidRPr="0080624C" w14:paraId="5F803C7E" w14:textId="77777777" w:rsidTr="00A72598">
        <w:trPr>
          <w:tblHeader/>
          <w:jc w:val="center"/>
        </w:trPr>
        <w:tc>
          <w:tcPr>
            <w:tcW w:w="3515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7241EA19" w14:textId="77777777" w:rsidR="00170580" w:rsidRPr="0080624C" w:rsidRDefault="00000000">
            <w:pPr>
              <w:jc w:val="center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b/>
                <w:sz w:val="16"/>
                <w:lang w:val="pl-PL"/>
              </w:rPr>
              <w:t>Element</w:t>
            </w:r>
          </w:p>
        </w:tc>
        <w:tc>
          <w:tcPr>
            <w:tcW w:w="6237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65BEB059" w14:textId="77777777" w:rsidR="00170580" w:rsidRPr="0080624C" w:rsidRDefault="00000000">
            <w:pPr>
              <w:jc w:val="center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b/>
                <w:sz w:val="16"/>
                <w:lang w:val="pl-PL"/>
              </w:rPr>
              <w:t>Ustalenia</w:t>
            </w:r>
          </w:p>
        </w:tc>
      </w:tr>
      <w:tr w:rsidR="0080624C" w:rsidRPr="0080624C" w14:paraId="3FC2A91B" w14:textId="77777777" w:rsidTr="00A72598">
        <w:trPr>
          <w:cantSplit/>
          <w:jc w:val="center"/>
        </w:trPr>
        <w:tc>
          <w:tcPr>
            <w:tcW w:w="3515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559D98C5" w14:textId="77777777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6"/>
                <w:lang w:val="pl-PL"/>
              </w:rPr>
              <w:t>Uczeń / okres / zespół</w:t>
            </w:r>
          </w:p>
        </w:tc>
        <w:tc>
          <w:tcPr>
            <w:tcW w:w="6237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19FAA618" w14:textId="77777777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6"/>
                <w:lang w:val="pl-PL"/>
              </w:rPr>
              <w:t>…………………………………………………………………………………………………………</w:t>
            </w:r>
          </w:p>
        </w:tc>
      </w:tr>
      <w:tr w:rsidR="0080624C" w:rsidRPr="0080624C" w14:paraId="1CF9A6EE" w14:textId="77777777" w:rsidTr="00A72598">
        <w:trPr>
          <w:cantSplit/>
          <w:jc w:val="center"/>
        </w:trPr>
        <w:tc>
          <w:tcPr>
            <w:tcW w:w="3515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29DE481A" w14:textId="77777777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6"/>
                <w:lang w:val="pl-PL"/>
              </w:rPr>
              <w:t>Cel wsparcia</w:t>
            </w:r>
          </w:p>
        </w:tc>
        <w:tc>
          <w:tcPr>
            <w:tcW w:w="6237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4F80D85F" w14:textId="77777777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6"/>
                <w:lang w:val="pl-PL"/>
              </w:rPr>
              <w:t>…………………………………………………………………………………………………………</w:t>
            </w:r>
          </w:p>
        </w:tc>
      </w:tr>
      <w:tr w:rsidR="0080624C" w:rsidRPr="0080624C" w14:paraId="243815DE" w14:textId="77777777" w:rsidTr="00A72598">
        <w:trPr>
          <w:cantSplit/>
          <w:jc w:val="center"/>
        </w:trPr>
        <w:tc>
          <w:tcPr>
            <w:tcW w:w="3515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3085B9F3" w14:textId="77777777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6"/>
                <w:lang w:val="pl-PL"/>
              </w:rPr>
              <w:t>Zrealizowane działania i dostosowania</w:t>
            </w:r>
          </w:p>
        </w:tc>
        <w:tc>
          <w:tcPr>
            <w:tcW w:w="6237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153B6FAE" w14:textId="77777777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6"/>
                <w:lang w:val="pl-PL"/>
              </w:rPr>
              <w:t>…………………………………………………………………………………………………………</w:t>
            </w:r>
          </w:p>
        </w:tc>
      </w:tr>
      <w:tr w:rsidR="0080624C" w:rsidRPr="0080624C" w14:paraId="233341B3" w14:textId="77777777" w:rsidTr="00A72598">
        <w:trPr>
          <w:cantSplit/>
          <w:jc w:val="center"/>
        </w:trPr>
        <w:tc>
          <w:tcPr>
            <w:tcW w:w="3515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16ABAD35" w14:textId="77777777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6"/>
                <w:lang w:val="pl-PL"/>
              </w:rPr>
              <w:t>Dane o postępie / braku postępu</w:t>
            </w:r>
          </w:p>
        </w:tc>
        <w:tc>
          <w:tcPr>
            <w:tcW w:w="6237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53208FA3" w14:textId="77777777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6"/>
                <w:lang w:val="pl-PL"/>
              </w:rPr>
              <w:t>…………………………………………………………………………………………………………</w:t>
            </w:r>
          </w:p>
        </w:tc>
      </w:tr>
      <w:tr w:rsidR="0080624C" w:rsidRPr="0080624C" w14:paraId="5D7A428E" w14:textId="77777777" w:rsidTr="00A72598">
        <w:trPr>
          <w:cantSplit/>
          <w:jc w:val="center"/>
        </w:trPr>
        <w:tc>
          <w:tcPr>
            <w:tcW w:w="3515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006C2F92" w14:textId="77777777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6"/>
                <w:lang w:val="pl-PL"/>
              </w:rPr>
              <w:t>Informacja ucznia i rodziców</w:t>
            </w:r>
          </w:p>
        </w:tc>
        <w:tc>
          <w:tcPr>
            <w:tcW w:w="6237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5169A8B7" w14:textId="77777777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6"/>
                <w:lang w:val="pl-PL"/>
              </w:rPr>
              <w:t>…………………………………………………………………………………………………………</w:t>
            </w:r>
          </w:p>
        </w:tc>
      </w:tr>
      <w:tr w:rsidR="0080624C" w:rsidRPr="0080624C" w14:paraId="7E9EECA3" w14:textId="77777777" w:rsidTr="00A72598">
        <w:trPr>
          <w:cantSplit/>
          <w:jc w:val="center"/>
        </w:trPr>
        <w:tc>
          <w:tcPr>
            <w:tcW w:w="3515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3658313B" w14:textId="77777777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6"/>
                <w:lang w:val="pl-PL"/>
              </w:rPr>
              <w:t>Bariery i czynniki wspierające</w:t>
            </w:r>
          </w:p>
        </w:tc>
        <w:tc>
          <w:tcPr>
            <w:tcW w:w="6237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706570A2" w14:textId="77777777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6"/>
                <w:lang w:val="pl-PL"/>
              </w:rPr>
              <w:t>…………………………………………………………………………………………………………</w:t>
            </w:r>
          </w:p>
        </w:tc>
      </w:tr>
      <w:tr w:rsidR="0080624C" w:rsidRPr="0080624C" w14:paraId="7E68528E" w14:textId="77777777" w:rsidTr="00A72598">
        <w:trPr>
          <w:cantSplit/>
          <w:jc w:val="center"/>
        </w:trPr>
        <w:tc>
          <w:tcPr>
            <w:tcW w:w="3515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31E917BC" w14:textId="77777777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6"/>
                <w:lang w:val="pl-PL"/>
              </w:rPr>
              <w:t>Decyzja: kontynuacja / modyfikacja / zakończenie</w:t>
            </w:r>
          </w:p>
        </w:tc>
        <w:tc>
          <w:tcPr>
            <w:tcW w:w="6237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56405E23" w14:textId="77777777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6"/>
                <w:lang w:val="pl-PL"/>
              </w:rPr>
              <w:t>…………………………………………………………………………………………………………</w:t>
            </w:r>
          </w:p>
        </w:tc>
      </w:tr>
      <w:tr w:rsidR="00A72598" w:rsidRPr="0080624C" w14:paraId="66B9EA62" w14:textId="77777777" w:rsidTr="00A72598">
        <w:trPr>
          <w:cantSplit/>
          <w:jc w:val="center"/>
        </w:trPr>
        <w:tc>
          <w:tcPr>
            <w:tcW w:w="3515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03341CBB" w14:textId="77777777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6"/>
                <w:lang w:val="pl-PL"/>
              </w:rPr>
              <w:t>Dalsze zadania i termin sprawdzenia</w:t>
            </w:r>
          </w:p>
        </w:tc>
        <w:tc>
          <w:tcPr>
            <w:tcW w:w="6237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013EF141" w14:textId="77777777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6"/>
                <w:lang w:val="pl-PL"/>
              </w:rPr>
              <w:t>…………………………………………………………………………………………………………</w:t>
            </w:r>
          </w:p>
        </w:tc>
      </w:tr>
    </w:tbl>
    <w:p w14:paraId="0561A30B" w14:textId="77777777" w:rsidR="00170580" w:rsidRPr="0080624C" w:rsidRDefault="00170580">
      <w:pPr>
        <w:spacing w:after="0"/>
        <w:rPr>
          <w:rFonts w:ascii="Times New Roman" w:hAnsi="Times New Roman" w:cs="Times New Roman"/>
          <w:lang w:val="pl-PL"/>
        </w:rPr>
      </w:pPr>
    </w:p>
    <w:p w14:paraId="0DB87D85" w14:textId="77777777" w:rsidR="00170580" w:rsidRPr="0080624C" w:rsidRDefault="00000000">
      <w:pPr>
        <w:pStyle w:val="Nagwek2"/>
        <w:rPr>
          <w:rFonts w:ascii="Times New Roman" w:hAnsi="Times New Roman" w:cs="Times New Roman"/>
          <w:color w:val="auto"/>
          <w:lang w:val="pl-PL"/>
        </w:rPr>
      </w:pPr>
      <w:r w:rsidRPr="0080624C">
        <w:rPr>
          <w:rFonts w:ascii="Times New Roman" w:hAnsi="Times New Roman" w:cs="Times New Roman"/>
          <w:color w:val="auto"/>
          <w:lang w:val="pl-PL"/>
        </w:rPr>
        <w:t xml:space="preserve">Załącznik 5. Miesięczna </w:t>
      </w:r>
      <w:proofErr w:type="spellStart"/>
      <w:r w:rsidRPr="0080624C">
        <w:rPr>
          <w:rFonts w:ascii="Times New Roman" w:hAnsi="Times New Roman" w:cs="Times New Roman"/>
          <w:color w:val="auto"/>
          <w:lang w:val="pl-PL"/>
        </w:rPr>
        <w:t>checklista</w:t>
      </w:r>
      <w:proofErr w:type="spellEnd"/>
      <w:r w:rsidRPr="0080624C">
        <w:rPr>
          <w:rFonts w:ascii="Times New Roman" w:hAnsi="Times New Roman" w:cs="Times New Roman"/>
          <w:color w:val="auto"/>
          <w:lang w:val="pl-PL"/>
        </w:rPr>
        <w:t xml:space="preserve"> dyrektora / wicedyrektora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36"/>
        <w:gridCol w:w="2268"/>
        <w:gridCol w:w="2948"/>
      </w:tblGrid>
      <w:tr w:rsidR="0080624C" w:rsidRPr="0080624C" w14:paraId="2CCE1821" w14:textId="77777777" w:rsidTr="00A72598">
        <w:trPr>
          <w:tblHeader/>
          <w:jc w:val="center"/>
        </w:trPr>
        <w:tc>
          <w:tcPr>
            <w:tcW w:w="4536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79B40458" w14:textId="77777777" w:rsidR="00170580" w:rsidRPr="0080624C" w:rsidRDefault="00000000">
            <w:pPr>
              <w:jc w:val="center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b/>
                <w:sz w:val="16"/>
                <w:lang w:val="pl-PL"/>
              </w:rPr>
              <w:t>Kryterium</w:t>
            </w:r>
          </w:p>
        </w:tc>
        <w:tc>
          <w:tcPr>
            <w:tcW w:w="2268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0A17AA8B" w14:textId="77777777" w:rsidR="00170580" w:rsidRPr="0080624C" w:rsidRDefault="00000000">
            <w:pPr>
              <w:jc w:val="center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b/>
                <w:sz w:val="16"/>
                <w:lang w:val="pl-PL"/>
              </w:rPr>
              <w:t>Ocena</w:t>
            </w:r>
          </w:p>
        </w:tc>
        <w:tc>
          <w:tcPr>
            <w:tcW w:w="2948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48F652AA" w14:textId="77777777" w:rsidR="00170580" w:rsidRPr="0080624C" w:rsidRDefault="00000000">
            <w:pPr>
              <w:jc w:val="center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b/>
                <w:sz w:val="16"/>
                <w:lang w:val="pl-PL"/>
              </w:rPr>
              <w:t>Wniosek / działanie</w:t>
            </w:r>
          </w:p>
        </w:tc>
      </w:tr>
      <w:tr w:rsidR="0080624C" w:rsidRPr="0080624C" w14:paraId="16459DAD" w14:textId="77777777" w:rsidTr="00A72598">
        <w:trPr>
          <w:cantSplit/>
          <w:jc w:val="center"/>
        </w:trPr>
        <w:tc>
          <w:tcPr>
            <w:tcW w:w="4536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798071B1" w14:textId="77777777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6"/>
                <w:lang w:val="pl-PL"/>
              </w:rPr>
              <w:t xml:space="preserve">Realizacja podstawy w klasach I </w:t>
            </w:r>
            <w:proofErr w:type="spellStart"/>
            <w:r w:rsidRPr="0080624C">
              <w:rPr>
                <w:rFonts w:ascii="Times New Roman" w:hAnsi="Times New Roman" w:cs="Times New Roman"/>
                <w:sz w:val="16"/>
                <w:lang w:val="pl-PL"/>
              </w:rPr>
              <w:t>i</w:t>
            </w:r>
            <w:proofErr w:type="spellEnd"/>
            <w:r w:rsidRPr="0080624C">
              <w:rPr>
                <w:rFonts w:ascii="Times New Roman" w:hAnsi="Times New Roman" w:cs="Times New Roman"/>
                <w:sz w:val="16"/>
                <w:lang w:val="pl-PL"/>
              </w:rPr>
              <w:t xml:space="preserve"> IV oraz przepisów przejściowych</w:t>
            </w:r>
          </w:p>
        </w:tc>
        <w:tc>
          <w:tcPr>
            <w:tcW w:w="2268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4F968CFC" w14:textId="77777777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6"/>
                <w:lang w:val="pl-PL"/>
              </w:rPr>
              <w:t>□ prawidłowo  □ korekta</w:t>
            </w:r>
          </w:p>
        </w:tc>
        <w:tc>
          <w:tcPr>
            <w:tcW w:w="2948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5DAB78C9" w14:textId="77777777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6"/>
                <w:lang w:val="pl-PL"/>
              </w:rPr>
              <w:t>…………………………………………</w:t>
            </w:r>
          </w:p>
        </w:tc>
      </w:tr>
      <w:tr w:rsidR="0080624C" w:rsidRPr="0080624C" w14:paraId="6357F267" w14:textId="77777777" w:rsidTr="00A72598">
        <w:trPr>
          <w:cantSplit/>
          <w:jc w:val="center"/>
        </w:trPr>
        <w:tc>
          <w:tcPr>
            <w:tcW w:w="4536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07BEA37C" w14:textId="77777777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6"/>
                <w:lang w:val="pl-PL"/>
              </w:rPr>
              <w:t>Dzienniki, zastępstwa, frekwencja i terminowość wpisów</w:t>
            </w:r>
          </w:p>
        </w:tc>
        <w:tc>
          <w:tcPr>
            <w:tcW w:w="2268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379270EA" w14:textId="77777777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6"/>
                <w:lang w:val="pl-PL"/>
              </w:rPr>
              <w:t>□ prawidłowo  □ korekta</w:t>
            </w:r>
          </w:p>
        </w:tc>
        <w:tc>
          <w:tcPr>
            <w:tcW w:w="2948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08028293" w14:textId="77777777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6"/>
                <w:lang w:val="pl-PL"/>
              </w:rPr>
              <w:t>…………………………………………</w:t>
            </w:r>
          </w:p>
        </w:tc>
      </w:tr>
      <w:tr w:rsidR="0080624C" w:rsidRPr="0080624C" w14:paraId="688DFE36" w14:textId="77777777" w:rsidTr="00A72598">
        <w:trPr>
          <w:cantSplit/>
          <w:jc w:val="center"/>
        </w:trPr>
        <w:tc>
          <w:tcPr>
            <w:tcW w:w="4536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3FFB51AE" w14:textId="77777777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6"/>
                <w:lang w:val="pl-PL"/>
              </w:rPr>
              <w:t>Ocenianie i informacja zwrotna</w:t>
            </w:r>
          </w:p>
        </w:tc>
        <w:tc>
          <w:tcPr>
            <w:tcW w:w="2268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27794825" w14:textId="77777777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6"/>
                <w:lang w:val="pl-PL"/>
              </w:rPr>
              <w:t>□ prawidłowo  □ korekta</w:t>
            </w:r>
          </w:p>
        </w:tc>
        <w:tc>
          <w:tcPr>
            <w:tcW w:w="2948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72D1754D" w14:textId="77777777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6"/>
                <w:lang w:val="pl-PL"/>
              </w:rPr>
              <w:t>…………………………………………</w:t>
            </w:r>
          </w:p>
        </w:tc>
      </w:tr>
      <w:tr w:rsidR="0080624C" w:rsidRPr="0080624C" w14:paraId="62D19F14" w14:textId="77777777" w:rsidTr="00A72598">
        <w:trPr>
          <w:cantSplit/>
          <w:jc w:val="center"/>
        </w:trPr>
        <w:tc>
          <w:tcPr>
            <w:tcW w:w="4536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2A5E458B" w14:textId="77777777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6"/>
                <w:lang w:val="pl-PL"/>
              </w:rPr>
              <w:t>Koordynacja prac domowych i sprawdzianów</w:t>
            </w:r>
          </w:p>
        </w:tc>
        <w:tc>
          <w:tcPr>
            <w:tcW w:w="2268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7D9EBCDC" w14:textId="77777777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6"/>
                <w:lang w:val="pl-PL"/>
              </w:rPr>
              <w:t>□ prawidłowo  □ korekta</w:t>
            </w:r>
          </w:p>
        </w:tc>
        <w:tc>
          <w:tcPr>
            <w:tcW w:w="2948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4DC03C2E" w14:textId="77777777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6"/>
                <w:lang w:val="pl-PL"/>
              </w:rPr>
              <w:t>…………………………………………</w:t>
            </w:r>
          </w:p>
        </w:tc>
      </w:tr>
      <w:tr w:rsidR="0080624C" w:rsidRPr="0080624C" w14:paraId="046BA9EB" w14:textId="77777777" w:rsidTr="00A72598">
        <w:trPr>
          <w:cantSplit/>
          <w:jc w:val="center"/>
        </w:trPr>
        <w:tc>
          <w:tcPr>
            <w:tcW w:w="4536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1ED0B176" w14:textId="77777777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6"/>
                <w:lang w:val="pl-PL"/>
              </w:rPr>
              <w:t>Udział nauczycieli w PPP / IPET / WOPFU</w:t>
            </w:r>
          </w:p>
        </w:tc>
        <w:tc>
          <w:tcPr>
            <w:tcW w:w="2268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4734C49F" w14:textId="77777777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6"/>
                <w:lang w:val="pl-PL"/>
              </w:rPr>
              <w:t>□ pełny  □ do uzupełnienia</w:t>
            </w:r>
          </w:p>
        </w:tc>
        <w:tc>
          <w:tcPr>
            <w:tcW w:w="2948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4E67EFE9" w14:textId="77777777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6"/>
                <w:lang w:val="pl-PL"/>
              </w:rPr>
              <w:t>…………………………………………</w:t>
            </w:r>
          </w:p>
        </w:tc>
      </w:tr>
      <w:tr w:rsidR="0080624C" w:rsidRPr="0080624C" w14:paraId="322CD3B5" w14:textId="77777777" w:rsidTr="00A72598">
        <w:trPr>
          <w:cantSplit/>
          <w:jc w:val="center"/>
        </w:trPr>
        <w:tc>
          <w:tcPr>
            <w:tcW w:w="4536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316261E8" w14:textId="77777777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6"/>
                <w:lang w:val="pl-PL"/>
              </w:rPr>
              <w:t>Edukacja zdrowotna i dokumentacja zajęć nieobowiązkowych</w:t>
            </w:r>
          </w:p>
        </w:tc>
        <w:tc>
          <w:tcPr>
            <w:tcW w:w="2268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2652CA57" w14:textId="77777777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6"/>
                <w:lang w:val="pl-PL"/>
              </w:rPr>
              <w:t>□ prawidłowo  □ korekta</w:t>
            </w:r>
          </w:p>
        </w:tc>
        <w:tc>
          <w:tcPr>
            <w:tcW w:w="2948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512922E7" w14:textId="77777777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6"/>
                <w:lang w:val="pl-PL"/>
              </w:rPr>
              <w:t>…………………………………………</w:t>
            </w:r>
          </w:p>
        </w:tc>
      </w:tr>
      <w:tr w:rsidR="0080624C" w:rsidRPr="0080624C" w14:paraId="14E95B8C" w14:textId="77777777" w:rsidTr="00A72598">
        <w:trPr>
          <w:cantSplit/>
          <w:jc w:val="center"/>
        </w:trPr>
        <w:tc>
          <w:tcPr>
            <w:tcW w:w="4536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7CC28DC8" w14:textId="77777777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6"/>
                <w:lang w:val="pl-PL"/>
              </w:rPr>
              <w:t>Higiena cyfrowa, AI i ZPE</w:t>
            </w:r>
          </w:p>
        </w:tc>
        <w:tc>
          <w:tcPr>
            <w:tcW w:w="2268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4EC6395A" w14:textId="77777777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6"/>
                <w:lang w:val="pl-PL"/>
              </w:rPr>
              <w:t>□ realizowane  □ do wzmocnienia</w:t>
            </w:r>
          </w:p>
        </w:tc>
        <w:tc>
          <w:tcPr>
            <w:tcW w:w="2948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259309BD" w14:textId="77777777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6"/>
                <w:lang w:val="pl-PL"/>
              </w:rPr>
              <w:t>…………………………………………</w:t>
            </w:r>
          </w:p>
        </w:tc>
      </w:tr>
      <w:tr w:rsidR="0080624C" w:rsidRPr="0080624C" w14:paraId="797DF914" w14:textId="77777777" w:rsidTr="00A72598">
        <w:trPr>
          <w:cantSplit/>
          <w:jc w:val="center"/>
        </w:trPr>
        <w:tc>
          <w:tcPr>
            <w:tcW w:w="4536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5769D310" w14:textId="77777777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6"/>
                <w:lang w:val="pl-PL"/>
              </w:rPr>
              <w:t>Bezpieczeństwo, przemoc, standardy ochrony małoletnich</w:t>
            </w:r>
          </w:p>
        </w:tc>
        <w:tc>
          <w:tcPr>
            <w:tcW w:w="2268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11D2F86A" w14:textId="77777777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6"/>
                <w:lang w:val="pl-PL"/>
              </w:rPr>
              <w:t>□ bez uwag  □ działanie</w:t>
            </w:r>
          </w:p>
        </w:tc>
        <w:tc>
          <w:tcPr>
            <w:tcW w:w="2948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6590A7B0" w14:textId="77777777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6"/>
                <w:lang w:val="pl-PL"/>
              </w:rPr>
              <w:t>…………………………………………</w:t>
            </w:r>
          </w:p>
        </w:tc>
      </w:tr>
      <w:tr w:rsidR="0080624C" w:rsidRPr="0080624C" w14:paraId="0E156D00" w14:textId="77777777" w:rsidTr="00A72598">
        <w:trPr>
          <w:cantSplit/>
          <w:jc w:val="center"/>
        </w:trPr>
        <w:tc>
          <w:tcPr>
            <w:tcW w:w="4536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70C974EA" w14:textId="77777777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6"/>
                <w:lang w:val="pl-PL"/>
              </w:rPr>
              <w:t>Wnioski z obserwacji przełożone na praktykę</w:t>
            </w:r>
          </w:p>
        </w:tc>
        <w:tc>
          <w:tcPr>
            <w:tcW w:w="2268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7B973090" w14:textId="77777777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6"/>
                <w:lang w:val="pl-PL"/>
              </w:rPr>
              <w:t>□ tak  □ częściowo  □ nie</w:t>
            </w:r>
          </w:p>
        </w:tc>
        <w:tc>
          <w:tcPr>
            <w:tcW w:w="2948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722EF261" w14:textId="77777777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6"/>
                <w:lang w:val="pl-PL"/>
              </w:rPr>
              <w:t>…………………………………………</w:t>
            </w:r>
          </w:p>
        </w:tc>
      </w:tr>
      <w:tr w:rsidR="00A72598" w:rsidRPr="0080624C" w14:paraId="492DFB6C" w14:textId="77777777" w:rsidTr="00A72598">
        <w:trPr>
          <w:cantSplit/>
          <w:jc w:val="center"/>
        </w:trPr>
        <w:tc>
          <w:tcPr>
            <w:tcW w:w="4536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670352EB" w14:textId="77777777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6"/>
                <w:lang w:val="pl-PL"/>
              </w:rPr>
              <w:t>Realizacja zadań z planu pracy</w:t>
            </w:r>
          </w:p>
        </w:tc>
        <w:tc>
          <w:tcPr>
            <w:tcW w:w="2268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0590EAE0" w14:textId="77777777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6"/>
                <w:lang w:val="pl-PL"/>
              </w:rPr>
              <w:t>□ zgodnie  □ opóźnienie</w:t>
            </w:r>
          </w:p>
        </w:tc>
        <w:tc>
          <w:tcPr>
            <w:tcW w:w="2948" w:type="dxa"/>
            <w:shd w:val="clear" w:color="auto" w:fill="auto"/>
            <w:tcMar>
              <w:top w:w="60" w:type="dxa"/>
              <w:left w:w="65" w:type="dxa"/>
              <w:bottom w:w="60" w:type="dxa"/>
              <w:right w:w="65" w:type="dxa"/>
            </w:tcMar>
          </w:tcPr>
          <w:p w14:paraId="238F3D43" w14:textId="77777777" w:rsidR="00170580" w:rsidRPr="0080624C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sz w:val="16"/>
                <w:lang w:val="pl-PL"/>
              </w:rPr>
              <w:t>…………………………………………</w:t>
            </w:r>
          </w:p>
        </w:tc>
      </w:tr>
    </w:tbl>
    <w:p w14:paraId="04132E09" w14:textId="77777777" w:rsidR="00170580" w:rsidRPr="0080624C" w:rsidRDefault="00170580">
      <w:pPr>
        <w:spacing w:after="0"/>
        <w:rPr>
          <w:rFonts w:ascii="Times New Roman" w:hAnsi="Times New Roman" w:cs="Times New Roman"/>
          <w:lang w:val="pl-PL"/>
        </w:rPr>
      </w:pPr>
    </w:p>
    <w:p w14:paraId="6ED9D3E7" w14:textId="77777777" w:rsidR="00170580" w:rsidRPr="0080624C" w:rsidRDefault="00000000">
      <w:pPr>
        <w:pStyle w:val="Nagwek1"/>
        <w:rPr>
          <w:rFonts w:ascii="Times New Roman" w:hAnsi="Times New Roman" w:cs="Times New Roman"/>
          <w:color w:val="auto"/>
          <w:lang w:val="pl-PL"/>
        </w:rPr>
      </w:pPr>
      <w:r w:rsidRPr="0080624C">
        <w:rPr>
          <w:rFonts w:ascii="Times New Roman" w:hAnsi="Times New Roman" w:cs="Times New Roman"/>
          <w:color w:val="auto"/>
          <w:lang w:val="pl-PL"/>
        </w:rPr>
        <w:lastRenderedPageBreak/>
        <w:t>Postanowienia końcowe</w:t>
      </w:r>
    </w:p>
    <w:p w14:paraId="35A32D72" w14:textId="77777777" w:rsidR="00170580" w:rsidRPr="0080624C" w:rsidRDefault="00000000">
      <w:pPr>
        <w:pStyle w:val="Listapunktowana"/>
        <w:rPr>
          <w:rFonts w:ascii="Times New Roman" w:hAnsi="Times New Roman" w:cs="Times New Roman"/>
          <w:lang w:val="pl-PL"/>
        </w:rPr>
      </w:pPr>
      <w:r w:rsidRPr="0080624C">
        <w:rPr>
          <w:rFonts w:ascii="Times New Roman" w:hAnsi="Times New Roman" w:cs="Times New Roman"/>
          <w:lang w:val="pl-PL"/>
        </w:rPr>
        <w:t>Plan ma charakter otwarty i może być modyfikowany w związku ze zmianą prawa, komunikatami CKE, zaleceniami organów, wynikami nadzoru, diagnozą potrzeb uczniów lub zmianami organizacyjnymi.</w:t>
      </w:r>
    </w:p>
    <w:p w14:paraId="501330E0" w14:textId="77777777" w:rsidR="00170580" w:rsidRPr="0080624C" w:rsidRDefault="00000000">
      <w:pPr>
        <w:pStyle w:val="Listapunktowana"/>
        <w:rPr>
          <w:rFonts w:ascii="Times New Roman" w:hAnsi="Times New Roman" w:cs="Times New Roman"/>
          <w:lang w:val="pl-PL"/>
        </w:rPr>
      </w:pPr>
      <w:r w:rsidRPr="0080624C">
        <w:rPr>
          <w:rFonts w:ascii="Times New Roman" w:hAnsi="Times New Roman" w:cs="Times New Roman"/>
          <w:lang w:val="pl-PL"/>
        </w:rPr>
        <w:t>Każde większe działanie powinno kończyć się krótką oceną efektu: co wykonano, jaki nastąpił rezultat, jakie dane go potwierdzają i co należy zmienić.</w:t>
      </w:r>
    </w:p>
    <w:p w14:paraId="0B46DFA3" w14:textId="77777777" w:rsidR="00170580" w:rsidRPr="0080624C" w:rsidRDefault="00000000">
      <w:pPr>
        <w:pStyle w:val="Listapunktowana"/>
        <w:rPr>
          <w:rFonts w:ascii="Times New Roman" w:hAnsi="Times New Roman" w:cs="Times New Roman"/>
          <w:lang w:val="pl-PL"/>
        </w:rPr>
      </w:pPr>
      <w:r w:rsidRPr="0080624C">
        <w:rPr>
          <w:rFonts w:ascii="Times New Roman" w:hAnsi="Times New Roman" w:cs="Times New Roman"/>
          <w:lang w:val="pl-PL"/>
        </w:rPr>
        <w:t>Dyrektor monitoruje realizację planu w ramach zarządzania i nadzoru pedagogicznego, a zespoły nauczycielskie dokonują półrocznego i rocznego podsumowania zadań.</w:t>
      </w:r>
    </w:p>
    <w:p w14:paraId="0B91AD9C" w14:textId="77777777" w:rsidR="00170580" w:rsidRPr="0080624C" w:rsidRDefault="00170580">
      <w:pPr>
        <w:spacing w:before="400"/>
        <w:rPr>
          <w:rFonts w:ascii="Times New Roman" w:hAnsi="Times New Roman" w:cs="Times New Roman"/>
          <w:lang w:val="pl-PL"/>
        </w:rPr>
      </w:pPr>
    </w:p>
    <w:tbl>
      <w:tblPr>
        <w:tblW w:w="0" w:type="auto"/>
        <w:jc w:val="center"/>
        <w:tblBorders>
          <w:top w:val="single" w:sz="0" w:space="0" w:color="FFFFFF"/>
          <w:left w:val="single" w:sz="0" w:space="0" w:color="FFFFFF"/>
          <w:bottom w:val="single" w:sz="0" w:space="0" w:color="FFFFFF"/>
          <w:right w:val="single" w:sz="0" w:space="0" w:color="FFFFFF"/>
          <w:insideH w:val="single" w:sz="0" w:space="0" w:color="FFFFFF"/>
          <w:insideV w:val="single" w:sz="0" w:space="0" w:color="FFFFFF"/>
        </w:tblBorders>
        <w:tblLayout w:type="fixed"/>
        <w:tblLook w:val="04A0" w:firstRow="1" w:lastRow="0" w:firstColumn="1" w:lastColumn="0" w:noHBand="0" w:noVBand="1"/>
      </w:tblPr>
      <w:tblGrid>
        <w:gridCol w:w="4649"/>
        <w:gridCol w:w="4649"/>
      </w:tblGrid>
      <w:tr w:rsidR="0080624C" w:rsidRPr="0080624C" w14:paraId="7CE4B68D" w14:textId="77777777">
        <w:trPr>
          <w:tblHeader/>
          <w:jc w:val="center"/>
        </w:trPr>
        <w:tc>
          <w:tcPr>
            <w:tcW w:w="4649" w:type="dxa"/>
          </w:tcPr>
          <w:p w14:paraId="6EBDF7A3" w14:textId="77777777" w:rsidR="00170580" w:rsidRPr="0080624C" w:rsidRDefault="00000000">
            <w:pPr>
              <w:jc w:val="center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b/>
                <w:lang w:val="pl-PL"/>
              </w:rPr>
              <w:t>Data przedstawienia Radzie Pedagogicznej:</w:t>
            </w:r>
          </w:p>
        </w:tc>
        <w:tc>
          <w:tcPr>
            <w:tcW w:w="4649" w:type="dxa"/>
          </w:tcPr>
          <w:p w14:paraId="08D20A60" w14:textId="77777777" w:rsidR="00170580" w:rsidRPr="0080624C" w:rsidRDefault="00000000">
            <w:pPr>
              <w:jc w:val="center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b/>
                <w:lang w:val="pl-PL"/>
              </w:rPr>
              <w:t>Podpis dyrektora:</w:t>
            </w:r>
          </w:p>
        </w:tc>
      </w:tr>
      <w:tr w:rsidR="0080624C" w:rsidRPr="0080624C" w14:paraId="51B7604F" w14:textId="77777777">
        <w:trPr>
          <w:jc w:val="center"/>
        </w:trPr>
        <w:tc>
          <w:tcPr>
            <w:tcW w:w="4649" w:type="dxa"/>
          </w:tcPr>
          <w:p w14:paraId="6D3C2978" w14:textId="77777777" w:rsidR="00170580" w:rsidRPr="0080624C" w:rsidRDefault="00000000">
            <w:pPr>
              <w:jc w:val="center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lang w:val="pl-PL"/>
              </w:rPr>
              <w:t>………………………………………</w:t>
            </w:r>
          </w:p>
        </w:tc>
        <w:tc>
          <w:tcPr>
            <w:tcW w:w="4649" w:type="dxa"/>
          </w:tcPr>
          <w:p w14:paraId="380FD050" w14:textId="77777777" w:rsidR="00170580" w:rsidRPr="0080624C" w:rsidRDefault="00000000">
            <w:pPr>
              <w:jc w:val="center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lang w:val="pl-PL"/>
              </w:rPr>
              <w:t>………………………………………</w:t>
            </w:r>
          </w:p>
        </w:tc>
      </w:tr>
      <w:tr w:rsidR="00170580" w:rsidRPr="0080624C" w14:paraId="39502446" w14:textId="77777777">
        <w:trPr>
          <w:jc w:val="center"/>
        </w:trPr>
        <w:tc>
          <w:tcPr>
            <w:tcW w:w="4649" w:type="dxa"/>
          </w:tcPr>
          <w:p w14:paraId="02F688F9" w14:textId="77777777" w:rsidR="00170580" w:rsidRPr="0080624C" w:rsidRDefault="00000000">
            <w:pPr>
              <w:jc w:val="center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lang w:val="pl-PL"/>
              </w:rPr>
              <w:t>Nr uchwały: ………………………</w:t>
            </w:r>
          </w:p>
        </w:tc>
        <w:tc>
          <w:tcPr>
            <w:tcW w:w="4649" w:type="dxa"/>
          </w:tcPr>
          <w:p w14:paraId="46F17CDE" w14:textId="77777777" w:rsidR="00170580" w:rsidRPr="0080624C" w:rsidRDefault="00000000">
            <w:pPr>
              <w:jc w:val="center"/>
              <w:rPr>
                <w:rFonts w:ascii="Times New Roman" w:hAnsi="Times New Roman" w:cs="Times New Roman"/>
                <w:lang w:val="pl-PL"/>
              </w:rPr>
            </w:pPr>
            <w:r w:rsidRPr="0080624C">
              <w:rPr>
                <w:rFonts w:ascii="Times New Roman" w:hAnsi="Times New Roman" w:cs="Times New Roman"/>
                <w:lang w:val="pl-PL"/>
              </w:rPr>
              <w:t>Przewodniczący Rady Pedagogicznej: ………………………</w:t>
            </w:r>
          </w:p>
        </w:tc>
      </w:tr>
    </w:tbl>
    <w:p w14:paraId="528C50D1" w14:textId="77777777" w:rsidR="00FD027F" w:rsidRPr="0080624C" w:rsidRDefault="00FD027F">
      <w:pPr>
        <w:rPr>
          <w:rFonts w:ascii="Times New Roman" w:hAnsi="Times New Roman" w:cs="Times New Roman"/>
          <w:lang w:val="pl-PL"/>
        </w:rPr>
      </w:pPr>
    </w:p>
    <w:sectPr w:rsidR="00FD027F" w:rsidRPr="0080624C" w:rsidSect="00034616">
      <w:headerReference w:type="default" r:id="rId8"/>
      <w:footerReference w:type="default" r:id="rId9"/>
      <w:pgSz w:w="12240" w:h="15840"/>
      <w:pgMar w:top="822" w:right="765" w:bottom="765" w:left="765" w:header="369" w:footer="36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27AB02" w14:textId="77777777" w:rsidR="004F2DA5" w:rsidRDefault="004F2DA5">
      <w:pPr>
        <w:spacing w:after="0" w:line="240" w:lineRule="auto"/>
      </w:pPr>
      <w:r>
        <w:separator/>
      </w:r>
    </w:p>
  </w:endnote>
  <w:endnote w:type="continuationSeparator" w:id="0">
    <w:p w14:paraId="0C0BA7B2" w14:textId="77777777" w:rsidR="004F2DA5" w:rsidRDefault="004F2D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589CA4" w14:textId="02E2A44A" w:rsidR="00170580" w:rsidRDefault="00170580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4BD845" w14:textId="77777777" w:rsidR="004F2DA5" w:rsidRDefault="004F2DA5">
      <w:pPr>
        <w:spacing w:after="0" w:line="240" w:lineRule="auto"/>
      </w:pPr>
      <w:r>
        <w:separator/>
      </w:r>
    </w:p>
  </w:footnote>
  <w:footnote w:type="continuationSeparator" w:id="0">
    <w:p w14:paraId="60AF07B5" w14:textId="77777777" w:rsidR="004F2DA5" w:rsidRDefault="004F2D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4D573D" w14:textId="5BBFCE15" w:rsidR="00170580" w:rsidRDefault="00170580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108156499">
    <w:abstractNumId w:val="8"/>
  </w:num>
  <w:num w:numId="2" w16cid:durableId="1773164065">
    <w:abstractNumId w:val="6"/>
  </w:num>
  <w:num w:numId="3" w16cid:durableId="1057709365">
    <w:abstractNumId w:val="5"/>
  </w:num>
  <w:num w:numId="4" w16cid:durableId="614215397">
    <w:abstractNumId w:val="4"/>
  </w:num>
  <w:num w:numId="5" w16cid:durableId="551044997">
    <w:abstractNumId w:val="7"/>
  </w:num>
  <w:num w:numId="6" w16cid:durableId="1793133158">
    <w:abstractNumId w:val="3"/>
  </w:num>
  <w:num w:numId="7" w16cid:durableId="1258175580">
    <w:abstractNumId w:val="2"/>
  </w:num>
  <w:num w:numId="8" w16cid:durableId="2011593371">
    <w:abstractNumId w:val="1"/>
  </w:num>
  <w:num w:numId="9" w16cid:durableId="13842514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23FB0"/>
    <w:rsid w:val="00034616"/>
    <w:rsid w:val="000406BE"/>
    <w:rsid w:val="0006063C"/>
    <w:rsid w:val="000F2974"/>
    <w:rsid w:val="0015074B"/>
    <w:rsid w:val="00170580"/>
    <w:rsid w:val="00233862"/>
    <w:rsid w:val="0028430C"/>
    <w:rsid w:val="0029639D"/>
    <w:rsid w:val="002C4EEE"/>
    <w:rsid w:val="00326F90"/>
    <w:rsid w:val="003B19BA"/>
    <w:rsid w:val="004A08D2"/>
    <w:rsid w:val="004A469F"/>
    <w:rsid w:val="004F2DA5"/>
    <w:rsid w:val="00566CCE"/>
    <w:rsid w:val="006A3CD2"/>
    <w:rsid w:val="0080624C"/>
    <w:rsid w:val="00835DD5"/>
    <w:rsid w:val="00856EC9"/>
    <w:rsid w:val="00A72598"/>
    <w:rsid w:val="00AA1D8D"/>
    <w:rsid w:val="00B47730"/>
    <w:rsid w:val="00CB0664"/>
    <w:rsid w:val="00E3574A"/>
    <w:rsid w:val="00EC6F84"/>
    <w:rsid w:val="00FC693F"/>
    <w:rsid w:val="00FD02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6508A9A"/>
  <w14:defaultImageDpi w14:val="300"/>
  <w15:docId w15:val="{BD9F6BAA-AE64-44BD-8EE2-8D02E1C637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93F"/>
    <w:pPr>
      <w:spacing w:after="80" w:line="259" w:lineRule="auto"/>
    </w:pPr>
    <w:rPr>
      <w:rFonts w:ascii="Arial" w:eastAsia="Arial" w:hAnsi="Arial"/>
      <w:sz w:val="18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160" w:after="140"/>
      <w:outlineLvl w:val="0"/>
    </w:pPr>
    <w:rPr>
      <w:rFonts w:asciiTheme="majorHAnsi" w:eastAsiaTheme="majorEastAsia" w:hAnsiTheme="majorHAnsi" w:cstheme="majorBidi"/>
      <w:b/>
      <w:bCs/>
      <w:color w:val="17365D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160" w:after="100"/>
      <w:outlineLvl w:val="1"/>
    </w:pPr>
    <w:rPr>
      <w:rFonts w:asciiTheme="majorHAnsi" w:eastAsiaTheme="majorEastAsia" w:hAnsiTheme="majorHAnsi" w:cstheme="majorBidi"/>
      <w:b/>
      <w:bCs/>
      <w:color w:val="1F4E78"/>
      <w:sz w:val="23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160"/>
      <w:outlineLvl w:val="2"/>
    </w:pPr>
    <w:rPr>
      <w:rFonts w:asciiTheme="majorHAnsi" w:eastAsiaTheme="majorEastAsia" w:hAnsiTheme="majorHAnsi" w:cstheme="majorBidi"/>
      <w:b/>
      <w:bCs/>
      <w:color w:val="385D73"/>
      <w:sz w:val="20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200" w:line="240" w:lineRule="auto"/>
      <w:contextualSpacing/>
      <w:jc w:val="center"/>
    </w:pPr>
    <w:rPr>
      <w:rFonts w:asciiTheme="majorHAnsi" w:eastAsiaTheme="majorEastAsia" w:hAnsiTheme="majorHAnsi" w:cstheme="majorBidi"/>
      <w:b/>
      <w:color w:val="17365D"/>
      <w:spacing w:val="5"/>
      <w:kern w:val="28"/>
      <w:sz w:val="46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b/>
      <w:i/>
      <w:iCs/>
      <w:color w:val="385D73"/>
      <w:spacing w:val="15"/>
      <w:sz w:val="26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spacing w:after="40"/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spacing w:after="40"/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spacing w:after="40"/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ipercze">
    <w:name w:val="Hyperlink"/>
    <w:basedOn w:val="Domylnaczcionkaakapitu"/>
    <w:uiPriority w:val="99"/>
    <w:unhideWhenUsed/>
    <w:rsid w:val="003B19BA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B19B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13</Pages>
  <Words>5768</Words>
  <Characters>34611</Characters>
  <Application>Microsoft Office Word</Application>
  <DocSecurity>0</DocSecurity>
  <Lines>288</Lines>
  <Paragraphs>80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Plan pracy szkoły podstawowej na rok szkolny 2026/2027</vt:lpstr>
      <vt:lpstr/>
    </vt:vector>
  </TitlesOfParts>
  <Manager/>
  <Company/>
  <LinksUpToDate>false</LinksUpToDate>
  <CharactersWithSpaces>40299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Roman Lorens</dc:creator>
  <cp:lastModifiedBy>Roman Lorens</cp:lastModifiedBy>
  <cp:revision>5</cp:revision>
  <dcterms:created xsi:type="dcterms:W3CDTF">2026-07-27T11:01:00Z</dcterms:created>
  <dcterms:modified xsi:type="dcterms:W3CDTF">2026-07-27T13:50:00Z</dcterms:modified>
  <cp:category/>
</cp:coreProperties>
</file>