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8CBE" w14:textId="3F30EFD0" w:rsidR="00A056AE" w:rsidRPr="007E49ED" w:rsidRDefault="00A056AE">
      <w:pPr>
        <w:jc w:val="center"/>
        <w:rPr>
          <w:b/>
          <w:color w:val="000000" w:themeColor="text1"/>
          <w:sz w:val="22"/>
          <w:lang w:val="pl-PL"/>
        </w:rPr>
      </w:pPr>
      <w:r w:rsidRPr="007E49ED">
        <w:rPr>
          <w:b/>
          <w:color w:val="000000" w:themeColor="text1"/>
          <w:sz w:val="22"/>
          <w:lang w:val="pl-PL"/>
        </w:rPr>
        <w:t>Protokół uzgodnienia programu wychowawczo-profilaktycznego</w:t>
      </w:r>
    </w:p>
    <w:p w14:paraId="3B067D8D" w14:textId="77777777" w:rsidR="00A056AE" w:rsidRPr="007E49ED" w:rsidRDefault="00A056AE">
      <w:pPr>
        <w:jc w:val="center"/>
        <w:rPr>
          <w:b/>
          <w:color w:val="000000" w:themeColor="text1"/>
          <w:sz w:val="22"/>
          <w:lang w:val="pl-PL"/>
        </w:rPr>
      </w:pPr>
    </w:p>
    <w:p w14:paraId="1C6987B6" w14:textId="638D33BB" w:rsidR="00C81CF1" w:rsidRPr="007E49ED" w:rsidRDefault="00000000">
      <w:pPr>
        <w:jc w:val="center"/>
        <w:rPr>
          <w:color w:val="000000" w:themeColor="text1"/>
          <w:lang w:val="pl-PL"/>
        </w:rPr>
      </w:pPr>
      <w:r w:rsidRPr="007E49ED">
        <w:rPr>
          <w:b/>
          <w:color w:val="000000" w:themeColor="text1"/>
          <w:sz w:val="22"/>
          <w:lang w:val="pl-PL"/>
        </w:rPr>
        <w:t>rok szkolny 2026/2027</w:t>
      </w:r>
    </w:p>
    <w:p w14:paraId="1788189A" w14:textId="77777777" w:rsidR="00C81CF1" w:rsidRPr="007E49ED" w:rsidRDefault="00000000">
      <w:pPr>
        <w:jc w:val="center"/>
        <w:rPr>
          <w:color w:val="000000" w:themeColor="text1"/>
          <w:lang w:val="pl-PL"/>
        </w:rPr>
      </w:pPr>
      <w:r w:rsidRPr="007E49ED">
        <w:rPr>
          <w:i/>
          <w:color w:val="000000" w:themeColor="text1"/>
          <w:sz w:val="17"/>
          <w:lang w:val="pl-PL"/>
        </w:rPr>
        <w:t>Stan prawny na 28 lipca 2026 r.</w:t>
      </w:r>
    </w:p>
    <w:p w14:paraId="5B248A5C" w14:textId="77777777" w:rsidR="00C81CF1" w:rsidRPr="007E49ED" w:rsidRDefault="00000000">
      <w:pPr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Nazwa jednostki: ...........................................................................................................................</w:t>
      </w:r>
    </w:p>
    <w:p w14:paraId="23DCD107" w14:textId="77777777" w:rsidR="00C81CF1" w:rsidRPr="007E49ED" w:rsidRDefault="00000000">
      <w:pPr>
        <w:pStyle w:val="Nagwek1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Podstawa prawna</w:t>
      </w:r>
    </w:p>
    <w:p w14:paraId="694BB8B5" w14:textId="77777777" w:rsidR="00C81CF1" w:rsidRPr="007E49ED" w:rsidRDefault="00000000">
      <w:pPr>
        <w:pStyle w:val="Listapunkt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 xml:space="preserve">ustawa z dnia 14 grudnia 2016 r. – Prawo oświatowe (tekst jedn.: Dz.U. z 2026 r. poz. 820, z </w:t>
      </w:r>
      <w:proofErr w:type="spellStart"/>
      <w:r w:rsidRPr="007E49ED">
        <w:rPr>
          <w:color w:val="000000" w:themeColor="text1"/>
          <w:lang w:val="pl-PL"/>
        </w:rPr>
        <w:t>późn</w:t>
      </w:r>
      <w:proofErr w:type="spellEnd"/>
      <w:r w:rsidRPr="007E49ED">
        <w:rPr>
          <w:color w:val="000000" w:themeColor="text1"/>
          <w:lang w:val="pl-PL"/>
        </w:rPr>
        <w:t>. zm.) – art. 26 ust. 1–3 oraz art. 84 ust. 2 pkt 1 i ust. 3.</w:t>
      </w:r>
    </w:p>
    <w:p w14:paraId="18F9D651" w14:textId="77777777" w:rsidR="00C81CF1" w:rsidRPr="007E49ED" w:rsidRDefault="00000000">
      <w:pPr>
        <w:pStyle w:val="Listapunkt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Statut szkoły oraz regulaminy Rady Rodziców i Rady Pedagogicznej.</w:t>
      </w:r>
    </w:p>
    <w:p w14:paraId="439F9DBE" w14:textId="77777777" w:rsidR="00C81CF1" w:rsidRPr="007E49ED" w:rsidRDefault="00000000">
      <w:pPr>
        <w:pStyle w:val="LegalNote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Program wychowawczo-profilaktyczny uchwala Rada Rodziców w porozumieniu z Radą Pedagogiczną. Niniejszy protokół dokumentuje osiągnięcie porozumienia; uchwałę przyjmującą program podejmuje Rada Rodziców.</w:t>
      </w:r>
    </w:p>
    <w:p w14:paraId="5D736454" w14:textId="77777777" w:rsidR="00C81CF1" w:rsidRPr="007E49ED" w:rsidRDefault="00000000">
      <w:pPr>
        <w:pStyle w:val="Nagwek1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Dane zebrania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81"/>
        <w:gridCol w:w="6917"/>
      </w:tblGrid>
      <w:tr w:rsidR="007E49ED" w:rsidRPr="007E49ED" w14:paraId="510915D4" w14:textId="77777777" w:rsidTr="007E49ED">
        <w:trPr>
          <w:cantSplit/>
          <w:tblHeader/>
          <w:jc w:val="center"/>
        </w:trPr>
        <w:tc>
          <w:tcPr>
            <w:tcW w:w="238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DCD058" w14:textId="77777777" w:rsidR="00C81CF1" w:rsidRPr="007E49ED" w:rsidRDefault="00000000">
            <w:pPr>
              <w:jc w:val="center"/>
              <w:rPr>
                <w:color w:val="000000" w:themeColor="text1"/>
                <w:lang w:val="pl-PL"/>
              </w:rPr>
            </w:pPr>
            <w:r w:rsidRPr="007E49ED">
              <w:rPr>
                <w:b/>
                <w:color w:val="000000" w:themeColor="text1"/>
                <w:sz w:val="18"/>
                <w:lang w:val="pl-PL"/>
              </w:rPr>
              <w:t>Element</w:t>
            </w:r>
          </w:p>
        </w:tc>
        <w:tc>
          <w:tcPr>
            <w:tcW w:w="6917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319409" w14:textId="77777777" w:rsidR="00C81CF1" w:rsidRPr="007E49ED" w:rsidRDefault="00000000">
            <w:pPr>
              <w:jc w:val="center"/>
              <w:rPr>
                <w:color w:val="000000" w:themeColor="text1"/>
                <w:lang w:val="pl-PL"/>
              </w:rPr>
            </w:pPr>
            <w:r w:rsidRPr="007E49ED">
              <w:rPr>
                <w:b/>
                <w:color w:val="000000" w:themeColor="text1"/>
                <w:sz w:val="18"/>
                <w:lang w:val="pl-PL"/>
              </w:rPr>
              <w:t>Treść</w:t>
            </w:r>
          </w:p>
        </w:tc>
      </w:tr>
      <w:tr w:rsidR="007E49ED" w:rsidRPr="007E49ED" w14:paraId="30B46248" w14:textId="77777777" w:rsidTr="007E49ED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9749D1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Data i miejsce</w:t>
            </w:r>
          </w:p>
        </w:tc>
        <w:tc>
          <w:tcPr>
            <w:tcW w:w="6917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F7D508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...........................................................................................................................</w:t>
            </w:r>
          </w:p>
        </w:tc>
      </w:tr>
      <w:tr w:rsidR="007E49ED" w:rsidRPr="007E49ED" w14:paraId="2F41A94F" w14:textId="77777777" w:rsidTr="007E49ED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2B3DD9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Przedmiot uzgodnienia</w:t>
            </w:r>
          </w:p>
        </w:tc>
        <w:tc>
          <w:tcPr>
            <w:tcW w:w="6917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F07190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Program wychowawczo-profilaktyczny szkoły na rok szkolny 2026/2027</w:t>
            </w:r>
          </w:p>
        </w:tc>
      </w:tr>
      <w:tr w:rsidR="007E49ED" w:rsidRPr="007E49ED" w14:paraId="1DB78229" w14:textId="77777777" w:rsidTr="007E49ED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090941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Dokumenty wykorzystane</w:t>
            </w:r>
          </w:p>
        </w:tc>
        <w:tc>
          <w:tcPr>
            <w:tcW w:w="6917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B4B604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Coroczna diagnoza potrzeb rozwojowych uczniów, czynników chroniących i czynników ryzyka; wyniki nadzoru pedagogicznego; kierunki polityki oświatowej państwa; wnioski zespołów i organów szkoły.</w:t>
            </w:r>
          </w:p>
        </w:tc>
      </w:tr>
      <w:tr w:rsidR="007E49ED" w:rsidRPr="007E49ED" w14:paraId="7EDF611A" w14:textId="77777777" w:rsidTr="007E49ED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09160B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Wersja programu</w:t>
            </w:r>
          </w:p>
        </w:tc>
        <w:tc>
          <w:tcPr>
            <w:tcW w:w="6917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9F71DA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sz w:val="18"/>
                <w:lang w:val="pl-PL"/>
              </w:rPr>
              <w:t>Projekt z dnia ...................................., po poprawkach uzgodnionych w dniu ....................................</w:t>
            </w:r>
          </w:p>
        </w:tc>
      </w:tr>
    </w:tbl>
    <w:p w14:paraId="5A9D2964" w14:textId="77777777" w:rsidR="00C81CF1" w:rsidRPr="007E49ED" w:rsidRDefault="00C81CF1">
      <w:pPr>
        <w:spacing w:after="0"/>
        <w:rPr>
          <w:color w:val="000000" w:themeColor="text1"/>
          <w:lang w:val="pl-PL"/>
        </w:rPr>
      </w:pPr>
    </w:p>
    <w:p w14:paraId="5A49C069" w14:textId="77777777" w:rsidR="00C81CF1" w:rsidRPr="007E49ED" w:rsidRDefault="00000000">
      <w:pPr>
        <w:pStyle w:val="Nagwek1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Ustalenia</w:t>
      </w:r>
    </w:p>
    <w:p w14:paraId="5A67693D" w14:textId="77777777" w:rsidR="00C81CF1" w:rsidRPr="007E49ED" w:rsidRDefault="00000000">
      <w:pPr>
        <w:pStyle w:val="Listanumer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Przedstawiciele Rady Pedagogicznej i Rady Rodziców zapoznali się z diagnozą stanowiącą podstawę programu oraz z projektem programu.</w:t>
      </w:r>
    </w:p>
    <w:p w14:paraId="4C3D34FB" w14:textId="77777777" w:rsidR="00C81CF1" w:rsidRPr="007E49ED" w:rsidRDefault="00000000">
      <w:pPr>
        <w:pStyle w:val="Listanumer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Po omówieniu treści i zgłoszonych uwag strony uzgodniły ostateczne brzmienie programu, stanowiącego załącznik nr 1 do niniejszego protokołu.</w:t>
      </w:r>
    </w:p>
    <w:p w14:paraId="632669A2" w14:textId="77777777" w:rsidR="00C81CF1" w:rsidRPr="007E49ED" w:rsidRDefault="00000000">
      <w:pPr>
        <w:pStyle w:val="Listanumer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Rada Pedagogiczna wyraziła zgodę na uzgodnioną treść programu w uchwale/stanowisku nr ........ z dnia ........ .</w:t>
      </w:r>
    </w:p>
    <w:p w14:paraId="53AF4DA2" w14:textId="77777777" w:rsidR="00C81CF1" w:rsidRPr="007E49ED" w:rsidRDefault="00000000">
      <w:pPr>
        <w:pStyle w:val="Listanumer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Rada Rodziców uchwali program uchwałą nr ........ z dnia ........, ze skutkiem od dnia określonego w tej uchwale.</w:t>
      </w:r>
    </w:p>
    <w:p w14:paraId="07421B45" w14:textId="77777777" w:rsidR="00C81CF1" w:rsidRPr="007E49ED" w:rsidRDefault="00000000">
      <w:pPr>
        <w:pStyle w:val="Listanumer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Dyrektor zapewni publikację programu i warunki jego realizacji, monitorowania oraz corocznej diagnozy, z zachowaniem zasad ochrony danych osobowych.</w:t>
      </w:r>
    </w:p>
    <w:p w14:paraId="0E1CCA43" w14:textId="77777777" w:rsidR="00C81CF1" w:rsidRPr="007E49ED" w:rsidRDefault="00000000">
      <w:pPr>
        <w:pStyle w:val="Listanumerowana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Zmiany programu w trakcie roku szkolnego wymagają ponownego uzgodnienia obu organów i uchwały Rady Rodziców.</w:t>
      </w:r>
    </w:p>
    <w:p w14:paraId="0188158E" w14:textId="77777777" w:rsidR="00C81CF1" w:rsidRPr="007E49ED" w:rsidRDefault="00000000">
      <w:pPr>
        <w:pStyle w:val="Nagwek1"/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Uwagi i poprawki uzgodnione podczas spotkania</w:t>
      </w:r>
    </w:p>
    <w:p w14:paraId="5CAF9850" w14:textId="77777777" w:rsidR="00C81CF1" w:rsidRPr="007E49ED" w:rsidRDefault="00000000">
      <w:pPr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.................................................................................................................................................................</w:t>
      </w:r>
    </w:p>
    <w:p w14:paraId="577329F3" w14:textId="77777777" w:rsidR="00C81CF1" w:rsidRPr="007E49ED" w:rsidRDefault="00000000">
      <w:pPr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.................................................................................................................................................................</w:t>
      </w:r>
    </w:p>
    <w:p w14:paraId="781D425D" w14:textId="77777777" w:rsidR="00C81CF1" w:rsidRPr="007E49ED" w:rsidRDefault="00000000">
      <w:pPr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.................................................................................................................................................................</w:t>
      </w:r>
    </w:p>
    <w:p w14:paraId="1587E9FE" w14:textId="77777777" w:rsidR="00C81CF1" w:rsidRPr="007E49ED" w:rsidRDefault="00000000">
      <w:pPr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.................................................................................................................................................................</w:t>
      </w:r>
    </w:p>
    <w:p w14:paraId="1A2860A9" w14:textId="77777777" w:rsidR="00C81CF1" w:rsidRPr="007E49ED" w:rsidRDefault="00000000">
      <w:pPr>
        <w:rPr>
          <w:color w:val="000000" w:themeColor="text1"/>
          <w:lang w:val="pl-PL"/>
        </w:rPr>
      </w:pPr>
      <w:r w:rsidRPr="007E49ED">
        <w:rPr>
          <w:color w:val="000000" w:themeColor="text1"/>
          <w:lang w:val="pl-PL"/>
        </w:rPr>
        <w:t>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7E49ED" w:rsidRPr="007E49ED" w14:paraId="5CDB7173" w14:textId="77777777" w:rsidTr="007E49ED">
        <w:trPr>
          <w:jc w:val="center"/>
        </w:trPr>
        <w:tc>
          <w:tcPr>
            <w:tcW w:w="4649" w:type="dxa"/>
            <w:shd w:val="clear" w:color="auto" w:fill="FFFFFF" w:themeFill="background1"/>
          </w:tcPr>
          <w:p w14:paraId="1A10ED64" w14:textId="77777777" w:rsidR="00C81CF1" w:rsidRPr="007E49ED" w:rsidRDefault="00000000">
            <w:pPr>
              <w:jc w:val="center"/>
              <w:rPr>
                <w:color w:val="000000" w:themeColor="text1"/>
                <w:lang w:val="pl-PL"/>
              </w:rPr>
            </w:pPr>
            <w:r w:rsidRPr="007E49ED">
              <w:rPr>
                <w:b/>
                <w:color w:val="000000" w:themeColor="text1"/>
                <w:lang w:val="pl-PL"/>
              </w:rPr>
              <w:lastRenderedPageBreak/>
              <w:t>Przedstawiciel Rady Pedagogicznej</w:t>
            </w:r>
          </w:p>
        </w:tc>
        <w:tc>
          <w:tcPr>
            <w:tcW w:w="4649" w:type="dxa"/>
            <w:shd w:val="clear" w:color="auto" w:fill="FFFFFF" w:themeFill="background1"/>
          </w:tcPr>
          <w:p w14:paraId="166FDF6F" w14:textId="77777777" w:rsidR="00C81CF1" w:rsidRPr="007E49ED" w:rsidRDefault="00000000">
            <w:pPr>
              <w:jc w:val="center"/>
              <w:rPr>
                <w:color w:val="000000" w:themeColor="text1"/>
                <w:lang w:val="pl-PL"/>
              </w:rPr>
            </w:pPr>
            <w:r w:rsidRPr="007E49ED">
              <w:rPr>
                <w:b/>
                <w:color w:val="000000" w:themeColor="text1"/>
                <w:lang w:val="pl-PL"/>
              </w:rPr>
              <w:t>Przedstawiciel Rady Rodziców</w:t>
            </w:r>
          </w:p>
        </w:tc>
      </w:tr>
      <w:tr w:rsidR="007E49ED" w:rsidRPr="007E49ED" w14:paraId="0DE03251" w14:textId="77777777" w:rsidTr="007E49ED">
        <w:trPr>
          <w:jc w:val="center"/>
        </w:trPr>
        <w:tc>
          <w:tcPr>
            <w:tcW w:w="4649" w:type="dxa"/>
            <w:shd w:val="clear" w:color="auto" w:fill="FFFFFF" w:themeFill="background1"/>
          </w:tcPr>
          <w:p w14:paraId="699C3798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lang w:val="pl-PL"/>
              </w:rPr>
              <w:t>Imię i nazwisko: ................................................................</w:t>
            </w:r>
          </w:p>
        </w:tc>
        <w:tc>
          <w:tcPr>
            <w:tcW w:w="4649" w:type="dxa"/>
            <w:shd w:val="clear" w:color="auto" w:fill="FFFFFF" w:themeFill="background1"/>
          </w:tcPr>
          <w:p w14:paraId="290DB4DC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lang w:val="pl-PL"/>
              </w:rPr>
              <w:t>Imię i nazwisko: ................................................................</w:t>
            </w:r>
          </w:p>
        </w:tc>
      </w:tr>
      <w:tr w:rsidR="007E49ED" w:rsidRPr="007E49ED" w14:paraId="21913729" w14:textId="77777777" w:rsidTr="007E49ED">
        <w:trPr>
          <w:jc w:val="center"/>
        </w:trPr>
        <w:tc>
          <w:tcPr>
            <w:tcW w:w="4649" w:type="dxa"/>
            <w:shd w:val="clear" w:color="auto" w:fill="FFFFFF" w:themeFill="background1"/>
          </w:tcPr>
          <w:p w14:paraId="6CF71175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lang w:val="pl-PL"/>
              </w:rPr>
              <w:t>Podpis: ..............................................................................</w:t>
            </w:r>
          </w:p>
        </w:tc>
        <w:tc>
          <w:tcPr>
            <w:tcW w:w="4649" w:type="dxa"/>
            <w:shd w:val="clear" w:color="auto" w:fill="FFFFFF" w:themeFill="background1"/>
          </w:tcPr>
          <w:p w14:paraId="5D65B302" w14:textId="77777777" w:rsidR="00C81CF1" w:rsidRPr="007E49ED" w:rsidRDefault="00000000">
            <w:pPr>
              <w:rPr>
                <w:color w:val="000000" w:themeColor="text1"/>
                <w:lang w:val="pl-PL"/>
              </w:rPr>
            </w:pPr>
            <w:r w:rsidRPr="007E49ED">
              <w:rPr>
                <w:color w:val="000000" w:themeColor="text1"/>
                <w:lang w:val="pl-PL"/>
              </w:rPr>
              <w:t>Podpis: ..............................................................................</w:t>
            </w:r>
          </w:p>
        </w:tc>
      </w:tr>
    </w:tbl>
    <w:p w14:paraId="5AFDD4CB" w14:textId="77777777" w:rsidR="00C81CF1" w:rsidRPr="007E49ED" w:rsidRDefault="00000000">
      <w:pPr>
        <w:pStyle w:val="LegalNote"/>
        <w:rPr>
          <w:color w:val="000000" w:themeColor="text1"/>
          <w:lang w:val="pl-PL"/>
        </w:rPr>
      </w:pPr>
      <w:r w:rsidRPr="007E49ED">
        <w:rPr>
          <w:b/>
          <w:color w:val="000000" w:themeColor="text1"/>
          <w:lang w:val="pl-PL"/>
        </w:rPr>
        <w:t>Jeżeli w terminie 30 dni od rozpoczęcia roku szkolnego Rada Rodziców nie uzyska porozumienia z Radą Pedagogiczną, program ustala dyrektor w uzgodnieniu z organem sprawującym nadzór pedagogiczny. Program ustalony przez dyrektora obowiązuje do czasu uchwalenia programu przez Radę Rodziców w porozumieniu z Radą Pedagogiczną – art. 84 ust. 3 Prawa oświatowego.</w:t>
      </w:r>
    </w:p>
    <w:sectPr w:rsidR="00C81CF1" w:rsidRPr="007E49ED" w:rsidSect="00034616">
      <w:footerReference w:type="default" r:id="rId8"/>
      <w:pgSz w:w="12240" w:h="15840"/>
      <w:pgMar w:top="879" w:right="964" w:bottom="822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619A6" w14:textId="77777777" w:rsidR="000159A3" w:rsidRDefault="000159A3">
      <w:pPr>
        <w:spacing w:after="0" w:line="240" w:lineRule="auto"/>
      </w:pPr>
      <w:r>
        <w:separator/>
      </w:r>
    </w:p>
  </w:endnote>
  <w:endnote w:type="continuationSeparator" w:id="0">
    <w:p w14:paraId="12E25F44" w14:textId="77777777" w:rsidR="000159A3" w:rsidRDefault="0001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2ECF" w14:textId="7EB61218" w:rsidR="00C81CF1" w:rsidRDefault="00C81CF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BE9D7" w14:textId="77777777" w:rsidR="000159A3" w:rsidRDefault="000159A3">
      <w:pPr>
        <w:spacing w:after="0" w:line="240" w:lineRule="auto"/>
      </w:pPr>
      <w:r>
        <w:separator/>
      </w:r>
    </w:p>
  </w:footnote>
  <w:footnote w:type="continuationSeparator" w:id="0">
    <w:p w14:paraId="0DB68985" w14:textId="77777777" w:rsidR="000159A3" w:rsidRDefault="00015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4827174">
    <w:abstractNumId w:val="8"/>
  </w:num>
  <w:num w:numId="2" w16cid:durableId="466319796">
    <w:abstractNumId w:val="6"/>
  </w:num>
  <w:num w:numId="3" w16cid:durableId="1458570064">
    <w:abstractNumId w:val="5"/>
  </w:num>
  <w:num w:numId="4" w16cid:durableId="490953277">
    <w:abstractNumId w:val="4"/>
  </w:num>
  <w:num w:numId="5" w16cid:durableId="1367364000">
    <w:abstractNumId w:val="7"/>
  </w:num>
  <w:num w:numId="6" w16cid:durableId="1759058994">
    <w:abstractNumId w:val="3"/>
  </w:num>
  <w:num w:numId="7" w16cid:durableId="1280645467">
    <w:abstractNumId w:val="2"/>
  </w:num>
  <w:num w:numId="8" w16cid:durableId="35667393">
    <w:abstractNumId w:val="1"/>
  </w:num>
  <w:num w:numId="9" w16cid:durableId="183772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9A3"/>
    <w:rsid w:val="00034616"/>
    <w:rsid w:val="0006063C"/>
    <w:rsid w:val="0015074B"/>
    <w:rsid w:val="00233862"/>
    <w:rsid w:val="0029639D"/>
    <w:rsid w:val="00326F90"/>
    <w:rsid w:val="007E49ED"/>
    <w:rsid w:val="00A056AE"/>
    <w:rsid w:val="00AA1D8D"/>
    <w:rsid w:val="00B47730"/>
    <w:rsid w:val="00C81CF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F483F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8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60"/>
    </w:pPr>
    <w:rPr>
      <w:rFonts w:ascii="Aptos" w:hAnsi="Aptos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keywords/>
  <cp:lastModifiedBy>Roman Lorens</cp:lastModifiedBy>
  <cp:revision>3</cp:revision>
  <dcterms:created xsi:type="dcterms:W3CDTF">2026-07-28T14:28:00Z</dcterms:created>
  <dcterms:modified xsi:type="dcterms:W3CDTF">2026-07-28T14:29:00Z</dcterms:modified>
  <cp:category/>
</cp:coreProperties>
</file>