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12 500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2 – Pracownia obróbki metalu (ślusarstwo)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nadbudową (×1); Taboret warsztatowy na kółkach (×3); Stół warsztatowy Prima wielorozmiarowy 5-7 (×1).</w:t>
        <w:br/>
        <w:t xml:space="preserve">  • OBRÓBKA METALU, MONTAŻ I POMIAR – brakuje narzędzi do trasowania, obróbki, montażu i dokładnego pomiaru, przez co uczniowie nie ćwiczą wyznaczania wymiarów, obróbki materiału i kontroli jakości wykonania; brakuje również urządzenia do wiercenia otworów, obsługiwanego pod nadzorem nauczyciela. Braki te pokrywają: Wiertarka stołowa kolumnowa (×1); Imadło ślusarskie stołowe (×3); Zestaw młotków ślusarskich (×3); Zestaw szczypce + kombinerki (×3); Pilnik ślusarski trójkątny (×4); Pilnik ślusarski płaski (×4); Pilnik ślusarski okrągły (×4); Nożyce do blachy proste (×4); Suwmiarka (×5); Wiertła do metalu (×3); Punktaki (×3); Rysik traserski (×4); Cyrkiel traserski (×3); Przymiar Stalowy Liniowy (×5); Szczypce precyzyjne (×4).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(×2); Apteczka ścienna z wyposażeniem (×1); Gaśnica przeciwpożarowa 4 kg ABC (×1); Okulary ochronne (×7); Instrukcja BHP bezpiecznej obsługi wiertarki (×1); instrukcja BHP pierwszej pomocy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z nadbudową (×1); Taboret warsztatowy na kółkach (×3); Stół warsztatowy Prima wielorozmiarowy 5-7 (×1) – tworzą bezpieczne, trwałe stanowiska pracy dla grup uczniowskich i zapewniają uporządkowane przechowywanie narzędzi, co jest warunkiem realizacji zajęć w dwugodzinnych blokach metodą projektu.</w:t>
        <w:br/>
        <w:t xml:space="preserve">  • OBRÓBKA METALU, MONTAŻ I POMIAR: Wiertarka stołowa kolumnowa (×1); Imadło ślusarskie stołowe (×3); Zestaw młotków ślusarskich (×3); Zestaw szczypce + kombinerki (×3); Pilnik ślusarski trójkątny (×4); Pilnik ślusarski płaski (×4); Pilnik ślusarski okrągły (×4); Nożyce do blachy proste (×4); Suwmiarka (×5); Wiertła do metalu (×3); Punktaki (×3); Rysik traserski (×4); Cyrkiel traserski (×3); Przymiar Stalowy Liniowy (×5); Szczypce precyzyjne (×4) – pozwalają uczniowi wytrasować i zwymiarować element oraz skontrolować dokładność wykonania; obrobić materiał: ciąć, piłować i kształtować; wykonać otwory pod nadzorem nauczyciela; bezpiecznie zamocować i zmontować elementy – kształtując precyzję i nawyk pomiaru.</w:t>
        <w:br/>
        <w:t xml:space="preserve">  • BEZPIECZEŃSTWO I HIGIENA PRACY: Gogle ochronne przeciwodpryskowe (×2); Apteczka ścienna z wyposażeniem (×1); Gaśnica przeciwpożarowa 4 kg ABC (×1); Okulary ochronne (×7); Instrukcja BHP bezpiecznej obsługi wiertarki (×1); instrukcja BHP pierwszej pomocy (×1)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Wiertarka stołowa kolumnowa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2 438,94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2 438,94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nadbudową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742709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Imadło ślusarskie stołowe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633,90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227,32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płaski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60,89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243,56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trójkątny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259,84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Nożyce do blachy proste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227,32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341,22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419,70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74,76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91,96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młotków ślusarskich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134,07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402,21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494,70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Suwmiarka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223,55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274,95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Przymiar Stalowy Liniowy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101,20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124,50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Rysik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178,84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219,96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Punktaki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60,97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182,91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224,97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Cyrkiel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36,58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109,74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134,97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Wiertła do metalu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65,03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195,09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239,97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107,59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132,30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232,36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285,80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169,93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209,02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169,93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209,02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Gaśnica przeciwpożarowa 4 kg ABC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SE1539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bezpiecznej obsługi wiertarki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10 162,63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12 500,00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12 500,00 zł brutto  (10 162,63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10 000,00 zł + wkład własny finansowy 2 500,00 zł  =  wartość zadania 12 500,00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Rysik traserski (×4):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Punktaki (×3):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Cyrkiel traserski (×3):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Wiertła do metalu (×3):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