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(×1); Szafa narzędziowa na pomoce 2 (×1); Stół warsztatowy Prima wielorozmiarowy 5-7 (×2); Taboret warsztatowy na kółkach (×3).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(×1); Imadło ślusarskie stołowe (×2); Zestaw młotków ślusarskich (×2); Pilnik ślusarski trójkątny (×4); Pilnik ślusarski płaski (×4); Zestaw szczypce + kombinerki (×2); Pilnik ślusarski okrągły (×4); Suwmiarka (×4); Nożyce do blachy proste (×3); Rysik traserski (×3); Wiertła do metalu (×2); Punktaki (×2); Przymiar Stalowy Liniowy (×4); Cyrkiel traserski (×2); Szczypce precyzyjne (×3).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Gaśnica przeciwpożarowa 4 kg ABC (×1); Okulary ochronne (×7); Instrukcja BHP bezpiecznej obsługi wiertarki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(×1); Szafa narzędziowa na pomoce 2 (×1); Stół warsztatowy Prima wielorozmiarowy 5-7 (×2); Taboret warsztatowy na kółkach (×3)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(×1); Imadło ślusarskie stołowe (×2); Zestaw młotków ślusarskich (×2); Pilnik ślusarski trójkątny (×4); Pilnik ślusarski płaski (×4); Zestaw szczypce + kombinerki (×2); Pilnik ślusarski okrągły (×4); Suwmiarka (×4); Nożyce do blachy proste (×3); Rysik traserski (×3); Wiertła do metalu (×2); Punktaki (×2); Przymiar Stalowy Liniowy (×4); Cyrkiel traserski (×2); Szczypce precyzyjne (×3)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(×2); Apteczka ścienna z wyposażeniem (×1); Gaśnica przeciwpożarowa 4 kg ABC (×1); Okulary ochronne (×7); Instrukcja BHP bezpiecznej obsługi wiertarki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227,32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170,49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227,48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56,07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68,97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268,14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219,96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134,13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121,94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149,98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73,16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89,98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130,06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159,98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285,80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163,95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163,95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201,66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12 195,15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15 000,00 zł brutto  (12 195,15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12 000,00 zł + wkład własny finansowy 3 000,00 zł  =  wartość zadania 15 000,00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(×2):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(×2):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(×2):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