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15 000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4 – Pracownia krawiectwa i tekstyliów (szycie)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Szafa narzędziowa na pomoce 1 (×1); Taboret warsztatowy na kółkach (×6); Stół warsztatowy Prima wielorozmiarowy 5-7 (×2); Mata Modelarska Samogojąca Dwustronna A1 (×5); Skrzynka narzędziowa (×5).</w:t>
        <w:br/>
        <w:t xml:space="preserve">  • KRAWIECTWO I TEKSTYLIA – brakuje stanowisk i osprzętu do prac z tekstyliami, wymaganych przy pracach wytwórczych z różnych materiałów oraz przy przygotowaniu do dorosłości. Braki te pokrywają: Maszyna do szycia (×5); Deska do prasowania (×2); Żelazko do prasowania (×2); Nożyczki hafciarskie (×10); Nici poliestrowe (×11); Szydło (×7); Zszywki do takera (×7); Igły do skóry do maszyn domowych (×7); Igły do stretchu/dzianin (×7); Igły ręczne długie (×7); Igły do jeansu do maszyn domowych (×7); Miarka krawiecka (×14); Obcinaczki do nici stalowe (×10); Igły ręczne krótkie (×7); Igła do haftu (×7).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Fartuszek regulowany (×11); Apteczka ścienna z wyposażeniem (×1); Instrukcja BHP przy obsłudze maszyn szwalniczych (×1); instrukcja BHP pierwszej pomocy (×1).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Szafa narzędziowa na pomoce 1 (×1); Taboret warsztatowy na kółkach (×6); Stół warsztatowy Prima wielorozmiarowy 5-7 (×2); Mata Modelarska Samogojąca Dwustronna A1 (×5); Skrzynka narzędziowa (×5) – tworzą bezpieczne, trwałe stanowiska pracy dla grup uczniowskich i zapewniają uporządkowane przechowywanie narzędzi, co jest warunkiem realizacji zajęć w dwugodzinnych blokach metodą projektu.</w:t>
        <w:br/>
        <w:t xml:space="preserve">  • KRAWIECTWO I TEKSTYLIA: Maszyna do szycia (×5); Deska do prasowania (×2); Żelazko do prasowania (×2); Nożyczki hafciarskie (×10); Nici poliestrowe (×11); Szydło (×7); Zszywki do takera (×7); Igły do skóry do maszyn domowych (×7); Igły do stretchu/dzianin (×7); Igły ręczne długie (×7); Igły do jeansu do maszyn domowych (×7); Miarka krawiecka (×14); Obcinaczki do nici stalowe (×10); Igły ręczne krótkie (×7); Igła do haftu (×7) – pozwalają zaprojektować i wykonać wytwór z tekstyliów oraz opanować obsługę maszyny i drobne naprawy.</w:t>
        <w:br/>
        <w:t xml:space="preserve">  • BEZPIECZEŃSTWO I HIGIENA PRACY: Fartuszek regulowany (×11); Apteczka ścienna z wyposażeniem (×1); Instrukcja BHP przy obsłudze maszyn szwalniczych (×1); instrukcja BHP pierwszej pomocy (×1)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Maszyna do szycia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741217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910,49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1 119,90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4 552,45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5 599,50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Żelazko do prasowania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219,43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438,86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539,80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Deska do prasowania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766850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61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316,99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389,90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633,98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779,80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1 300,66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Szafa narzędziowa na pomoce 1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766668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1 707,24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2 099,90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1 707,24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2 099,90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1 609,26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1 979,40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Nożyczki hafciarskie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741220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16,18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161,80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199,00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Obcinaczki do nici stalowe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741159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3,98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39,80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49,00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Miarka krawiecka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741502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3,17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44,38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54,60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ręczne krótkie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4,80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33,60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41,30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ręczne długie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50,68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62,30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do skóry do maszyn domowych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741146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8,05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56,35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do jeansu do maszyn domowych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741147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6,42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44,94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55,30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do stretchu/dzianin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741148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8,05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56,35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Igła do haftu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741504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3,98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27,86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Nici poliestrowe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741153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12,11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133,21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163,90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Szydło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18,62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130,34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160,30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Zszywki do takera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741287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8,12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56,84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69,93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Fartuszek regulowany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766849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60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40,57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446,27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548,90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Mata Modelarska Samogojąca Dwustronna A1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766848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73,09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365,45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Skrzynka narzędziowa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740383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101,20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124,50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163,07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200,57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163,07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200,57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przy obsłudze maszyn szwalniczych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12 195,07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15 000,00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15 000,00 zł brutto  (12 195,07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12 000,00 zł + wkład własny finansowy 3 000,00 zł  =  wartość zadania 15 000,00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Nożyczki hafciarskie (×10):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Obcinaczki do nici stalowe (×10):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Igły do skóry do maszyn domowych (×7):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Igły do jeansu do maszyn domowych (×7):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Igły do stretchu/dzianin (×7):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Igła do haftu (×7):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Nici poliestrowe (×11):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