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15 000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5 – Pracownia cyfrowa/STEAM (monitor, druk 3D, robotyka)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Szafa pod drukarkę 3D/ploter (×1); Stół warsztatowy Prima wielorozmiarowy 5-7 (×1); Taboret warsztatowy na kółkach (×2).</w:t>
        <w:br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Projektor Epson EB-X49 (×1); Tablet LENOVO IdeaTab ZAFR0378PL (×2); Mistrz Steam - 1 sztuka (×2); Drukarka 3D Flashforge Adventurer 3 (×1); Mikrokontrolery learn:bit Arcade (×1); Zestaw FORBOT do kursu Arduino (×3); MAC EduPlansze AR Technika (×4).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Apteczka ścienna z wyposażeniem (×1); Okulary ochronne (×4);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Szafa pod drukarkę 3D/ploter (×1); Stół warsztatowy Prima wielorozmiarowy 5-7 (×1); Taboret warsztatowy na kółkach (×2) – tworzą bezpieczne, trwałe stanowiska pracy dla grup uczniowskich i zapewniają uporządkowane przechowywanie narzędzi, co jest warunkiem realizacji zajęć w dwugodzinnych blokach metodą projektu.</w:t>
        <w:br/>
        <w:t xml:space="preserve">  • TECHNOLOGIE CYFROWE, DRUK 3D I ROBOTYKA: Projektor Epson EB-X49 (×1); Tablet LENOVO IdeaTab ZAFR0378PL (×2); Mistrz Steam - 1 sztuka (×2); Drukarka 3D Flashforge Adventurer 3 (×1); Mikrokontrolery learn:bit Arcade (×1); Zestaw FORBOT do kursu Arduino (×3); MAC EduPlansze AR Technika (×4) – umożliwiają przejście od koncepcji i rysunku komputerowego do fizycznego prototypu oraz budowę i programowanie prostych układów.</w:t>
        <w:br/>
        <w:t xml:space="preserve">  • BEZPIECZEŃSTWO I HIGIENA PRACY: Apteczka ścienna z wyposażeniem (×1); Okulary ochronne (×4);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Drukarka 3D Flashforge Adventurer 3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734555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1 500,00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1 500,00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1 500,00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1 500,00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pod drukarkę 3D/ploter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1 406,42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1 406,42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1 729,90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Projektor Epson EB-X49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752060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Tablet LENOVO IdeaTab ZAFR0378PL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763984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2 438,86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2 999,80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650,41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1 300,82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1 600,00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EduPlansze AR Technika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883946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324,88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626,75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770,90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626,75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770,90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536,42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61,48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75,60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12 475,62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15 000,00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15 000,00 zł brutto  (12 475,62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12 000,00 zł + wkład własny finansowy 3 000,00 zł  =  wartość zadania 15 000,00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Drukarka 3D Flashforge Adventurer 3 (×1): </w:t>
      </w:r>
      <w:r>
        <w:rPr>
          <w:rFonts w:ascii="Arial" w:hAnsi="Arial"/>
          <w:sz w:val="18"/>
        </w:rPr>
        <w:t>umożliwia przejście od rysunku komputerowego do fizycznego prototypu (projektowanie, modelowanie, wytwarzanie), realizując wprost wymagania dotyczące tworzenia wytworów technicznych.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Szafa pod drukarkę 3D/ploter (×1): </w:t>
      </w:r>
      <w:r>
        <w:rPr>
          <w:rFonts w:ascii="Arial" w:hAnsi="Arial"/>
          <w:sz w:val="18"/>
        </w:rPr>
        <w:t>element wyposażenia pracowni technicznej; warunki realizacji podstawy wprost wskazują pracownię ze stanowiskami pracy i bezpiecznym przechowywaniem narzędzi, dostosowaną do liczby uczniów.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Projektor Epson EB-X49 (×1): </w:t>
      </w:r>
      <w:r>
        <w:rPr>
          <w:rFonts w:ascii="Arial" w:hAnsi="Arial"/>
          <w:sz w:val="18"/>
        </w:rPr>
        <w:t>projektor umożliwia prezentację instruktaży i projektów uczniowskich całej grupie, wspierając metodę projektu i edukację medialną.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Tablet LENOVO IdeaTab ZAFR0378PL (×2): </w:t>
      </w:r>
      <w:r>
        <w:rPr>
          <w:rFonts w:ascii="Arial" w:hAnsi="Arial"/>
          <w:sz w:val="18"/>
        </w:rPr>
        <w:t>tablety wspierają planowanie i dokumentowanie projektów, pracę z instrukcjami i aplikacjami oraz rozwój kompetencji cyfrowych ucznia.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(×1):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(×3):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(×2):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EduPlansze AR Technika (×4): </w:t>
      </w:r>
      <w:r>
        <w:rPr>
          <w:rFonts w:ascii="Arial" w:hAnsi="Arial"/>
          <w:sz w:val="18"/>
        </w:rPr>
        <w:t>materiały w technologii rozszerzonej rzeczywistości (AR) wizualizują budowę urządzeń, przebieg operacji technologicznych i zasady bezpiecznej pracy, wspierając instruktaż przed wykonaniem wytworu oraz rozwój kompetencji cyfrowych.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