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18 750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1 – Pracownia obróbki drewna (stolarstwo)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z tablicą i oświetleniem 1600 (×1); Regał A meble do pracowni STEAM (×1); Szafa narzędziowa na pomoce 3 (×1); Stół warsztatowy Prima wielorozmiarowy 5-7 (×2); Taboret warsztatowy na kółkach (×3); Mata Modelarska Samogojąca Dwustronna A1 (×4); Skrzynka narzędziowa (×4).</w:t>
        <w:br/>
        <w:t xml:space="preserve">  • OBRÓBKA DREWNA – brakuje narzędzi do obróbki drewna, przez co uczniowie nie mogą samodzielnie wykonać wytworu: wytrasować, przeciąć, wygładzić i połączyć elementów. Braki te pokrywają: Wyrzynarka stołowa (×1); Szlifierka tarczowa (×1); Piła grzbietnica (×3); Piła mała naprężna (×4); Przyrżnia (skrzynka uciosowa) (×2); Tarnik płaski (×3); Piła włosowa ręczna (×4); Ścisk stolarski (×6); Tarnik półokrągły (×3); Tarnik okrągły (×3); Kątownik stolarski 300 mm przymiar (×4).</w:t>
        <w:br/>
        <w:t xml:space="preserve">  • POMIAR, MOCOWANIE I MONTAŻ – brakuje przyrządów pomiarowych oraz narzędzi do mocowania i montażu, bez których uczniowie nie wyznaczą wymiarów, nie zamocują bezpiecznie obrabianego elementu ani nie złożą gotowego wytworu. Braki te pokrywają: Wiertarko-wkrętarka akumulatorowa (×1); Imadło ślusarskie stołowe (×2); Zestaw młotków ślusarskich (×2); Nóż metalowy (×4); Przymiar Stalowy Liniowy (×4).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Gogle ochronne przeciwodpryskowe (×2); Apteczka ścienna z wyposażeniem (×1); Okulary ochronne (×6); Instrukcja BHP dotycząca obchodzenia się narzędziami ręcznymi (×1); instrukcja BHP pierwszej pomocy (×1).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z tablicą i oświetleniem 1600 (×1); Regał A meble do pracowni STEAM (×1); Szafa narzędziowa na pomoce 3 (×1); Stół warsztatowy Prima wielorozmiarowy 5-7 (×2); Taboret warsztatowy na kółkach (×3); Mata Modelarska Samogojąca Dwustronna A1 (×4); Skrzynka narzędziowa (×4) – tworzą bezpieczne, trwałe stanowiska pracy dla grup uczniowskich i zapewniają uporządkowane przechowywanie narzędzi, co jest warunkiem realizacji zajęć w dwugodzinnych blokach metodą projektu.</w:t>
        <w:br/>
        <w:t xml:space="preserve">  • OBRÓBKA DREWNA: Wyrzynarka stołowa (×1); Szlifierka tarczowa (×1); Piła grzbietnica (×3); Piła mała naprężna (×4); Przyrżnia (skrzynka uciosowa) (×2); Tarnik płaski (×3); Piła włosowa ręczna (×4); Ścisk stolarski (×6); Tarnik półokrągły (×3); Tarnik okrągły (×3); Kątownik stolarski 300 mm przymiar (×4) – umożliwiają samodzielne wykonanie wytworu z drewna zgodnie z treściami dotyczącymi obróbki materiałów i bezpiecznego posługiwania się narzędziami.</w:t>
        <w:br/>
        <w:t xml:space="preserve">  • POMIAR, MOCOWANIE I MONTAŻ: Wiertarko-wkrętarka akumulatorowa (×1); Imadło ślusarskie stołowe (×2); Zestaw młotków ślusarskich (×2); Nóż metalowy (×4); Przymiar Stalowy Liniowy (×4) – pozwalają uczniowi wytrasować i zwymiarować element oraz skontrolować dokładność wykonania; obrobić materiał: ciąć, piłować i kształtować; wykonać otwory pod nadzorem nauczyciela; bezpiecznie zamocować i zmontować elementy – kształtując precyzję i nawyk pomiaru.</w:t>
        <w:br/>
        <w:t xml:space="preserve">  • BEZPIECZEŃSTWO I HIGIENA PRACY: Gogle ochronne przeciwodpryskowe (×2); Apteczka ścienna z wyposażeniem (×1); Okulary ochronne (×6); Instrukcja BHP dotycząca obchodzenia się narzędziami ręcznymi (×1); instrukcja BHP pierwszej pomocy (×1)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1 300,66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z tablicą i oświetleniem 1600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766675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3 089,35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3 089,35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3 799,90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Szafa narzędziowa na pomoce 3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766670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1 625,93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1 625,93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1 999,90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Regał A meble do pracowni STEAM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757455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804,63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989,70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Wyrzynarka stołowa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741725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1 219,43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1 499,90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1 219,43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1 499,90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Szlifierka tarczowa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812,93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812,93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Wiertarko-wkrętarka akumulatorowa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812,93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812,93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Imadło ślusarskie stołowe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422,60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519,80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młotków ślusarskich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134,07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268,14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Piła grzbietnica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97,48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292,44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Piła mała naprężna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51,14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204,56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251,60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Piła włosowa ręczna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48,70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194,80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Przyrżnia (skrzynka uciosowa)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97,48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194,96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Ścisk stolarski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26,75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160,50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197,40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Tarnik płaski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64,96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194,88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Tarnik półokrągły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48,70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146,10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Tarnik okrągły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40,57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121,71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Kątownik stolarski 300 mm przymiar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22,68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27,90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90,72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111,60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Przymiar Stalowy Liniowy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Mata Modelarska Samogojąca Dwustronna A1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766848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73,09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292,36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Skrzynka narzędziowa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740383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Nóż metalowy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740379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24,23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29,80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96,92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119,20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Okulary ochronne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740460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92,22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Gogle ochronne przeciwodpryskowe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116,18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232,36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285,80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175,37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215,70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175,37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215,70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dotycząca obchodzenia się narzędziami ręcznymi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15 243,94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18 750,00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18 750,00 zł brutto  (15 243,94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15 000,00 zł + wkład własny finansowy 3 750,00 zł  =  wartość zadania 18 750,00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Regał A meble do pracowni STEAM (×1): </w:t>
      </w:r>
      <w:r>
        <w:rPr>
          <w:rFonts w:ascii="Arial" w:hAnsi="Arial"/>
          <w:sz w:val="18"/>
        </w:rPr>
        <w:t>element wyposażenia pracowni technicznej; warunki realizacji podstawy wprost wskazują pracownię ze stanowiskami pracy i bezpiecznym przechowywaniem narzędzi, dostosowaną do liczby uczniów.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