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Arial" w:hAnsi="Arial"/>
          <w:i/>
          <w:color w:val="2E5496"/>
          <w:sz w:val="20"/>
        </w:rPr>
        <w:t>Rządowy program „Pracownie Kompas Jutra” 2026–2029</w:t>
      </w:r>
    </w:p>
    <w:p>
      <w:r>
        <w:rPr>
          <w:rFonts w:ascii="Arial" w:hAnsi="Arial"/>
          <w:b/>
          <w:sz w:val="20"/>
        </w:rPr>
        <w:t>Pracownia: Techniczna    |    Próg budżetowy: 18 750 zł brutto</w:t>
      </w:r>
    </w:p>
    <w:p>
      <w:pPr>
        <w:pBdr>
          <w:bottom w:val="single" w:sz="12" w:space="4" w:color="2E5496"/>
        </w:pBdr>
      </w:pPr>
      <w:r>
        <w:rPr>
          <w:rFonts w:ascii="Arial" w:hAnsi="Arial"/>
          <w:b/>
          <w:color w:val="1F3864"/>
          <w:sz w:val="26"/>
        </w:rPr>
        <w:t>Zestaw 2 – Pracownia obróbki metalu (ślusarstwo)</w:t>
      </w:r>
    </w:p>
    <w:p>
      <w:r>
        <w:rPr>
          <w:rFonts w:ascii="Arial" w:hAnsi="Arial"/>
          <w:b/>
          <w:color w:val="2E5496"/>
          <w:sz w:val="22"/>
        </w:rPr>
        <w:t>Diagnoza potrzeb</w:t>
      </w:r>
    </w:p>
    <w:p>
      <w:pPr>
        <w:spacing w:after="120"/>
      </w:pPr>
      <w:r>
        <w:rPr>
          <w:rFonts w:ascii="Arial" w:hAnsi="Arial"/>
          <w:sz w:val="19"/>
        </w:rPr>
        <w:t>Diagnozę przeprowadzili nauczyciele prowadzący zajęcia praktyczno-techniczne (§2 ust. 4 rozporządzenia), z uwzględnieniem wyposażenia już posiadanego przez szkołę oraz wymagań nowej podstawy programowej zajęć praktyczno-technicznych, obowiązującej od 1 września 2026 r., której główną metodą pracy jest metoda projektu (uczeń planuje, wykonuje i prezentuje wytwór). Zdiagnozowano następujące braki, które pokrywa niniejszy zestaw:</w:t>
        <w:br/>
        <w:t xml:space="preserve">  • STANOWISKA PRACY I MEBLE PRACOWNI – szkoła nie ma stanowisk pracy spełniających warunki realizacji nowej podstawy zajęć praktyczno-technicznych, która wprost wymaga pracowni ze stołami warsztatowymi i bezpiecznym przechowywaniem narzędzi, dostosowanej do liczby uczniów; bez nich praca metodą projektu w grupach jest niemożliwa. Braki te pokrywają: Stół warsztatowy z nadbudową (×1); Szafa narzędziowa na pomoce 2 (×1); Stół warsztatowy Prima wielorozmiarowy 5-7 (×2); Taboret warsztatowy na kółkach (×4); Skrzynka narzędziowa z wyposażeniem (×1).</w:t>
        <w:br/>
        <w:t xml:space="preserve">  • OBRÓBKA METALU, MONTAŻ I POMIAR – brakuje narzędzi do trasowania, obróbki, montażu i dokładnego pomiaru, przez co uczniowie nie ćwiczą wyznaczania wymiarów, obróbki materiału i kontroli jakości wykonania; brakuje również urządzenia do wiercenia otworów, obsługiwanego pod nadzorem nauczyciela. Braki te pokrywają: Wiertarka stołowa kolumnowa (×1); Imadło ślusarskie stołowe (×4); Zestaw szczypce + kombinerki (×4); Zestaw młotków ślusarskich (×3); Pilnik ślusarski trójkątny (×5); Pilnik ślusarski płaski (×5); Pilnik ślusarski okrągły (×5); Nożyce do blachy proste (×5); Suwmiarka (×6); Wiertła do metalu (×3); Punktaki (×3); Rysik traserski (×4); Przymiar Stalowy Liniowy (×6); Cyrkiel traserski (×3); Szczypce precyzyjne (×5).</w:t>
        <w:br/>
        <w:t xml:space="preserve">  • BEZPIECZEŃSTWO I HIGIENA PRACY – pracownia nie jest wyposażona w komplet środków ochrony i zabezpieczenia ani w instrukcje stanowiskowe BHP, które podstawa wskazuje jako warunek realizacji zajęć; jest to warunek dopuszczenia uczniów do pracy narzędziami i urządzeniami. Braki te pokrywają: Gogle ochronne przeciwodpryskowe (×3); Apteczka ścienna z wyposażeniem (×2); Gaśnica przeciwpożarowa 4 kg ABC (×2); Okulary ochronne (×7); Instrukcja BHP bezpiecznej obsługi wiertarki (×2); instrukcja BHP pierwszej pomocy (×2).</w:t>
        <w:br/>
        <w:t xml:space="preserve">  Wskazane pozycje umożliwiają pracę uczniów przy własnych stanowiskach w grupach, a nie obserwowanie pokazu nauczyciela.</w:t>
      </w:r>
    </w:p>
    <w:p>
      <w:r>
        <w:rPr>
          <w:rFonts w:ascii="Arial" w:hAnsi="Arial"/>
          <w:b/>
          <w:color w:val="2E5496"/>
          <w:sz w:val="22"/>
        </w:rPr>
        <w:t>Uzasadnienie wyboru produktów</w:t>
      </w:r>
    </w:p>
    <w:p>
      <w:pPr>
        <w:spacing w:after="120"/>
      </w:pPr>
      <w:r>
        <w:rPr>
          <w:rFonts w:ascii="Arial" w:hAnsi="Arial"/>
          <w:sz w:val="19"/>
        </w:rPr>
        <w:t>Dobór wynika wprost z powyższej diagnozy; każdy element zestawu realizuje konkretne cele kształcenia i treści nauczania podstawy programowej zajęć praktyczno-technicznych:</w:t>
        <w:br/>
        <w:t xml:space="preserve">  • STANOWISKA PRACY I MEBLE PRACOWNI: Stół warsztatowy z nadbudową (×1); Szafa narzędziowa na pomoce 2 (×1); Stół warsztatowy Prima wielorozmiarowy 5-7 (×2); Taboret warsztatowy na kółkach (×4); Skrzynka narzędziowa z wyposażeniem (×1) – tworzą bezpieczne, trwałe stanowiska pracy dla grup uczniowskich i zapewniają uporządkowane przechowywanie narzędzi, co jest warunkiem realizacji zajęć w dwugodzinnych blokach metodą projektu.</w:t>
        <w:br/>
        <w:t xml:space="preserve">  • OBRÓBKA METALU, MONTAŻ I POMIAR: Wiertarka stołowa kolumnowa (×1); Imadło ślusarskie stołowe (×4); Zestaw szczypce + kombinerki (×4); Zestaw młotków ślusarskich (×3); Pilnik ślusarski trójkątny (×5); Pilnik ślusarski płaski (×5); Pilnik ślusarski okrągły (×5); Nożyce do blachy proste (×5); Suwmiarka (×6); Wiertła do metalu (×3); Punktaki (×3); Rysik traserski (×4); Przymiar Stalowy Liniowy (×6); Cyrkiel traserski (×3); Szczypce precyzyjne (×5) – pozwalają uczniowi wytrasować i zwymiarować element oraz skontrolować dokładność wykonania; obrobić materiał: ciąć, piłować i kształtować; wykonać otwory pod nadzorem nauczyciela; bezpiecznie zamocować i zmontować elementy – kształtując precyzję i nawyk pomiaru.</w:t>
        <w:br/>
        <w:t xml:space="preserve">  • BEZPIECZEŃSTWO I HIGIENA PRACY: Gogle ochronne przeciwodpryskowe (×3); Apteczka ścienna z wyposażeniem (×2); Gaśnica przeciwpożarowa 4 kg ABC (×2); Okulary ochronne (×7); Instrukcja BHP bezpiecznej obsługi wiertarki (×2); instrukcja BHP pierwszej pomocy (×2) – zapewniają bezpieczne warunki pracy narzędziami i urządzeniami oraz dostarczają instrukcji stanowiskowych, na podstawie których nauczyciel prowadzi instruktaż przed przystąpieniem do pracy.</w:t>
      </w:r>
    </w:p>
    <w:p>
      <w:r>
        <w:rPr>
          <w:rFonts w:ascii="Arial" w:hAnsi="Arial"/>
          <w:b/>
          <w:color w:val="2E5496"/>
          <w:sz w:val="22"/>
        </w:rPr>
        <w:t>Specyfikacja i wycena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B0B0B0"/>
          <w:left w:val="single" w:sz="4" w:color="B0B0B0"/>
          <w:bottom w:val="single" w:sz="4" w:color="B0B0B0"/>
          <w:right w:val="single" w:sz="4" w:color="B0B0B0"/>
          <w:insideH w:val="single" w:sz="4" w:color="B0B0B0"/>
          <w:insideV w:val="single" w:sz="4" w:color="B0B0B0"/>
        </w:tblBorders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>
        <w:tc>
          <w:tcPr>
            <w:tcW w:type="dxa" w:w="45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Lp.</w:t>
            </w:r>
          </w:p>
        </w:tc>
        <w:tc>
          <w:tcPr>
            <w:tcW w:type="dxa" w:w="2948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Nazwa produktu</w:t>
            </w:r>
          </w:p>
        </w:tc>
        <w:tc>
          <w:tcPr>
            <w:tcW w:type="dxa" w:w="90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Indeks</w:t>
            </w:r>
          </w:p>
        </w:tc>
        <w:tc>
          <w:tcPr>
            <w:tcW w:type="dxa" w:w="1020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Punkt rozp.</w:t>
            </w:r>
          </w:p>
        </w:tc>
        <w:tc>
          <w:tcPr>
            <w:tcW w:type="dxa" w:w="56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Ilość</w:t>
            </w:r>
          </w:p>
        </w:tc>
        <w:tc>
          <w:tcPr>
            <w:tcW w:type="dxa" w:w="113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Cena netto</w:t>
            </w:r>
          </w:p>
        </w:tc>
        <w:tc>
          <w:tcPr>
            <w:tcW w:type="dxa" w:w="113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Cena brutto</w:t>
            </w:r>
          </w:p>
        </w:tc>
        <w:tc>
          <w:tcPr>
            <w:tcW w:type="dxa" w:w="124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Wartość netto</w:t>
            </w:r>
          </w:p>
        </w:tc>
        <w:tc>
          <w:tcPr>
            <w:tcW w:type="dxa" w:w="124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Wartość brutto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Wiertarka stołowa kolumnowa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766806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42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2 438,94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2 999,90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2 438,94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2 999,90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Stół warsztatowy z nadbudową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742709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2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2 195,04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2 699,90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2 195,04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2 699,90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Stół warsztatowy Prima wielorozmiarowy 5-7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766680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650,33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1 300,66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1 599,80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Szafa narzędziowa na pomoce 2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766669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2 195,04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2 699,90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2 195,04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2 699,90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Taboret warsztatowy na kółkach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766681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268,21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1 072,84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1 319,60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Imadło ślusarskie stołowe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766795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21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211,30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259,90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845,20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1 039,60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Pilnik ślusarski okrągły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766789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56,83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284,15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349,50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8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Pilnik ślusarski płaski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766790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60,89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304,45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374,50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9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Pilnik ślusarski trójkątny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766791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17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64,96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324,80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399,50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10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Nożyce do blachy proste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766787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12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56,83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284,15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349,50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Zestaw szczypce + kombinerki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766788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13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113,74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139,90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454,96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559,60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12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Szczypce precyzyjne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741306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14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18,69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22,99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93,45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114,95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13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Zestaw młotków ślusarskich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28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134,07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164,90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402,21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494,70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14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Suwmiarka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741303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33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44,71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54,99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268,26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329,94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15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Przymiar Stalowy Liniowy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766785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8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121,44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149,40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16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Rysik traserski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741304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44,71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54,99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178,84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219,96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17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Punktaki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741300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60,97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74,99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182,91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224,97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18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Cyrkiel traserski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741305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36,58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44,99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109,74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134,97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19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Wiertła do metalu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741296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65,03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79,99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195,09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239,97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20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Skrzynka narzędziowa z wyposażeniem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741466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7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869,46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1 069,44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869,46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1 069,44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Okulary ochronne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740460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38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15,37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18,90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107,59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132,30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22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Gogle ochronne przeciwodpryskowe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116,18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142,90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348,54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428,70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23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Apteczka ścienna z wyposażeniem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SE1545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170,73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210,00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341,46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420,00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24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Gaśnica przeciwpożarowa 4 kg ABC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SE1539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121,87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243,74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299,80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25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Instrukcja BHP bezpiecznej obsługi wiertarki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766810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50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40,48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49,80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26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instrukcja BHP pierwszej pomocy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766814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54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40,48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49,80 zł</w:t>
            </w:r>
          </w:p>
        </w:tc>
      </w:tr>
      <w:tr>
        <w:tc>
          <w:tcPr>
            <w:tcW w:type="dxa" w:w="45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948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RAZEM</w:t>
            </w:r>
          </w:p>
        </w:tc>
        <w:tc>
          <w:tcPr>
            <w:tcW w:type="dxa" w:w="907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020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567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13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13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247"/>
            <w:shd w:val="clear" w:fill="FFF2CC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15 243,92 zł</w:t>
            </w:r>
          </w:p>
        </w:tc>
        <w:tc>
          <w:tcPr>
            <w:tcW w:type="dxa" w:w="1247"/>
            <w:shd w:val="clear" w:fill="FFF2CC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18 750,00 zł</w:t>
            </w:r>
          </w:p>
        </w:tc>
      </w:tr>
    </w:tbl>
    <w:p>
      <w:r>
        <w:rPr>
          <w:rFonts w:ascii="Arial" w:hAnsi="Arial"/>
          <w:b/>
          <w:color w:val="1F3864"/>
          <w:sz w:val="22"/>
        </w:rPr>
        <w:t>Wartość zestawu: 18 750,00 zł brutto  (15 243,92 zł netto)</w:t>
      </w:r>
    </w:p>
    <w:p>
      <w:r>
        <w:rPr>
          <w:rFonts w:ascii="Arial" w:hAnsi="Arial"/>
          <w:b/>
          <w:color w:val="2E5496"/>
          <w:sz w:val="20"/>
        </w:rPr>
        <w:t>Wariant WKŁAD FINANSOWY: wnioskowane wsparcie 15 000,00 zł + wkład własny finansowy 3 750,00 zł  =  wartość zadania 18 750,00 zł</w:t>
      </w:r>
    </w:p>
    <w:p>
      <w:r>
        <w:rPr>
          <w:rFonts w:ascii="Arial" w:hAnsi="Arial"/>
          <w:b/>
          <w:color w:val="C55011"/>
          <w:sz w:val="22"/>
        </w:rPr>
        <w:t>Produkty spoza wykazu (§2 ust. 10) – szczegółowe uzasadnienie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Rysik traserski (×4): </w:t>
      </w:r>
      <w:r>
        <w:rPr>
          <w:rFonts w:ascii="Arial" w:hAnsi="Arial"/>
          <w:sz w:val="18"/>
        </w:rPr>
        <w:t>narzędzie do trasowania, montażu i obróbki, uzupełniające stanowisko warsztatowe i umożliwiające dokładne wykonanie wytworu.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Punktaki (×3): </w:t>
      </w:r>
      <w:r>
        <w:rPr>
          <w:rFonts w:ascii="Arial" w:hAnsi="Arial"/>
          <w:sz w:val="18"/>
        </w:rPr>
        <w:t>narzędzie do trasowania, montażu i obróbki, uzupełniające stanowisko warsztatowe i umożliwiające dokładne wykonanie wytworu.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Cyrkiel traserski (×3): </w:t>
      </w:r>
      <w:r>
        <w:rPr>
          <w:rFonts w:ascii="Arial" w:hAnsi="Arial"/>
          <w:sz w:val="18"/>
        </w:rPr>
        <w:t>narzędzie do trasowania, montażu i obróbki, uzupełniające stanowisko warsztatowe i umożliwiające dokładne wykonanie wytworu.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Wiertła do metalu (×3): </w:t>
      </w:r>
      <w:r>
        <w:rPr>
          <w:rFonts w:ascii="Arial" w:hAnsi="Arial"/>
          <w:sz w:val="18"/>
        </w:rPr>
        <w:t>narzędzie do trasowania, montażu i obróbki, uzupełniające stanowisko warsztatowe i umożliwiające dokładne wykonanie wytworu.</w:t>
      </w:r>
    </w:p>
    <w:p/>
    <w:p>
      <w:r>
        <w:rPr>
          <w:rFonts w:ascii="Arial" w:hAnsi="Arial"/>
          <w:i/>
          <w:sz w:val="17"/>
        </w:rPr>
        <w:t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Sprzedawca / Wykonawca:</w:t>
              <w:br/>
              <w:br/>
              <w:t>.................................................</w:t>
            </w:r>
          </w:p>
        </w:tc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Nabywca (szkoła / organ prowadzący):</w:t>
              <w:br/>
              <w:br/>
              <w:t>.................................................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50" w:right="850" w:bottom="850" w:left="850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6" w:space="4" w:color="2E5496"/>
      </w:pBdr>
    </w:pPr>
    <w:r>
      <w:rPr>
        <w:rFonts w:ascii="Arial" w:hAnsi="Arial"/>
        <w:b/>
        <w:color w:val="2E5496"/>
        <w:sz w:val="18"/>
      </w:rPr>
      <w:t>www.mac.pl/pracownie-kompas-jutra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  <w:tbl>
    <w:tblPr>
      <w:tblW w:type="auto" w:w="0"/>
      <w:tblLayout w:type="fixed"/>
      <w:tblLook w:firstColumn="1" w:firstRow="1" w:lastColumn="0" w:lastRow="0" w:noHBand="0" w:noVBand="1" w:val="04A0"/>
      <w:tblBorders>
        <w:bottom w:val="single" w:sz="12" w:color="2E5496"/>
      </w:tblBorders>
    </w:tblPr>
    <w:tblGrid>
      <w:gridCol w:w="5102"/>
      <w:gridCol w:w="5102"/>
    </w:tblGrid>
    <w:tr>
      <w:tc>
        <w:tcPr>
          <w:tcW w:type="dxa" w:w="2721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504000" cy="504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7483"/>
        </w:tcPr>
        <w:p>
          <w:pPr>
            <w:jc w:val="right"/>
          </w:pPr>
          <w:r>
            <w:rPr>
              <w:rFonts w:ascii="Arial" w:hAnsi="Arial"/>
              <w:b/>
              <w:color w:val="1F3864"/>
              <w:sz w:val="24"/>
            </w:rPr>
            <w:t>OFERTA HANDLOWA</w:t>
          </w:r>
        </w:p>
        <w:p>
          <w:pPr>
            <w:jc w:val="right"/>
          </w:pPr>
          <w:r>
            <w:rPr>
              <w:rFonts w:ascii="Arial" w:hAnsi="Arial"/>
              <w:b/>
              <w:color w:val="2E5496"/>
              <w:sz w:val="18"/>
            </w:rPr>
            <w:t>PROJEKT „PRACOWNIE KOMPAS JUTRA 2026”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