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18 750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(×2); Taboret warsztatowy na kółkach (×4).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(×4); Stacja lutownicza ATTEN AT-937A - 65W (×6); Wypalarka do drewna (×4); Cyna lutownicza (×8); Zestaw pęset antystatycznych (×5); Szczypce precyzyjne (×8); Plecionka do usuwania nadmiaru cyny. (×5); Zestaw rurek termokurczliwych (×7); Uchwyt z lupą (×5); Obcinaczki boczne (×8); Przewody uniwersalne (×7); Filtr węglowy do pochłaniacza oparów (×8); Ściągacz do izolacji (×6); Szybkozłączka z cyną (×10).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(×3); Zestaw wkrętaków - 32 końcówki (×4).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(×2); Mikrokontrolery learn:bit Arcade (×2); Zestaw FORBOT do kursu Arduino (×4); Mistrz Steam - 1 sztuka (×1).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(×4); Apteczka ścienna z wyposażeniem (×2); Rękawiczki antystatyczne ESD (×11);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(×2); Taboret warsztatowy na kółkach (×4)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Miernik uniwersalny UNI-T UT139C (×4); Stacja lutownicza ATTEN AT-937A - 65W (×6); Wypalarka do drewna (×4); Cyna lutownicza (×8); Zestaw pęset antystatycznych (×5); Szczypce precyzyjne (×8); Plecionka do usuwania nadmiaru cyny. (×5); Zestaw rurek termokurczliwych (×7); Uchwyt z lupą (×5); Obcinaczki boczne (×8); Przewody uniwersalne (×7); Filtr węglowy do pochłaniacza oparów (×8); Ściągacz do izolacji (×6); Szybkozłączka z cyną (×10) – umożliwiają wykonywanie połączeń lutowanych, pomiar wielkości elektrycznych i montaż prostych układów.</w:t>
        <w:br/>
        <w:t xml:space="preserve">  • POMIAR, MOCOWANIE I MONTAŻ: Zestaw szczypce + kombinerki (×3); Zestaw wkrętaków - 32 końcówki (×4) – pozwalają uczniowi bezpiecznie zamocować i zmontować elementy – kształtując precyzję i nawyk pomiaru.</w:t>
        <w:br/>
        <w:t xml:space="preserve">  • TECHNOLOGIE CYFROWE, DRUK 3D I ROBOTYKA: Laptop Acer Extensa EX215-57-TCO (×2); Mikrokontrolery learn:bit Arcade (×2); Zestaw FORBOT do kursu Arduino (×4); Mistrz Steam - 1 sztuka (×1) – umożliwiają przejście od koncepcji i rysunku komputerowego do fizycznego prototypu oraz budowę i programowanie prostych układów.</w:t>
        <w:br/>
        <w:t xml:space="preserve">  • BEZPIECZEŃSTWO I HIGIENA PRACY: Gogle ochronne przeciwodpryskowe (×4); Apteczka ścienna z wyposażeniem (×2); Rękawiczki antystatyczne ESD (×11);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812,68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5 203,08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6 399,80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1 609,76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1 980,00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423,89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521,38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423,89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521,38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149,52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183,92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70,88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233,52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287,20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113,26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105,30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67,69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15 243,90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18 750,00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18 750,00 zł brutto  (15 243,90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15 000,00 zł + wkład własny finansowy 3 750,00 zł  =  wartość zadania 18 750,00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(×2):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(×4):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(×7):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