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1 – Pracownia obróbki drewna (stolarstwo)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tablicą i oświetleniem 1600 (×2); Regał A meble do pracowni STEAM (×1); Stół warsztatowy Prima wielorozmiarowy 5-7 (×3); Szafa narzędziowa na pomoce 3 (×1); Taboret warsztatowy na kółkach (×4); Skrzynka narzędziowa z wyposażeniem (×1); Mata Modelarska Samogojąca Dwustronna A1 (×5); Skrzynka narzędziowa (×5).</w:t>
        <w:br/>
        <w:t xml:space="preserve">  • OBRÓBKA DREWNA – brakuje narzędzi do obróbki drewna, przez co uczniowie nie mogą samodzielnie wykonać wytworu: wytrasować, przeciąć, wygładzić i połączyć elementów. Braki te pokrywają: Wyrzynarka stołowa (×2); Szlifierka tarczowa (×2); Piła grzbietnica (×3); Przyrżnia (skrzynka uciosowa) (×3); Tarnik płaski (×4); Piła mała naprężna (×5); Piła włosowa ręczna (×5); Tarnik półokrągły (×4); Ścisk stolarski (×7); Tarnik okrągły (×4); Kątownik stolarski 300 mm przymiar (×5).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Wiertarko-wkrętarka akumulatorowa (×2); Imadło ślusarskie stołowe (×4); Zestaw młotków ślusarskich (×3); Nóż metalowy (×5); Przymiar Stalowy Liniowy (×5).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Apteczka ścienna z wyposażeniem (×2); Gogle ochronne przeciwodpryskowe (×3); Okulary ochronne (×7); Instrukcja BHP dotycząca obchodzenia się narzędziami ręcznymi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tablicą i oświetleniem 1600 (×2); Regał A meble do pracowni STEAM (×1); Stół warsztatowy Prima wielorozmiarowy 5-7 (×3); Szafa narzędziowa na pomoce 3 (×1); Taboret warsztatowy na kółkach (×4); Skrzynka narzędziowa z wyposażeniem (×1); Mata Modelarska Samogojąca Dwustronna A1 (×5); Skrzynka narzędziowa (×5) – tworzą bezpieczne, trwałe stanowiska pracy dla grup uczniowskich i zapewniają uporządkowane przechowywanie narzędzi, co jest warunkiem realizacji zajęć w dwugodzinnych blokach metodą projektu.</w:t>
        <w:br/>
        <w:t xml:space="preserve">  • OBRÓBKA DREWNA: Wyrzynarka stołowa (×2); Szlifierka tarczowa (×2); Piła grzbietnica (×3); Przyrżnia (skrzynka uciosowa) (×3); Tarnik płaski (×4); Piła mała naprężna (×5); Piła włosowa ręczna (×5); Tarnik półokrągły (×4); Ścisk stolarski (×7); Tarnik okrągły (×4); Kątownik stolarski 300 mm przymiar (×5) – umożliwiają samodzielne wykonanie wytworu z drewna zgodnie z treściami dotyczącymi obróbki materiałów i bezpiecznego posługiwania się narzędziami.</w:t>
        <w:br/>
        <w:t xml:space="preserve">  • POMIAR, MOCOWANIE I MONTAŻ: Wiertarko-wkrętarka akumulatorowa (×2); Imadło ślusarskie stołowe (×4); Zestaw młotków ślusarskich (×3); Nóż metalowy (×5); Przymiar Stalowy Liniowy (×5)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Apteczka ścienna z wyposażeniem (×2); Gogle ochronne przeciwodpryskowe (×3); Okulary ochronne (×7); Instrukcja BHP dotycząca obchodzenia się narzędziami ręcznymi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1 950,99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2 399,70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tablicą i oświetleniem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6 178,70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3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Regał A meble do pracowni STEAM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757455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1 072,84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Wyrzynarka stołowa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741725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Szlifierka tarczowa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Wiertarko-wkrętarka akumulatorowa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845,20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402,21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494,70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grzbietnica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mała naprężna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51,14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255,70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włosowa ręczna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243,50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Przyrżnia (skrzynka uciosowa)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Ścisk stolarski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26,75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187,25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230,30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półokrągły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162,28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Kątownik stolarski 300 mm przymiar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22,68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101,20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365,45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741466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778,46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957,50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778,46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957,50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101,20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Nóż metalowy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24,23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348,54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428,70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24 390,29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30 000,00 zł brutto  (24 390,29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24 000,00 zł + wkład własny finansowy 6 000,00 zł  =  wartość zadania 30 000,00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Regał A meble do pracowni STEAM (×1): </w:t>
      </w:r>
      <w:r>
        <w:rPr>
          <w:rFonts w:ascii="Arial" w:hAnsi="Arial"/>
          <w:sz w:val="18"/>
        </w:rPr>
        <w:t>element wyposażenia pracowni technicznej; warunki realizacji podstawy wprost wskazują pracownię ze stanowiskami pracy i bezpiecznym przechowywaniem narzędzi, dostosowaną do liczby uczniów.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