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ial" w:hAnsi="Arial"/>
          <w:i/>
          <w:color w:val="2E5496"/>
          <w:sz w:val="20"/>
        </w:rPr>
        <w:t>Rządowy program „Pracownie Kompas Jutra” 2026–2029</w:t>
      </w:r>
    </w:p>
    <w:p>
      <w:r>
        <w:rPr>
          <w:rFonts w:ascii="Arial" w:hAnsi="Arial"/>
          <w:b/>
          <w:sz w:val="20"/>
        </w:rPr>
        <w:t>Pracownia: Techniczna    |    Próg budżetowy: 30 000 zł brutto</w:t>
      </w:r>
    </w:p>
    <w:p>
      <w:pPr>
        <w:pBdr>
          <w:bottom w:val="single" w:sz="12" w:space="4" w:color="2E5496"/>
        </w:pBdr>
      </w:pPr>
      <w:r>
        <w:rPr>
          <w:rFonts w:ascii="Arial" w:hAnsi="Arial"/>
          <w:b/>
          <w:color w:val="1F3864"/>
          <w:sz w:val="26"/>
        </w:rPr>
        <w:t>Zestaw 3 – Pracownia elektroniki, lutowania i programowania</w:t>
      </w:r>
    </w:p>
    <w:p>
      <w:r>
        <w:rPr>
          <w:rFonts w:ascii="Arial" w:hAnsi="Arial"/>
          <w:b/>
          <w:color w:val="2E5496"/>
          <w:sz w:val="22"/>
        </w:rPr>
        <w:t>Diagnoza potrzeb</w:t>
      </w:r>
    </w:p>
    <w:p>
      <w:pPr>
        <w:spacing w:after="120"/>
      </w:pPr>
      <w:r>
        <w:rPr>
          <w:rFonts w:ascii="Arial" w:hAnsi="Arial"/>
          <w:sz w:val="19"/>
        </w:rPr>
        <w:t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(×3); Taboret warsztatowy na kółkach (×6).</w:t>
        <w:br/>
        <w:t xml:space="preserve">  • ELEKTRONIKA, LUTOWANIE I POMIARY ELEKTRYCZNE – pracownia nie ma stanowisk do prac elektronicznych, przez co nie są realizowane treści dotyczące montażu połączeń, pomiaru wielkości elektrycznych i budowy prostych układów. Braki te pokrywają: Miernik uniwersalny UNI-T UT139C (×7); Stacja lutownicza ATTEN AT-937A - 65W (×9); Wypalarka do drewna (×7); Cyna lutownicza (×10); Zestaw pęset antystatycznych (×8); Plecionka do usuwania nadmiaru cyny. (×9); Szczypce precyzyjne (×11); Uchwyt z lupą (×8); Zestaw rurek termokurczliwych (×10); Obcinaczki boczne (×11); Przewody uniwersalne (×10); Ściągacz do izolacji (×9); Filtr węglowy do pochłaniacza oparów (×10); Szybkozłączka z cyną (×12).</w:t>
        <w:br/>
        <w:t xml:space="preserve">  • POMIAR, MOCOWANIE I MONTAŻ – brakuje przyrządów pomiarowych oraz narzędzi do mocowania i montażu, bez których uczniowie nie wyznaczą wymiarów, nie zamocują bezpiecznie obrabianego elementu ani nie złożą gotowego wytworu. Braki te pokrywają: Zestaw szczypce + kombinerki (×7); Zestaw wkrętaków - 32 końcówki (×7).</w:t>
        <w:br/>
        <w:t xml:space="preserve">  • TECHNOLOGIE CYFROWE, DRUK 3D I ROBOTYKA – szkoła nie dysponuje zapleczem cyfrowym i prototypującym, mimo że podstawa akcentuje tworzenie koncepcji rozwiązań technicznych w formie rysunku komputerowego oraz elementy robotyki i mechatroniki. Braki te pokrywają: Laptop Acer Extensa EX215-57-TCO (×2); Mikrokontrolery learn:bit Arcade (×5); Mistrz Steam - 1 sztuka (×5); Zestaw FORBOT do kursu Arduino (×7).</w:t>
        <w:br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(×7); Apteczka ścienna z wyposażeniem (×2); Rękawiczki antystatyczne ESD (×14); Instrukcja BHP dotycząca obchodzenia się narzędziami ręcznymi (×2); instrukcja BHP pierwszej pomocy (×2).</w:t>
        <w:br/>
        <w:t xml:space="preserve">  Wskazane pozycje umożliwiają pracę uczniów przy własnych stanowiskach w grupach, a nie obserwowanie pokazu nauczyciela.</w:t>
      </w:r>
    </w:p>
    <w:p>
      <w:r>
        <w:rPr>
          <w:rFonts w:ascii="Arial" w:hAnsi="Arial"/>
          <w:b/>
          <w:color w:val="2E5496"/>
          <w:sz w:val="22"/>
        </w:rPr>
        <w:t>Uzasadnienie wyboru produktów</w:t>
      </w:r>
    </w:p>
    <w:p>
      <w:pPr>
        <w:spacing w:after="120"/>
      </w:pPr>
      <w:r>
        <w:rPr>
          <w:rFonts w:ascii="Arial" w:hAnsi="Arial"/>
          <w:sz w:val="19"/>
        </w:rPr>
        <w:t>Dobór wynika wprost z powyższej diagnozy; każdy element zestawu realizuje konkretne cele kształcenia i treści nauczania podstawy programowej zajęć praktyczno-technicznych:</w:t>
        <w:br/>
        <w:t xml:space="preserve">  • STANOWISKA PRACY I MEBLE PRACOWNI: Stół warsztatowy Prima wielorozmiarowy 5-7 (×3); Taboret warsztatowy na kółkach (×6) – tworzą bezpieczne, trwałe stanowiska pracy dla grup uczniowskich i zapewniają uporządkowane przechowywanie narzędzi, co jest warunkiem realizacji zajęć w dwugodzinnych blokach metodą projektu.</w:t>
        <w:br/>
        <w:t xml:space="preserve">  • ELEKTRONIKA, LUTOWANIE I POMIARY ELEKTRYCZNE: Miernik uniwersalny UNI-T UT139C (×7); Stacja lutownicza ATTEN AT-937A - 65W (×9); Wypalarka do drewna (×7); Cyna lutownicza (×10); Zestaw pęset antystatycznych (×8); Plecionka do usuwania nadmiaru cyny. (×9); Szczypce precyzyjne (×11); Uchwyt z lupą (×8); Zestaw rurek termokurczliwych (×10); Obcinaczki boczne (×11); Przewody uniwersalne (×10); Ściągacz do izolacji (×9); Filtr węglowy do pochłaniacza oparów (×10); Szybkozłączka z cyną (×12) – umożliwiają wykonywanie połączeń lutowanych, pomiar wielkości elektrycznych i montaż prostych układów.</w:t>
        <w:br/>
        <w:t xml:space="preserve">  • POMIAR, MOCOWANIE I MONTAŻ: Zestaw szczypce + kombinerki (×7); Zestaw wkrętaków - 32 końcówki (×7) – pozwalają uczniowi bezpiecznie zamocować i zmontować elementy – kształtując precyzję i nawyk pomiaru.</w:t>
        <w:br/>
        <w:t xml:space="preserve">  • TECHNOLOGIE CYFROWE, DRUK 3D I ROBOTYKA: Laptop Acer Extensa EX215-57-TCO (×2); Mikrokontrolery learn:bit Arcade (×5); Mistrz Steam - 1 sztuka (×5); Zestaw FORBOT do kursu Arduino (×7) – umożliwiają przejście od koncepcji i rysunku komputerowego do fizycznego prototypu oraz budowę i programowanie prostych układów.</w:t>
        <w:br/>
        <w:t xml:space="preserve">  • BEZPIECZEŃSTWO I HIGIENA PRACY: Gogle ochronne przeciwodpryskowe (×7); Apteczka ścienna z wyposażeniem (×2); Rękawiczki antystatyczne ESD (×14); Instrukcja BHP dotycząca obchodzenia się narzędziami ręcznymi (×2); instrukcja BHP pierwszej pomocy (×2) – zapewniają bezpieczne warunki pracy narzędziami i urządzeniami oraz dostarczają instrukcji stanowiskowych, na podstawie których nauczyciel prowadzi instruktaż przed przystąpieniem do pracy.</w:t>
      </w:r>
    </w:p>
    <w:p>
      <w:r>
        <w:rPr>
          <w:rFonts w:ascii="Arial" w:hAnsi="Arial"/>
          <w:b/>
          <w:color w:val="2E5496"/>
          <w:sz w:val="22"/>
        </w:rPr>
        <w:t>Specyfikacja i wycena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B0B0B0"/>
          <w:left w:val="single" w:sz="4" w:color="B0B0B0"/>
          <w:bottom w:val="single" w:sz="4" w:color="B0B0B0"/>
          <w:right w:val="single" w:sz="4" w:color="B0B0B0"/>
          <w:insideH w:val="single" w:sz="4" w:color="B0B0B0"/>
          <w:insideV w:val="single" w:sz="4" w:color="B0B0B0"/>
        </w:tblBorders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c>
          <w:tcPr>
            <w:tcW w:type="dxa" w:w="45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Lp.</w:t>
            </w:r>
          </w:p>
        </w:tc>
        <w:tc>
          <w:tcPr>
            <w:tcW w:type="dxa" w:w="2948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Nazwa produktu</w:t>
            </w:r>
          </w:p>
        </w:tc>
        <w:tc>
          <w:tcPr>
            <w:tcW w:type="dxa" w:w="90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Indeks</w:t>
            </w:r>
          </w:p>
        </w:tc>
        <w:tc>
          <w:tcPr>
            <w:tcW w:type="dxa" w:w="1020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Punkt rozp.</w:t>
            </w:r>
          </w:p>
        </w:tc>
        <w:tc>
          <w:tcPr>
            <w:tcW w:type="dxa" w:w="56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Ilość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netto</w:t>
            </w:r>
          </w:p>
        </w:tc>
        <w:tc>
          <w:tcPr>
            <w:tcW w:type="dxa" w:w="1134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Cena brutto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netto</w:t>
            </w:r>
          </w:p>
        </w:tc>
        <w:tc>
          <w:tcPr>
            <w:tcW w:type="dxa" w:w="1247"/>
            <w:shd w:val="clear" w:fill="2E5496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Wartość brutto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Stacja lutownicza ATTEN AT-937A - 65W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121,87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1 096,83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1 349,10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Miernik uniwersalny UNI-T UT139C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740374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203,17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1 422,19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1 749,30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Laptop Acer Extensa EX215-57-TCO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760107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2 601,54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5 203,08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6 399,80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FORBOT do kursu Arduino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740331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1 877,47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2 309,30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Mikrokontrolery learn:bit Arcade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764496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804,88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990,00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4 024,40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4 950,00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Mistrz Steam - 1 sztuka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740351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520,24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2 601,20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3 199,50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Stół warsztatowy Prima wielorozmiarowy 5-7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766680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650,33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1 950,99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2 399,70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Taboret warsztatowy na kółkach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766681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268,21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1 609,26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1 979,40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Wypalarka do drewna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81,22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568,54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699,30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szczypce + kombinerki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766788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13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113,74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139,90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796,18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979,30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Szczypce precyzyjne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741306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14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18,69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22,99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205,59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252,89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Obcinaczki boczne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740401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11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8,86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97,46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119,90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Ściągacz do izolacji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740396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32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10,49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94,41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Cyna lutownicza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740435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29,19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291,90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359,00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15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Plecionka do usuwania nadmiaru cyny.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9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24,31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218,79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269,10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16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Filtr węglowy do pochłaniacza oparów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740437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8,05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80,50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17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rurek termokurczliwych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740444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16,18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161,80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18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pęset antystatycznych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740448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32,44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39,90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259,52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319,20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19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Uchwyt z lupą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740430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8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21,06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25,90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168,48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207,20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20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Przewody uniwersalne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740425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10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9,67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96,70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119,00 zł</w:t>
            </w:r>
          </w:p>
        </w:tc>
      </w:tr>
      <w:tr>
        <w:tc>
          <w:tcPr>
            <w:tcW w:type="dxa" w:w="454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21</w:t>
            </w:r>
          </w:p>
        </w:tc>
        <w:tc>
          <w:tcPr>
            <w:tcW w:type="dxa" w:w="2948"/>
            <w:shd w:val="clear" w:fill="FBE5D6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Szybkozłączka z cyną</w:t>
            </w:r>
          </w:p>
        </w:tc>
        <w:tc>
          <w:tcPr>
            <w:tcW w:type="dxa" w:w="90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740439</w:t>
            </w:r>
          </w:p>
        </w:tc>
        <w:tc>
          <w:tcPr>
            <w:tcW w:type="dxa" w:w="1020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ust.10</w:t>
            </w:r>
          </w:p>
        </w:tc>
        <w:tc>
          <w:tcPr>
            <w:tcW w:type="dxa" w:w="567"/>
            <w:shd w:val="clear" w:fill="FBE5D6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12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67,32 zł</w:t>
            </w:r>
          </w:p>
        </w:tc>
        <w:tc>
          <w:tcPr>
            <w:tcW w:type="dxa" w:w="1247"/>
            <w:shd w:val="clear" w:fill="FBE5D6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82,80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22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Zestaw wkrętaków - 32 końcówki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30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28,37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198,59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244,30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23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Rękawiczki antystatyczne ESD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740455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39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14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5,61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6,90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78,54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96,60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24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Gogle ochronne przeciwodpryskowe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41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116,18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142,90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813,26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1 000,30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25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Apteczka ścienna z wyposażeniem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SE1545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55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163,13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200,66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326,26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401,32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26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dotycząca obchodzenia się narzędziami ręcznymi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766809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49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27</w:t>
            </w:r>
          </w:p>
        </w:tc>
        <w:tc>
          <w:tcPr>
            <w:tcW w:type="dxa" w:w="2948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instrukcja BHP pierwszej pomocy</w:t>
            </w:r>
          </w:p>
        </w:tc>
        <w:tc>
          <w:tcPr>
            <w:tcW w:type="dxa" w:w="90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766814</w:t>
            </w:r>
          </w:p>
        </w:tc>
        <w:tc>
          <w:tcPr>
            <w:tcW w:type="dxa" w:w="1020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§2 ust.6 pkt 54</w:t>
            </w:r>
          </w:p>
        </w:tc>
        <w:tc>
          <w:tcPr>
            <w:tcW w:type="dxa" w:w="567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20,24 zł</w:t>
            </w:r>
          </w:p>
        </w:tc>
        <w:tc>
          <w:tcPr>
            <w:tcW w:type="dxa" w:w="1134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24,90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40,48 zł</w:t>
            </w:r>
          </w:p>
        </w:tc>
        <w:tc>
          <w:tcPr>
            <w:tcW w:type="dxa" w:w="1247"/>
          </w:tcPr>
          <w:p>
            <w:pPr>
              <w:jc w:val="right"/>
            </w:pPr>
            <w:r/>
            <w:r>
              <w:rPr>
                <w:rFonts w:ascii="Arial" w:hAnsi="Arial"/>
                <w:b w:val="0"/>
                <w:sz w:val="16"/>
              </w:rPr>
              <w:t>49,80 zł</w:t>
            </w:r>
          </w:p>
        </w:tc>
      </w:tr>
      <w:tr>
        <w:tc>
          <w:tcPr>
            <w:tcW w:type="dxa" w:w="45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2948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16"/>
              </w:rPr>
              <w:t>RAZEM</w:t>
            </w:r>
          </w:p>
        </w:tc>
        <w:tc>
          <w:tcPr>
            <w:tcW w:type="dxa" w:w="90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020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567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134"/>
            <w:shd w:val="clear" w:fill="FFF2CC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24 390,22 zł</w:t>
            </w:r>
          </w:p>
        </w:tc>
        <w:tc>
          <w:tcPr>
            <w:tcW w:type="dxa" w:w="1247"/>
            <w:shd w:val="clear" w:fill="FFF2CC"/>
          </w:tcPr>
          <w:p>
            <w:pPr>
              <w:jc w:val="right"/>
            </w:pPr>
            <w:r/>
            <w:r>
              <w:rPr>
                <w:rFonts w:ascii="Arial" w:hAnsi="Arial"/>
                <w:b/>
                <w:sz w:val="16"/>
              </w:rPr>
              <w:t>30 000,01 zł</w:t>
            </w:r>
          </w:p>
        </w:tc>
      </w:tr>
    </w:tbl>
    <w:p>
      <w:r>
        <w:rPr>
          <w:rFonts w:ascii="Arial" w:hAnsi="Arial"/>
          <w:b/>
          <w:color w:val="1F3864"/>
          <w:sz w:val="22"/>
        </w:rPr>
        <w:t>Wartość zestawu: 30 000,01 zł brutto  (24 390,22 zł netto)</w:t>
      </w:r>
    </w:p>
    <w:p>
      <w:r>
        <w:rPr>
          <w:rFonts w:ascii="Arial" w:hAnsi="Arial"/>
          <w:b/>
          <w:color w:val="2E5496"/>
          <w:sz w:val="20"/>
        </w:rPr>
        <w:t>Wariant WKŁAD FINANSOWY: wnioskowane wsparcie 24 000,01 zł + wkład własny finansowy 6 000,00 zł  =  wartość zadania 30 000,01 zł</w:t>
      </w:r>
    </w:p>
    <w:p>
      <w:r>
        <w:rPr>
          <w:rFonts w:ascii="Arial" w:hAnsi="Arial"/>
          <w:b/>
          <w:color w:val="C55011"/>
          <w:sz w:val="22"/>
        </w:rPr>
        <w:t>Produkty spoza wykazu (§2 ust. 10) – szczegółowe uzasadnienie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Laptop Acer Extensa EX215-57-TCO (×2): </w:t>
      </w:r>
      <w:r>
        <w:rPr>
          <w:rFonts w:ascii="Arial" w:hAnsi="Arial"/>
          <w:sz w:val="18"/>
        </w:rPr>
        <w:t>laptop służy do tworzenia koncepcji rozwiązań technicznych w formie rysunku komputerowego, obsługi robotyki i druku 3D oraz opracowania i prezentacji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FORBOT do kursu Arduino (×7):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Mikrokontrolery learn:bit Arcade (×5):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Mistrz Steam - 1 sztuka (×5): </w:t>
      </w:r>
      <w:r>
        <w:rPr>
          <w:rFonts w:ascii="Arial" w:hAnsi="Arial"/>
          <w:sz w:val="18"/>
        </w:rPr>
        <w:t>zestaw robotyki i mikrokontrolerów rozwija myślenie algorytmiczne i projektowe oraz wprowadza elementy robotyki i mechatroniki dopuszczone i zalecane w nowej podstawie.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Obcinaczki boczne (×11):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Cyna lutownicza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Plecionka do usuwania nadmiaru cyny. (×9):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Filtr węglowy do pochłaniacza oparów (×10):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rurek termokurczliwych (×10): </w:t>
      </w:r>
      <w:r>
        <w:rPr>
          <w:rFonts w:ascii="Arial" w:hAnsi="Arial"/>
          <w:sz w:val="18"/>
        </w:rPr>
        <w:t>produkt spoza wykazu §2 ust. 6, zgodny z celami kształcenia i treściami nauczania podstawy programowej zajęć praktyczno-technicznych i umożliwiający ich realizację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Zestaw pęset antystatycznych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Uchwyt z lupą (×8):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>
      <w:pPr>
        <w:spacing w:after="40"/>
        <w:ind w:left="227"/>
      </w:pPr>
      <w:r>
        <w:rPr>
          <w:rFonts w:ascii="Arial" w:hAnsi="Arial"/>
          <w:b/>
          <w:sz w:val="18"/>
        </w:rPr>
        <w:t xml:space="preserve">• Szybkozłączka z cyną (×12): </w:t>
      </w:r>
      <w:r>
        <w:rPr>
          <w:rFonts w:ascii="Arial" w:hAnsi="Arial"/>
          <w:sz w:val="18"/>
        </w:rPr>
        <w:t>akcesorium do prac elektronicznych i lutowania, niezbędne uzupełnienie stanowiska lutowniczego przy montażu układów metodą projektu.</w:t>
      </w:r>
    </w:p>
    <w:p/>
    <w:p>
      <w:r>
        <w:rPr>
          <w:rFonts w:ascii="Arial" w:hAnsi="Arial"/>
          <w:i/>
          <w:sz w:val="17"/>
        </w:rPr>
        <w:t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Sprzedawca / Wykonawca:</w:t>
              <w:br/>
              <w:br/>
              <w:t>.................................................</w:t>
            </w:r>
          </w:p>
        </w:tc>
        <w:tc>
          <w:tcPr>
            <w:tcW w:type="dxa" w:w="5103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Nabywca (szkoła / organ prowadzący):</w:t>
              <w:br/>
              <w:br/>
              <w:t>.................................................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2E5496"/>
      </w:pBdr>
    </w:pPr>
    <w:r>
      <w:rPr>
        <w:rFonts w:ascii="Arial" w:hAnsi="Arial"/>
        <w:b/>
        <w:color w:val="2E5496"/>
        <w:sz w:val="18"/>
      </w:rPr>
      <w:t>www.mac.pl/pracownie-kompas-jutra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ayout w:type="fixed"/>
      <w:tblLook w:firstColumn="1" w:firstRow="1" w:lastColumn="0" w:lastRow="0" w:noHBand="0" w:noVBand="1" w:val="04A0"/>
      <w:tblBorders>
        <w:bottom w:val="single" w:sz="12" w:color="2E5496"/>
      </w:tblBorders>
    </w:tblPr>
    <w:tblGrid>
      <w:gridCol w:w="5102"/>
      <w:gridCol w:w="5102"/>
    </w:tblGrid>
    <w:tr>
      <w:tc>
        <w:tcPr>
          <w:tcW w:type="dxa" w:w="2721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504000" cy="504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483"/>
        </w:tcPr>
        <w:p>
          <w:pPr>
            <w:jc w:val="right"/>
          </w:pPr>
          <w:r>
            <w:rPr>
              <w:rFonts w:ascii="Arial" w:hAnsi="Arial"/>
              <w:b/>
              <w:color w:val="1F3864"/>
              <w:sz w:val="24"/>
            </w:rPr>
            <w:t>OFERTA HANDLOWA</w:t>
          </w:r>
        </w:p>
        <w:p>
          <w:pPr>
            <w:jc w:val="right"/>
          </w:pPr>
          <w:r>
            <w:rPr>
              <w:rFonts w:ascii="Arial" w:hAnsi="Arial"/>
              <w:b/>
              <w:color w:val="2E5496"/>
              <w:sz w:val="18"/>
            </w:rPr>
            <w:t>PROJEKT „PRACOWNIE KOMPAS JUTRA 2026”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