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30 000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5 – Pracownia cyfrowa/STEAM (monitory, robotyka)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(×1); Taboret warsztatowy na kółkach (×2).</w:t>
        <w:br/>
        <w:t xml:space="preserve">  • TECHNOLOGIE CYFROWE, DRUK 3D I ROBOTYKA – szkoła nie dysponuje zapleczem cyfrowym i prototypującym, mimo że podstawa akcentuje tworzenie koncepcji rozwiązań technicznych w formie rysunku komputerowego oraz elementy robotyki i mechatroniki. Braki te pokrywają: MAC MONITOR 65" PREMIUM (×1); MAC MONITOR 55" PREMIUM (×1); Tablet LENOVO IdeaTab ZAFR0378PL (×2); Mikrokontrolery learn:bit Arcade (×2); Mistrz Steam - 1 sztuka (×2); Zestaw FORBOT do kursu Arduino (×2); MAC EduPlansze AR Technika (×5).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Apteczka ścienna z wyposażeniem (×1); Okulary ochronne (×5);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Prima wielorozmiarowy 5-7 (×1); Taboret warsztatowy na kółkach (×2) – tworzą bezpieczne, trwałe stanowiska pracy dla grup uczniowskich i zapewniają uporządkowane przechowywanie narzędzi, co jest warunkiem realizacji zajęć w dwugodzinnych blokach metodą projektu.</w:t>
        <w:br/>
        <w:t xml:space="preserve">  • TECHNOLOGIE CYFROWE, DRUK 3D I ROBOTYKA: MAC MONITOR 65" PREMIUM (×1); MAC MONITOR 55" PREMIUM (×1); Tablet LENOVO IdeaTab ZAFR0378PL (×2); Mikrokontrolery learn:bit Arcade (×2); Mistrz Steam - 1 sztuka (×2); Zestaw FORBOT do kursu Arduino (×2); MAC EduPlansze AR Technika (×5) – umożliwiają przejście od koncepcji i rysunku komputerowego do fizycznego prototypu oraz budowę i programowanie prostych układów.</w:t>
        <w:br/>
        <w:t xml:space="preserve">  • BEZPIECZEŃSTWO I HIGIENA PRACY: Apteczka ścienna z wyposażeniem (×1); Okulary ochronne (×5);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MAC MONITOR 65" PREMIUM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761032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8 889,00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8 889,00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8 889,00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8 889,00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MAC MONITOR 55" PREMIUM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761031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7 989,00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7 989,00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7 989,00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7 989,00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Tablet LENOVO IdeaTab ZAFR0378PL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763984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1 999,76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2 459,70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3 999,52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4 919,40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Mikrokontrolery learn:bit Arcade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764496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1 585,20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1 949,80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3 170,40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3 899,60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FORBOT do kursu Arduino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536,42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659,80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Mistrz Steam - 1 sztuka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520,24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1 040,48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1 279,80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MAC EduPlansze AR Technika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883946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81,22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406,10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536,42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76,85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94,50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27 546,30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30 000,00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30 000,00 zł brutto  (27 546,30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24 000,00 zł + wkład własny finansowy 6 000,00 zł  =  wartość zadania 30 000,00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MAC MONITOR 65" PREMIUM (×1): </w:t>
      </w:r>
      <w:r>
        <w:rPr>
          <w:rFonts w:ascii="Arial" w:hAnsi="Arial"/>
          <w:sz w:val="18"/>
        </w:rPr>
        <w:t>monitor interaktywny służy do prezentacji projektów uczniowskich, rysunków technicznych, instruktaży i materiałów wideo dla całej klasy; wspiera metodę projektu i kompetencje cyfrowe wskazane w podstawie zajęć praktyczno-technicznych.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MAC MONITOR 55" PREMIUM (×1): </w:t>
      </w:r>
      <w:r>
        <w:rPr>
          <w:rFonts w:ascii="Arial" w:hAnsi="Arial"/>
          <w:sz w:val="18"/>
        </w:rPr>
        <w:t>monitor interaktywny służy do prezentacji projektów uczniowskich, rysunków technicznych, instruktaży i materiałów wideo dla całej klasy; wspiera metodę projektu i kompetencje cyfrowe wskazane w podstawie zajęć praktyczno-technicznych.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Tablet LENOVO IdeaTab ZAFR0378PL (×2): </w:t>
      </w:r>
      <w:r>
        <w:rPr>
          <w:rFonts w:ascii="Arial" w:hAnsi="Arial"/>
          <w:sz w:val="18"/>
        </w:rPr>
        <w:t>tablety wspierają planowanie i dokumentowanie projektów, pracę z instrukcjami i aplikacjami oraz rozwój kompetencji cyfrowych ucznia.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Mikrokontrolery learn:bit Arcade (×2):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FORBOT do kursu Arduino (×2):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Mistrz Steam - 1 sztuka (×2):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MAC EduPlansze AR Technika (×5): </w:t>
      </w:r>
      <w:r>
        <w:rPr>
          <w:rFonts w:ascii="Arial" w:hAnsi="Arial"/>
          <w:sz w:val="18"/>
        </w:rPr>
        <w:t>materiały w technologii rozszerzonej rzeczywistości (AR) wizualizują budowę urządzeń, przebieg operacji technologicznych i zasady bezpiecznej pracy, wspierając instruktaż przed wykonaniem wytworu oraz rozwój kompetencji cyfrowych.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