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6 – Pracownia praktyczno-techniczna (wyposażenie meblowe)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(×13); Taboret warsztatowy na kółkach (×26); Stół warsztatowy z tablicą i oświetleniem 1600 (×2); Stół nauczycielski - demonstracyjny 1300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(×13); Taboret warsztatowy na kółkach (×26); Stół warsztatowy z tablicą i oświetleniem 1600 (×2); Stół nauczycielski - demonstracyjny 1300 (×2) – tworzą bezpieczne, trwałe stanowiska pracy dla grup uczniowskich i zapewniają uporządkowane przechowywanie narzędzi, co jest warunkiem realizacji zajęć w dwugodzinnych blokach metodą projektu.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8 454,29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10 398,70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tablicą i oświetleniem 1600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3 089,35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6 178,70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6 973,46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8 577,40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nauczycielski - demonstracyjny 1300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1 391,91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1 712,05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2 783,82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3 424,10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24 390,27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30 000,00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30 000,00 zł brutto  (24 390,27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24 000,00 zł + wkład własny finansowy 6 000,00 zł  =  wartość zadania 30 000,00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r>
        <w:rPr>
          <w:rFonts w:ascii="Arial" w:hAnsi="Arial"/>
          <w:sz w:val="18"/>
        </w:rPr>
        <w:t>Zestaw nie zawiera pozycji spoza wykazu – wszystkie pozycje mieszczą się w wykazie rozporządzenia.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