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(×3); Szafa narzędziowa na pomoce 2 (×2); Stół warsztatowy Prima wielorozmiarowy 5-7 (×4); Skrzynka narzędziowa z wyposażeniem (×2); Taboret warsztatowy na kółkach (×5).</w:t>
        <w:br/>
        <w:t xml:space="preserve">  • OBRÓBKA METALU I POMIAR – brakuje narzędzi do trasowania, obróbki i dokładnego pomiaru, przez co uczniowie nie ćwiczą wyznaczania wymiarów, obróbki materiału i kontroli jakości wykonania. Braki te pokrywają: Wiertarka stołowa kolumnowa (×3); Imadło ślusarskie stołowe (×5); Zestaw szczypce + kombinerki (×4); Pilnik ślusarski trójkątny (×6); Pilnik ślusarski płaski (×6); Pilnik ślusarski okrągły (×6); Nożyce do blachy proste (×6); Suwmiarka (×7); Wiertła do metalu (×4); Punktaki (×4); Rysik traserski (×5); Cyrkiel traserski (×4); Przymiar Stalowy Liniowy (×7); Szczypce precyzyjne (×6); Instrukcja BHP bezpiecznej obsługi wiertarki (×3).</w:t>
        <w:br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(×3); Gogle ochronne przeciwodpryskowe (×4); Gaśnica przeciwpożarowa 4 kg ABC (×3); Okulary ochronne (×9); instrukcja BHP pierwszej pomocy (×3).</w:t>
        <w:br/>
        <w:t xml:space="preserve">  • POZOSTAŁE WYPOSAŻENIE – brakuje wyposażenia uzupełniającego stanowiska pracy uczniów. Braki te pokrywają: Zestaw młotków ślusarskich (×4).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(×3); Szafa narzędziowa na pomoce 2 (×2); Stół warsztatowy Prima wielorozmiarowy 5-7 (×4); Skrzynka narzędziowa z wyposażeniem (×2); Taboret warsztatowy na kółkach (×5)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 I POMIAR: Wiertarka stołowa kolumnowa (×3); Imadło ślusarskie stołowe (×5); Zestaw szczypce + kombinerki (×4); Pilnik ślusarski trójkątny (×6); Pilnik ślusarski płaski (×6); Pilnik ślusarski okrągły (×6); Nożyce do blachy proste (×6); Suwmiarka (×7); Wiertła do metalu (×4); Punktaki (×4); Rysik traserski (×5); Cyrkiel traserski (×4); Przymiar Stalowy Liniowy (×7); Szczypce precyzyjne (×6); Instrukcja BHP bezpiecznej obsługi wiertarki (×3) – pozwalają uczniom wyznaczać wymiary, obrabiać materiał i kontrolować dokładność wykonania, kształtując precyzję i nawyk pomiaru.</w:t>
        <w:br/>
        <w:t xml:space="preserve">  • BEZPIECZEŃSTWO I HIGIENA PRACY: Apteczka ścienna z wyposażeniem (×3); Gogle ochronne przeciwodpryskowe (×4); Gaśnica przeciwpożarowa 4 kg ABC (×3); Okulary ochronne (×9); instrukcja BHP pierwszej pomocy (×3) – zapewniają bezpieczne warunki pracy narzędziami i urządzeniami oraz kształtują nawyki BHP wymagane w warunkach realizacji podstawy.</w:t>
        <w:br/>
        <w:t xml:space="preserve">  • POZOSTAŁE WYPOSAŻENIE: Zestaw młotków ślusarskich (×4) – uzupełniają stanowiska pracy i umożliwiają sprawne prowadzenie zajęć.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2 438,94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2 999,90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7 316,82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8 999,70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2 195,04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6 585,12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8 099,70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2 601,32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3 199,60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2 195,04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4 390,08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5 399,80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1 341,05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1 649,50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1 056,50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1 299,50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340,98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365,34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389,76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479,40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340,98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454,96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112,14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137,94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536,28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312,97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384,93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141,68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174,30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223,55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274,95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243,88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299,96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146,32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179,96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260,12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319,96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873,90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1 074,90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1 747,80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2 149,80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138,33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170,10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163,37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200,94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490,11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602,82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365,61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30 487,86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37 500,02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37 500,02 zł brutto  (30 487,86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30 000,02 zł + wkład własny finansowy 7 500,00 zł  =  wartość zadania 37 500,02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(×5):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