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37 500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3 – Pracownia elektroniki, lutowania i programowania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(×4); Taboret warsztatowy na kółkach (×7).</w:t>
        <w:br/>
        <w:t xml:space="preserve">  • OBRÓBKA METALU I POMIAR – brakuje narzędzi do trasowania, obróbki i dokładnego pomiaru, przez co uczniowie nie ćwiczą wyznaczania wymiarów, obróbki materiału i kontroli jakości wykonania. Braki te pokrywają: Zestaw szczypce + kombinerki (×7); Zestaw wkrętaków - 32 końcówki (×8); Szczypce precyzyjne (×12).</w:t>
        <w:br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Miernik uniwersalny UNI-T UT139C (×8); Stacja lutownicza ATTEN AT-937A - 65W (×10); Wypalarka do drewna (×8); Cyna lutownicza (×12); Zestaw pęset antystatycznych (×9); Plecionka do usuwania nadmiaru cyny. (×10); Uchwyt z lupą (×9); Przewody uniwersalne (×11); Obcinaczki boczne (×12); Ściągacz do izolacji (×10); Filtr węglowy do pochłaniacza oparów (×12); Rękawiczki antystatyczne ESD (×15); Szybkozłączka z cyną (×13).</w:t>
        <w:br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Laptop Acer Extensa EX215-57-TCO (×3); Mikrokontrolery learn:bit Arcade (×6); Mistrz Steam - 1 sztuka (×6); Zestaw FORBOT do kursu Arduino (×8).</w:t>
        <w:br/>
        <w:t xml:space="preserve">  • BEZPIECZEŃSTWO I HIGIENA PRACY – pracownia nie jest wyposażona w komplet środków ochrony, zabezpieczenia i instrukcji, co jest warunkiem dopuszczenia uczniów do pracy narzędziami i urządzeniami. Braki te pokrywają: Gogle ochronne przeciwodpryskowe (×8); Apteczka ścienna z wyposażeniem (×3); Instrukcja BHP dotycząca obchodzenia się narzędziami ręcznymi (×3); instrukcja BHP pierwszej pomocy (×3).</w:t>
        <w:br/>
        <w:t xml:space="preserve">  • POZOSTAŁE WYPOSAŻENIE – brakuje wyposażenia uzupełniającego stanowiska pracy uczniów. Braki te pokrywają: Zestaw rurek termokurczliwych (×11).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(×4); Taboret warsztatowy na kółkach (×7) – tworzą bezpieczne, trwałe stanowiska pracy dla grup uczniowskich i zapewniają uporządkowane przechowywanie narzędzi, co jest warunkiem realizacji zajęć w dwugodzinnych blokach metodą projektu.</w:t>
        <w:br/>
        <w:t xml:space="preserve">  • OBRÓBKA METALU I POMIAR: Zestaw szczypce + kombinerki (×7); Zestaw wkrętaków - 32 końcówki (×8); Szczypce precyzyjne (×12) – pozwalają uczniom wyznaczać wymiary, obrabiać materiał i kontrolować dokładność wykonania, kształtując precyzję i nawyk pomiaru.</w:t>
        <w:br/>
        <w:t xml:space="preserve">  • ELEKTRONIKA, LUTOWANIE I POMIARY ELEKTRYCZNE: Miernik uniwersalny UNI-T UT139C (×8); Stacja lutownicza ATTEN AT-937A - 65W (×10); Wypalarka do drewna (×8); Cyna lutownicza (×12); Zestaw pęset antystatycznych (×9); Plecionka do usuwania nadmiaru cyny. (×10); Uchwyt z lupą (×9); Przewody uniwersalne (×11); Obcinaczki boczne (×12); Ściągacz do izolacji (×10); Filtr węglowy do pochłaniacza oparów (×12); Rękawiczki antystatyczne ESD (×15); Szybkozłączka z cyną (×13) – umożliwiają wykonywanie połączeń lutowanych, pomiar wielkości elektrycznych i montaż prostych układów, realizując treści z zakresu elektrotechniki i elementów mechatroniki.</w:t>
        <w:br/>
        <w:t xml:space="preserve">  • TECHNOLOGIE CYFROWE, DRUK 3D I ROBOTYKA: Laptop Acer Extensa EX215-57-TCO (×3); Mikrokontrolery learn:bit Arcade (×6); Mistrz Steam - 1 sztuka (×6); Zestaw FORBOT do kursu Arduino (×8) – umożliwiają przejście od koncepcji i rysunku komputerowego do fizycznego prototypu oraz budowę i programowanie prostych układów, realizując kompetencje cyfrowe i myślenie projektowe.</w:t>
        <w:br/>
        <w:t xml:space="preserve">  • BEZPIECZEŃSTWO I HIGIENA PRACY: Gogle ochronne przeciwodpryskowe (×8); Apteczka ścienna z wyposażeniem (×3); Instrukcja BHP dotycząca obchodzenia się narzędziami ręcznymi (×3); instrukcja BHP pierwszej pomocy (×3) – zapewniają bezpieczne warunki pracy narzędziami i urządzeniami oraz kształtują nawyki BHP wymagane w warunkach realizacji podstawy.</w:t>
        <w:br/>
        <w:t xml:space="preserve">  • POZOSTAŁE WYPOSAŻENIE: Zestaw rurek termokurczliwych (×11) – uzupełniają stanowiska pracy i umożliwiają sprawne prowadzenie zajęć.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Stacja lutownicza ATTEN AT-937A - 65W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1 218,70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1 499,00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Miernik uniwersalny UNI-T UT139C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203,17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1 625,36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1 999,20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Laptop Acer Extensa EX215-57-TCO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760107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2 601,54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3 199,90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7 804,62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9 599,70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2 145,68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2 639,20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4 829,28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5 940,00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3 121,44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3 839,40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2 601,32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3 199,60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1 877,47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2 309,30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Wypalarka do drewna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649,76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799,20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796,18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979,30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224,28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275,88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boczne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8,86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106,32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130,80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Ściągacz do izolacji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740396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10,49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129,00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Cyna lutownicza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29,19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350,28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430,80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Plecionka do usuwania nadmiaru cyny.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24,31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243,10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299,00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Filtr węglowy do pochłaniacza oparów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96,60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118,80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rurek termokurczliwych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177,98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218,90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pęset antystatycznych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32,44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291,96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359,10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Uchwyt z lupą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21,06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189,54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233,10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Przewody uniwersalne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740425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9,67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106,37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130,90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Szybkozłączka z cyną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72,93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wkrętaków - 32 końcówki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28,37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226,96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279,20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Rękawiczki antystatyczne ESD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84,15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103,50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98,41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121,04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787,28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968,32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633,90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60,72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60,72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74,70 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30 487,80 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37 500,00 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37 500,00 zł brutto  (30 487,80 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30 000,00 zł + wkład własny finansowy 7 500,00 zł  =  wartość zadania 37 500,00 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Laptop Acer Extensa EX215-57-TCO (×3): </w:t>
      </w:r>
      <w:r>
        <w:rPr>
          <w:rFonts w:ascii="Arial" w:hAnsi="Arial"/>
          <w:sz w:val="18"/>
        </w:rPr>
        <w:t>laptop służy do tworzenia koncepcji rozwiązań technicznych w formie rysunku komputerowego, obsługi robotyki i druku 3D oraz opracowania i prezentacji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(×8):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(×6):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(×6):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boczne (×12):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Cyna lutownicza (×12):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Plecionka do usuwania nadmiaru cyny. (×10):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Filtr węglowy do pochłaniacza oparów (×12):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rurek termokurczliwych (×11): </w:t>
      </w:r>
      <w:r>
        <w:rPr>
          <w:rFonts w:ascii="Arial" w:hAnsi="Arial"/>
          <w:sz w:val="18"/>
        </w:rPr>
        <w:t>produkt spoza wykazu §2 ust. 6, zgodny z celami kształcenia i treściami nauczania podstawy programowej zajęć praktyczno-technicznych i umożliwiający ich realizację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pęset antystatycznych (×9):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Uchwyt z lupą (×9):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Przewody uniwersalne (×11):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Szybkozłączka z cyną (×13):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